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Малорос-європеєць</w:t>
      </w:r>
    </w:p>
    <w:p>
      <w:r>
        <w:br/>
        <w:t xml:space="preserve"> &lt;p&gt;Я їхав в село Бідненьке за репетитора до панка Коростенка і, як подоба кожному репетиторові, їхав на драбинчастому возику, запряженому якоюсь гострозадою й гостроголовою конячинкою з коротенькими, лахматими ніжками й великим черевом, що робило її дуже схожою на мишу.</w:t>
      </w:r>
    </w:p>
    <w:p>
      <w:r>
        <w:br/>
        <w:t>Мало накочена дорога була труська, сонце палило, як з печі, а я на своєму возику, як карась на сковороді, смажився, обливався потом, вертівся, хапався за боки й проклинав і возика, й себе, й того чорта, який надав мені їхати до якогось там пана вчити паненя; і не хотів я вже ні пана з його рекомендованим мені демократизмом, українством, лібералізмом, ні заробітку, ні сільського покою, ні всього того, що спокусило мене їхати до його й терпіти муки їзди на драбинчастих возах. Але конячинка тим часом тюпала собі, й години через чотири ми вже були в Бідненькому.</w:t>
      </w:r>
    </w:p>
    <w:p>
      <w:r>
        <w:br/>
        <w:t>Була неділя. Коло одної хати на вулиці й на подвір'ї стояла, сиділа й навіть лежала ціла юрба дядьків, жінок, парубків, дівчат, дітей. Всі були червоні, спітнілі, у деяких лікті були перев'язані хустками. Вони всі разом кричали, обнімались, сміялись, співали; якась стара баба, високо піднявши спідницю, заносисто танцювала, а круг неї реготали й грали на губах. На самій дорозі стояв розпатланий дядько: широко розставивши руки, наче граючи в "куці-баби", він раптом робив кілька хистких ступнів у один бік і зупинявся; потім, схиливши, як бик, голову, немов роздумуючи і щось бурмочучи, він кидався в другий бік і знову зупинявся хитаючись.</w:t>
      </w:r>
    </w:p>
    <w:p>
      <w:r>
        <w:br/>
        <w:t>На воротях стирчало гілля, обвішане червоними стьожками й перев'язане хусткою.</w:t>
      </w:r>
    </w:p>
    <w:p>
      <w:r>
        <w:br/>
        <w:t>— Свадьбу грають, — суворо сказав, неначе одрубав, мій возниця й, обминувши розпатланого дядька, хльоснув по конячинці.</w:t>
      </w:r>
    </w:p>
    <w:p>
      <w:r>
        <w:br/>
        <w:t>— Стій!.. Стій!.. — вмить вчулось за нами.</w:t>
      </w:r>
    </w:p>
    <w:p>
      <w:r>
        <w:br/>
        <w:t>Ми озирнулись. За возом біг якийсь дядько в шапці з перев'язаною рушником рукою, з пляшкою й чаркою в руках і кричав щось.</w:t>
      </w:r>
    </w:p>
    <w:p>
      <w:r>
        <w:br/>
        <w:t>Возниця припинив трохи конячинку.</w:t>
      </w:r>
    </w:p>
    <w:p>
      <w:r>
        <w:br/>
        <w:t>— До... до пана... нашого... їд... їдете? — хакаючи, підбіг до воза дядько.</w:t>
      </w:r>
    </w:p>
    <w:p>
      <w:r>
        <w:br/>
        <w:t>— До пана. Вчителя ось... везу... А що? — незадоволено буркнув возниця.</w:t>
      </w:r>
    </w:p>
    <w:p>
      <w:r>
        <w:br/>
        <w:t>— А-а!.. — протягнув дядько, дивлячись на мене мутними очима й дихаючи горілкою. — Вчителя?.. До панича?.. Так... вєрно! На дохтура, стало бить? Упо... употребительно! Но тольки за польтіник не підем... Так панові й расположіть... Забастовка!.. Депутація, одним словом!.. Значить, польная депутація... і нікаких... Руб давай, і... квит! Вєрно я говорю? Кирило, вєрно я говорю?</w:t>
      </w:r>
    </w:p>
    <w:p>
      <w:r>
        <w:br/>
        <w:t>— Вєрно, вєрно... Ho! — шарпнув віжками Кирило.</w:t>
      </w:r>
    </w:p>
    <w:p>
      <w:r>
        <w:br/>
        <w:t>Дядько ще біг за нами й щось старався вияснить, але хутко одстав, і ми, повернувши за ріг, опинились на вулиці, що впиралась в панський будинок з тополями й терасою; а через кілька хвилин в'їжджали в ворота економії.</w:t>
      </w:r>
    </w:p>
    <w:p>
      <w:r>
        <w:br/>
        <w:t>На подвір'ї було безлюдно й тихо, тільки коло загону стояли дві робітничі постаті й, спершись ліктями на тин, лузали насіння. Вони не ворухнулись. Зате з-під амбара вихопилась якась сіренька собака з обгризеними вухами й, одривисто гавкаючи, наче хапаючи на льоту мух, побігла за нами. Біжучи поруч з возом, вона без всякої злості дивилась поперед себе й, наче виконуючи обов'язок, голосно й серйозно гавкала. Часом вона зупинялась, сідала й, поспішно почухавши задньою ногою коло вуха, знов наганяла нас і знов з діловитим видом гавкала.</w:t>
      </w:r>
    </w:p>
    <w:p>
      <w:r>
        <w:br/>
        <w:t>У вікнах горниць замиготіли якісь обличчя, але на ґанку ніхто не з'являвся; тільки з вікна кухні випнулась червона товста пика в білім колпаці й, обережно почухавши кінчиком здоровенного ножа брову, пильно подивилась на нас і сховалась.</w:t>
      </w:r>
    </w:p>
    <w:p>
      <w:r>
        <w:br/>
        <w:t>Ми зупинились. Собачка теж зупинилась, замовкла й стояла коло воза, так же, мабуть, не знаючи, що далі робити, як і ми.</w:t>
      </w:r>
    </w:p>
    <w:p>
      <w:r>
        <w:br/>
        <w:t>Почекавши трохи, я зліз із воза, розплатився з дядьком і, взявши свого чемоданчика, пішов до ґанку. Як тільки я ступив на східці, двері самі раптом одчинились передо мною. Я зупинився, чекаючи, що хтось вийде, але не було нікого. Я зазирнув у двері: в маленьких сінях було порожньо, а проти цих дверей були другі двері, мабуть, в більші сіни. Я здвигнув плечима й пішов далі. Але не встиг зробити кілька ступнів, як і ті двері також одчинились, мов од вітру, і я справді побачив великі сіни з кілочками для одежі, одежу, калоші, капелюхи і т.ін. Коло дверей же знов нікого не було.</w:t>
      </w:r>
    </w:p>
    <w:p>
      <w:r>
        <w:br/>
        <w:t>"Що за чортовиння", — подумав я, озираючись на всі боки.</w:t>
      </w:r>
    </w:p>
    <w:p>
      <w:r>
        <w:br/>
        <w:t>Але в сей мент одчинились бокові двері, й з них поспішно вийшов товстенький, коротенький добродій у білім літнім костюмі з чорненькими смужками, з англійськими баками й червоними бритими губами. Лукаво сміючись, він підійшов до мене і, простягаючи руку, дзвінким тенорком заговорив:</w:t>
      </w:r>
    </w:p>
    <w:p>
      <w:r>
        <w:br/>
        <w:t>— Репетитор наш?.. Дуже приємно, дуже приємно! Мій Василько вже просто напосівся на мене: "Де мій репетитор?.." А що? Двері вас здивували?</w:t>
      </w:r>
    </w:p>
    <w:p>
      <w:r>
        <w:br/>
        <w:t>— Еге... Я не розумію... Наче духом святим... — пробурмотів я.</w:t>
      </w:r>
    </w:p>
    <w:p>
      <w:r>
        <w:br/>
        <w:t>— Ах-ах-ах! — засміявся він дуже задоволене. Потім раптом зробив серйозне лице й, ніжно взявши мене за лікоть, промовив: — Дуже приємно, дуже приємно... Я вас зараз у вашу кімнату... Ви, мабуть, дуже втомились? Ну, розуміється... Свій чемодан ви можете... Грегуар... Ха-ха-ха! Так вас здивували двері? "Святим духом"? Грегуар!</w:t>
      </w:r>
    </w:p>
    <w:p>
      <w:r>
        <w:br/>
        <w:t>Звідкись хутко виплила постать у лакейському потертому фраці, з жовтою лисиною, тоненькими губами й тужливим виразом кістлявого бритого лиця.</w:t>
      </w:r>
    </w:p>
    <w:p>
      <w:r>
        <w:br/>
        <w:t>— Вот чемодан господина учителя... Однеси до їх в комнату... А це, бачите... Осторожно, Грегуар, осторожно... Це, бачите, у мене автоматичні двері. Одчиняються машинним робом... Одчиняються й зачиняються... У мене все машинним робом, вся економія на раціональних печатках ведеться... А це ваша кімната... Туди, Грегуар, постав у куток. А вода в умивальнику є?.. Все машинним робом... L? Ну, можеш йти... Підожди! Нічого... гм!.. Нічого з села не чуть?</w:t>
      </w:r>
    </w:p>
    <w:p>
      <w:r>
        <w:br/>
        <w:t>— Нічого... — коротко промовив Гаврило, схиливши трошки голову набік.</w:t>
      </w:r>
    </w:p>
    <w:p>
      <w:r>
        <w:br/>
        <w:t>— Ну, йди... Підожди! В випадку чого-небудь... дать мені звістку!</w:t>
      </w:r>
    </w:p>
    <w:p>
      <w:r>
        <w:br/>
        <w:t>— Харашо... — зітхнув Гаврило й тихо висунувся з кімнати, ніжно причинивши двері.</w:t>
      </w:r>
    </w:p>
    <w:p>
      <w:r>
        <w:br/>
        <w:t>— Да, да... У мене все на раціональних початках... Треба культуритись, пора вигонить азію... У мене прислуги в домі четверо, а в мого діда було її тридцять четверо. Ми, люди нової формації, повинні більше мозком своїм працювати, а не найнятими руками... Мозок дає машину, а машина...</w:t>
      </w:r>
    </w:p>
    <w:p>
      <w:r>
        <w:br/>
        <w:t>Він зразу змовк і, хутко підійшовши до вікна, став дивитись у сад, де ходив якийсь дядько.</w:t>
      </w:r>
    </w:p>
    <w:p>
      <w:r>
        <w:br/>
        <w:t>Я був голодний, і хотілось остатись самому; хотілось вмитись, роздягтись і хоч трохи спочити від драбинчастого возика. Але Коростенко, видно, й не думав покидати мене. і я вже з неприязню дивився на товсту його шию, на англійські бакенбарди й розчісану надвоє, як у лакеїв, голову.</w:t>
      </w:r>
    </w:p>
    <w:p>
      <w:r>
        <w:br/>
        <w:t>— Да-а, — одходячи від вікна, глянув він на мене ласкавими, хитро-розумними очима. — Ми, малороси-європейці, скажемо нове слово старій нашій неньці Україні! Правда? Да, да! Що таке, здається, автоматичні двері? Ні... нісенітниця! А тим часом не треба ні лакеїв, ні "на чай", не треба лишньої трати енергії... Да! Надушив кнопку — і єсть! і головним способом просто. Ви подивіться!</w:t>
      </w:r>
    </w:p>
    <w:p>
      <w:r>
        <w:br/>
        <w:t>і він хутко пішов у сіни, озираючись на ходу й киваючи мені головою. Я мусив скорчити зацікавлену фізіономію і йти за ним.</w:t>
      </w:r>
    </w:p>
    <w:p>
      <w:r>
        <w:br/>
        <w:t>Механізм справді був простий, зручний, корисний. Але моя похвала розохотила його, і він, схопивши з вішалки м'якого білого бриля й пораявши мені зробити те ж саме, жваво балакаючи й держачи мне за лікоть, повів показати "ще не те"! Він повів мене спершу в кухню, де показав якусь машину, що сама місила й робила паляниці; потім повів у другу кухню, де якась машина теж щось сама робила. Тут дуже смачно пахло огірками й житнім хлібом. Од цих пахощів мені так схотілось їсти, що я став часто позіхать і, щоб не образити його, мусив ковтати зівки. Далі він повів мене в якийсь льох, потім в конюшню, далі в загін, в амбар, на тік, за тік, показував, лазив на якісь горища, дря-павсь на драбини й живо, задоволене й гарно балакав. Балакав він мовою якоюсь кумедною, книжною, скорше російською, перекладаючи тільки московські слова на українські. Але я майже нічого не чув і дедалі то все більш і більш втрачав надію колись скінчити огляд цих сіялок, віялок, жаток, плугів, телефонів, електричних дзвінків, конюшень, амбарів, водопроводів, водокачок, молотилок, маслобоєнь, собачих будок. В очах мені стояли колеса, паси, проводи, в вухах тільки й чулось: "регулятор", "сто кінських сил", "500 кінських сил"; в голові стукало, в животі, здавалось, усе висохло, кишки позлипались, і в грудях було порожньо й важко.</w:t>
      </w:r>
    </w:p>
    <w:p>
      <w:r>
        <w:br/>
        <w:t>"Ну-ну! — злісно думав я, ходячи за ним. — Це попав!"</w:t>
      </w:r>
    </w:p>
    <w:p>
      <w:r>
        <w:br/>
        <w:t>— А ось гляньте! — зупиняючись і балансуючи в своїм білім костюмі на якомусь здоровенному дишлі, показував він мені щось залізне й блискуче. — Стоїть всього сто двадцять рублів, а за кілька років збереже на тисячу двадцять рублів чоловічої енергії. Да!</w:t>
      </w:r>
    </w:p>
    <w:p>
      <w:r>
        <w:br/>
        <w:t>Я "гмукав", здивовано й глибокодумно вертів головою й з нудьгою думав, чи ще багато в його зосталось показувать збереженої "чоловічої" енергії. Нарешті, щоб якось звести розмову на інше, я спитав його, йдучи подвір'ям:</w:t>
      </w:r>
    </w:p>
    <w:p>
      <w:r>
        <w:br/>
        <w:t>— А що це у вас робочих не видно?.. Він зупинився, комічно розставив руки й з добродушною посмішкою сказав:</w:t>
      </w:r>
    </w:p>
    <w:p>
      <w:r>
        <w:br/>
        <w:t>— Бастують... Страйкують!</w:t>
      </w:r>
    </w:p>
    <w:p>
      <w:r>
        <w:br/>
        <w:t>— Он як?!</w:t>
      </w:r>
    </w:p>
    <w:p>
      <w:r>
        <w:br/>
        <w:t>— Да, да!.. Граждани! Що зробиш?.. Давай і нам горниць, не хочемо жить в бараках. Булки давай, чай, котлети... Цілком нормальна річ, — поспішно й серйозно перебив він себе. — Дух часу... Законні требовання... Законні.</w:t>
      </w:r>
    </w:p>
    <w:p>
      <w:r>
        <w:br/>
        <w:t>Я згадав, що бараки, які ми оглядали, були темні, брудні, вогкі, низькі, й про себе згодився з ним, що требовання дійсно законні. До нас підбігла знайома вже мені собачка й, б'ючи себе хвостом по задніх лапах, звиваючись і крутячи на всі боки головою, мов прохаючи у мене вибачення за гавкання, стала тертись коло моїх ніг.</w:t>
      </w:r>
    </w:p>
    <w:p>
      <w:r>
        <w:br/>
        <w:t>— Державна дума грає свою ролю... Да!.. Вона будить надії, думи... В цьому її велика роль!</w:t>
      </w:r>
    </w:p>
    <w:p>
      <w:r>
        <w:br/>
        <w:t>Собачка од мене перейшла до його й лизнула йому руку.</w:t>
      </w:r>
    </w:p>
    <w:p>
      <w:r>
        <w:br/>
        <w:t>— Пошла!.. Фу!.. Де вона взялась тут?.. Вже завелась азіатчина... Хто її привів?.. Пошла к бісу!.. У мене ні одної собачки... Я находжу, що вони ніякої користі не приносять... Од них пахне азією... Пішла ти! Треба сказать Михайлу, щоб прогнав... Да! Страйкують... А ось це — мій сад... Я вам зараз покажу, що значить культура й машина... До обіду ще далеко...</w:t>
      </w:r>
    </w:p>
    <w:p>
      <w:r>
        <w:br/>
        <w:t>Він вийняв золотого годинника й глянув у його.</w:t>
      </w:r>
    </w:p>
    <w:p>
      <w:r>
        <w:br/>
        <w:t>— О! Ще маємо години три... Ми обідаємо в п'ять... В нашому розпорядженню цілих дві з половиною години...</w:t>
      </w:r>
    </w:p>
    <w:p>
      <w:r>
        <w:br/>
        <w:t>В очах мені помутилося. Розуміється, я не бачив, "що</w:t>
      </w:r>
    </w:p>
    <w:p>
      <w:r>
        <w:br/>
        <w:t>значить культура й машина", хоча ми години півтори ходили по саду й навіть лазили в оранжереї. Я вже сам був машиною, яка, не почуваючи нічого, тільки пересовувала ноги, хитала головою й щось бурмотала.</w:t>
      </w:r>
    </w:p>
    <w:p>
      <w:r>
        <w:br/>
        <w:t>Нарешті, ми вийшли-таки з саду, і я зітхнув вільніше. З села чувсь якийсь крик і співи. Коростенко зупинився, пильно послухав і, рушаючи, сказав:</w:t>
      </w:r>
    </w:p>
    <w:p>
      <w:r>
        <w:br/>
        <w:t>— Дядьки тепер чують себе господами положенія... "Дума, мовляв, наша! " Погано тільки, що Дума розгарячає дуже інстинкти. Не вадило б здержувать... "Дума одбере землю"... А як не одбере? Що тоді?</w:t>
      </w:r>
    </w:p>
    <w:p>
      <w:r>
        <w:br/>
        <w:t>Я стиснув плечима й промовив:</w:t>
      </w:r>
    </w:p>
    <w:p>
      <w:r>
        <w:br/>
        <w:t>— Як же Дума може здержать, як селяни вимагають, як їм треба землі?</w:t>
      </w:r>
    </w:p>
    <w:p>
      <w:r>
        <w:br/>
        <w:t>Він зупинився й, взявши мене за лацкан, сказав:</w:t>
      </w:r>
    </w:p>
    <w:p>
      <w:r>
        <w:br/>
        <w:t>— Дорогий добродію! Ви — прогресивний чоловік, і я — прогресивний чоловік. Обоє ми хочемо добра, правди... Я сам поділяю погляди тої партії, яка вимагає землі селянам... Але... Будемо говорити по щирості. Одне — лозунг, а друге — життя. Селянам треба дать лозунг "землі!", бо без цього вони не будуть боротись за політичну волю... Але ж не будемо кривить душею... Чого наші селяни бідні? Хіба справді од недостатка землі? Це ж... ну, по меншій мірі, це — помилка. Наш селянин — азіат. Ось в чому гвоздь... Культури, європи йому треба! Школи! і перш усього зрозумілої, української школи!</w:t>
      </w:r>
    </w:p>
    <w:p>
      <w:r>
        <w:br/>
        <w:t>— Добре!.. — скрикнув я, але він мене зараз же перебив:</w:t>
      </w:r>
    </w:p>
    <w:p>
      <w:r>
        <w:br/>
        <w:t>— Позвольте, позвольте! Це не все! Я не кажу, що їм зовсім не треба землі... Як можна!.. Але ж як дать? Треба так дать, щоб не вбило культури, щоб селянин розвивався... Ну, скажіть... як можна взять і розділить всі ці машини мої, всю цю культуру між селянами? Абсурд!</w:t>
      </w:r>
    </w:p>
    <w:p>
      <w:r>
        <w:br/>
        <w:t>Назустріч нам хутко плив по подвір'ю Грегуар, схиливши голову набік, широко розмахуючи руками, наче одбиваючись од чогось.</w:t>
      </w:r>
    </w:p>
    <w:p>
      <w:r>
        <w:br/>
        <w:t>Коростенко зараз же замовк і стурбовано, напружено став дивитись на Грегуара.</w:t>
      </w:r>
    </w:p>
    <w:p>
      <w:r>
        <w:br/>
        <w:t>— Что такое? Беспокойно в деревне? Да? — спитав він.</w:t>
      </w:r>
    </w:p>
    <w:p>
      <w:r>
        <w:br/>
        <w:t>— Нет. Пожалуйте обедать... — схилив голову на друге плече Грегуар.</w:t>
      </w:r>
    </w:p>
    <w:p>
      <w:r>
        <w:br/>
        <w:t>— А!.. Хорошо, хорошо... — з полегшенням промовив Коростенко й, звернувшись до мене, добродушно проговорив: — Неспокійно у нас на селі... Збираються громить мене дядьки... Вже письма шлють... щоб вибиравсь зарані, бо все одно одберуть землю... От вам і інстинкти... Приходиться буть насторожі... Темна маса може справді і спалить тебе, і вбить... Боротьба за існування!.. Да! Ну, ходім обідать!</w:t>
      </w:r>
    </w:p>
    <w:p>
      <w:r>
        <w:br/>
        <w:t>Він ще зупинився, прислухаючись до криків на селі, і ми пішли. Хвилин через десять, вмитий, я сидів уже за столом проти пані Коростенкової, млявої жінки з блідо-сірим лицем і подвійним жовтим підборіддям. Коло неї сидів мій ученик, Василько, опецькуватий чорнявий хлопчина год десяти, схожий на батька.</w:t>
      </w:r>
    </w:p>
    <w:p>
      <w:r>
        <w:br/>
        <w:t>— Тьі ж будешь слушаться господина репетитора? — гладячи пухлою рукою стрижену голову Василька, мляво тягнула пані. — Да, Васенька?</w:t>
      </w:r>
    </w:p>
    <w:p>
      <w:r>
        <w:br/>
        <w:t>Васенька сьорбав борщ, з таким виглядом, що, мовляв:</w:t>
      </w:r>
    </w:p>
    <w:p>
      <w:r>
        <w:br/>
        <w:t>"Побачимо!"</w:t>
      </w:r>
    </w:p>
    <w:p>
      <w:r>
        <w:br/>
        <w:t>— Только вьі с ним, пожалуйста, уже по-русски занимайтесь... Николай Андреич большой любитель малорусского язьїка, но ребенку ато излишне.</w:t>
      </w:r>
    </w:p>
    <w:p>
      <w:r>
        <w:br/>
        <w:t>— Я по-мужицки не хочу учиться! — не підводячи голови, випалив Васенька.</w:t>
      </w:r>
    </w:p>
    <w:p>
      <w:r>
        <w:br/>
        <w:t>Коростенко ніяково засміявся:</w:t>
      </w:r>
    </w:p>
    <w:p>
      <w:r>
        <w:br/>
        <w:t>— Дурачок. Разве на малорусском язьіке только мужики говорят?</w:t>
      </w:r>
    </w:p>
    <w:p>
      <w:r>
        <w:br/>
        <w:t>— Ну, да, мужики!</w:t>
      </w:r>
    </w:p>
    <w:p>
      <w:r>
        <w:br/>
        <w:t>— Глупости, Васенька! — вмішалась пані. — Малорусский язьік такой же, как й русский... Но тебе нужно по-русски учиться. Мой Николай Андреич, видите ли, считает, что все должно развиваться... Но ато он только так говорит, а на самом деле он потому такой любитель малорусского... Сказать, Коля? — лукаво глянула вона на чоловіка. — Глупости, Лена, вьідумьіваешь... — сухо й незадоволено пробурмотів він, мішаючи ложкою в тарілці.</w:t>
      </w:r>
    </w:p>
    <w:p>
      <w:r>
        <w:br/>
        <w:t>— Зто его больное место... — засміялась вона до мене... — Сказать, Коля?.. Он, видите ли, — вона знов лукаво глянула на його, — он написал одну книжечку... Сказать?.. Молчишь? Ну, хорошо. Он написал книжечку на малорусском язьіке о шелковичньїх червях й считает теперь себя настоящим малороссом. А он й говорить по-малорусски не умеет. Я просто не понимаю его... Какие-то слова... Я сама малоросска й все понимаю, когда мужики говорят, а его нет...</w:t>
      </w:r>
    </w:p>
    <w:p>
      <w:r>
        <w:br/>
        <w:t>— Конечно! Потому что я говорю литературньїм язьїком.</w:t>
      </w:r>
    </w:p>
    <w:p>
      <w:r>
        <w:br/>
        <w:t>— Ну, оставь!.. Просто не умеешь...</w:t>
      </w:r>
    </w:p>
    <w:p>
      <w:r>
        <w:br/>
        <w:t>— Лена! — сухо й терпко глянув на неї Коростенко. — Зто наш всегдашний спор... Мьі успеем еще надоесть нашему гостю... Скажи лучше, чтобьі подавали второе... Ви щось шукаєте? — звернувся він до мене, бачачи, що я воджу очима по столу.</w:t>
      </w:r>
    </w:p>
    <w:p>
      <w:r>
        <w:br/>
        <w:t>— Ьге ж, солі...</w:t>
      </w:r>
    </w:p>
    <w:p>
      <w:r>
        <w:br/>
        <w:t>— А ось же солянка перед вами, — показав він на якусь пляшечку, що стояла коло мене. Я взяв її, але солі з неї не міг добути. Глянувши на Коростенка, я побачив, що він лукаво й задоволене посміхається.</w:t>
      </w:r>
    </w:p>
    <w:p>
      <w:r>
        <w:br/>
        <w:t>— Не посолите?.. А ось дивіться... Позвольте мені... Бачите?.. Машина!.. У мене все машинним робом. Практично, правда?</w:t>
      </w:r>
    </w:p>
    <w:p>
      <w:r>
        <w:br/>
        <w:t>Я проти волі посміхнувся.</w:t>
      </w:r>
    </w:p>
    <w:p>
      <w:r>
        <w:br/>
        <w:t>— Да! Наука — сила! — рішуче хитнув він головою. — Наука дасть людям щастя. Як подумаєш, скільки то непродукційно тратилось у нас, на Україні, сил... і тратиться! Двадцять аграрних вопросів можна би розв'язать, якби зібрать ті сили та прикласти їх до діла... А наші поміщики замість того крестян експлуатують... Крестянина треба піддержувать, треба помагать йому, перш усього — як людині, а друге — для розвитку хазяйства. Бідний мужик — бідний поміщик, бідна, значить страна. А бідність є регрес. Ми, поміщики новітньої формації, повинні сказать тепер своє слово. Воно назріло вже... Да, воно назріло! Вік мотузяного хазяйства зступає з шляху і дає дорогу машині, азія дає дорогу європі! і от в цьому я бачу велику роль нашої Думи! Вона вб'є азію і дасть простор європі, дасть нам сказать своє слово, слово європейців.</w:t>
      </w:r>
    </w:p>
    <w:p>
      <w:r>
        <w:br/>
        <w:t>Він захопився. Утершись рушничком, він одклав його набік і, повернувши до мене своє англійське обличчя, повів розмову знов про Думу, про волю, прогрес, новітніх людей, добро і правду. Говорив він уже по-російському і говорив гарно, кругло, щиро. В розумних, блискучих очах його горів вогник захоплення, і видно було, що він сам любувався своєю мовою й ще більше захоплювавсь. Пані з задоволенням слухала його й зітхала. В їдальні віяло холодком, пахло якимись квітками, вузький, довгий годинник м'яко, поволі цокав.</w:t>
      </w:r>
    </w:p>
    <w:p>
      <w:r>
        <w:br/>
        <w:t>Раптом двері хутко одчинились і в кімнату вбіг захаканий, з напруженим, зляканим лицем Грегуар.</w:t>
      </w:r>
    </w:p>
    <w:p>
      <w:r>
        <w:br/>
        <w:t>— Ніко... Ніколай Андреїч! — зашепотів він. Ніколай Андреїч враз змовк і, зблідши ввесь, повернувся до його. Пані теж зблідла й схопила в обійми Василька.</w:t>
      </w:r>
    </w:p>
    <w:p>
      <w:r>
        <w:br/>
        <w:t>— Он!.. Он!.. Посмотріть... ідуть... З флагами! — підбіг Грегуар до дверей, що виходили на терасу й з яких видно було вулицю села. Ми всі схопились і підбігли до дверей і до вікон. На вулиці далеко видно було велику юрбу селян, над котрою миготіло щось червоне. Селяни, видно, були неспокійні, бо звідти долітали крики й видно було, як махали руками. Пані затрусилась, забилась і, схопивши Василька, забігала по хаті. Василько почав плакать.</w:t>
      </w:r>
    </w:p>
    <w:p>
      <w:r>
        <w:br/>
        <w:t>— Грегуар... Неси пулемет! Скореє!.. На террасу!.. — забурмотів Коростенко, дрижачими руками зачиняючи для чогось вікна.</w:t>
      </w:r>
    </w:p>
    <w:p>
      <w:r>
        <w:br/>
        <w:t>Я кинувся до Коростенка й, теж хвилюючись, заговорив:</w:t>
      </w:r>
    </w:p>
    <w:p>
      <w:r>
        <w:br/>
        <w:t>— Добродію! Може, кулемета не треба?.. Все одно не поможе, а жертви будуть. Краще вийти до їх і попробувать...</w:t>
      </w:r>
    </w:p>
    <w:p>
      <w:r>
        <w:br/>
        <w:t>— Нет, нет, нет, — замахав він руками. — Вьі, молодой человек, не мешайтесь. Зто жизнь, а не программа. Понимаете? Я должен защищать свою семью... Вьі, молодой человек... Лена!.. Йди в спальню!.. Не бойсь... Ах, негодяи!.. Грегуар! Боже мой, он там копается!.. Леноч-ка! Да йди же... Здесь нельзя тебе!.. Грегуар!.. Молодой человек, если вьі боитесь... Грегуар!.. Они уже близко... Й ворота отпертн...</w:t>
      </w:r>
    </w:p>
    <w:p>
      <w:r>
        <w:br/>
        <w:t>В кімнату вбіг Грегуар, важко несучи перед собою якусь машину з ніжками, як у фотографічного апарата, й довгою товстою блискучою трубкою.</w:t>
      </w:r>
    </w:p>
    <w:p>
      <w:r>
        <w:br/>
        <w:t>— На террасу, на террасу! — помагаючи нести Грегуарові, трусився весь Коростенко.</w:t>
      </w:r>
    </w:p>
    <w:p>
      <w:r>
        <w:br/>
        <w:t>Василько раптом заверещав і забився, затріпався. Я кинувсь до його. Пані без пам'яті лежала долі.</w:t>
      </w:r>
    </w:p>
    <w:p>
      <w:r>
        <w:br/>
        <w:t>— Сто-ой!! — зачулось високим різким тенором з тераси. — Стрел-я-ять буду!!</w:t>
      </w:r>
    </w:p>
    <w:p>
      <w:r>
        <w:br/>
        <w:t>Я схопив графин з водою й почав лити дрижачими руками на голову пані, бурмочучи до Василька:</w:t>
      </w:r>
    </w:p>
    <w:p>
      <w:r>
        <w:br/>
        <w:t>— Нічого, Васильку, нічого...</w:t>
      </w:r>
    </w:p>
    <w:p>
      <w:r>
        <w:br/>
        <w:t>— Они убьют нас! Они убьют нас! — хапав мене за руки Василько.</w:t>
      </w:r>
    </w:p>
    <w:p>
      <w:r>
        <w:br/>
        <w:t>В кімнату вбігла покоївка. Василько кинувся до неї й, обхопивши руками за стан, затріпався. Я кинувся до тераси. Але в цей мент звідти один за одним вибухло кілька вистрілів і дим клубом ввірвався в двері. Засмерділо порохом. За димом мені нічого не видно було, тільки вершки тополь, щ,о росли перед терасою. Але слідом за вистрілами з вулиці зачувсь крик багатьох людей, ойкання, плач, свист.</w:t>
      </w:r>
    </w:p>
    <w:p>
      <w:r>
        <w:br/>
        <w:t>— Не подходи! — розлягся знов різкий голос Коростенка.</w:t>
      </w:r>
    </w:p>
    <w:p>
      <w:r>
        <w:br/>
        <w:t>— Убью! Всех убью-у!</w:t>
      </w:r>
    </w:p>
    <w:p>
      <w:r>
        <w:br/>
        <w:t>Дим трохи розійшовся, й я побачив кілька купок людей, які несамовито, перелякано бігли в різні боки, одні — до села, другі — до економії, треті — в городи.</w:t>
      </w:r>
    </w:p>
    <w:p>
      <w:r>
        <w:br/>
        <w:t>— Куда? Не смей!! А!! — ревів Коростенко, й знов за цим розляглось кілька вистрілів.</w:t>
      </w:r>
    </w:p>
    <w:p>
      <w:r>
        <w:br/>
        <w:t>Коли знов розійшовся дим, на дорозі не було юрби, тільки декілька фігур лежало на тому місці, де червоніли флаги.</w:t>
      </w:r>
    </w:p>
    <w:p>
      <w:r>
        <w:br/>
        <w:t>— Грегуар! Запереть ворота!.. Скорей! Михайлу й Сидору дать винтовки й расставить на свои места... Стрелять без сожаления!.. Разбежалась, подлая сволочь!.. Лена!.. Победа! Они разбежались...</w:t>
      </w:r>
    </w:p>
    <w:p>
      <w:r>
        <w:br/>
        <w:t>З пальця йому текла кров, губи дрижали, й на них засохла біла піна, од англійських бак текли струмочки поту, очі були широкі, напружені, дикі.</w:t>
      </w:r>
    </w:p>
    <w:p>
      <w:r>
        <w:br/>
        <w:t>Вмить в кімнату влетіла покоївка й, сплеснувши руками, закричала:</w:t>
      </w:r>
    </w:p>
    <w:p>
      <w:r>
        <w:br/>
        <w:t>— Ой пане! Що ж ви робите! Це ж весілля йшло сюди! Ой боже ж мій, постріляли, побили!.. Вони до вас ішли по закону!.. Ох, рятуйте ж... рятуйте! То ж сестра моя оддається за Пилипа Босого... Матінко моя!.. Ой, рятуйте!</w:t>
      </w:r>
    </w:p>
    <w:p>
      <w:r>
        <w:br/>
        <w:t>і, кричачи, вона вибігла на терасу, з страшенною силою вдарила ногою "машину" й побігла під тополями на вулицю.</w:t>
      </w:r>
    </w:p>
    <w:p>
      <w:r>
        <w:br/>
        <w:t>Коростенко пришиблений стояв і бурмотів:</w:t>
      </w:r>
    </w:p>
    <w:p>
      <w:r>
        <w:br/>
        <w:t>— Не может бьіть... Не может бьіть...</w:t>
      </w:r>
    </w:p>
    <w:p>
      <w:r>
        <w:br/>
        <w:t>Друга покоївка схопилась і теж вибігла. Пані лежала недвижно з розстібнутою мокрою сукнею, а Василько широкими переляканими очима поглядав на нас.</w:t>
      </w:r>
    </w:p>
    <w:p>
      <w:r>
        <w:br/>
        <w:t>Вбито було одного, того якраз, що ніс "флаги", себто гілля з червоними хустками й стьожками, а ранено дві баби й хлопчика.</w:t>
      </w:r>
    </w:p>
    <w:p>
      <w:r>
        <w:br/>
        <w:t>"Слово малороса-європейця" "машинним робом" було сказано "старій нашій неньці Україні". В той вечір я розпрощався з ним і через те не знаю вже, які "слова" він далі говорив селянам і яке "слово" сказали йому селяни.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Малорос-європеєць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