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Мазепа</w:t>
      </w:r>
    </w:p>
    <w:p>
      <w:r>
        <w:br/>
        <w:t xml:space="preserve"> Поема</w:t>
      </w:r>
    </w:p>
    <w:p>
      <w:r>
        <w:br/>
        <w:t>ВСТУП ДО ПОЕМИ "МАЗЕПА"</w:t>
      </w:r>
    </w:p>
    <w:p>
      <w:r>
        <w:br/>
        <w:t>Навколо радощів так мало…&lt;br /&gt;</w:t>
        <w:br/>
        <w:t>Який у чорта "днів бадьор",&lt;br /&gt;</w:t>
        <w:br/>
        <w:t>Коли ми крила поламали&lt;br /&gt;</w:t>
        <w:br/>
        <w:t>У леті марному до зорь.&lt;br /&gt;</w:t>
        <w:br/>
        <w:t>І гнів, і муку неозору&lt;br /&gt;</w:t>
        <w:br/>
        <w:t>Співаю я в ці дні журби,&lt;br /&gt;</w:t>
        <w:br/>
        <w:t>Коли лакеї йдуть угору&lt;br /&gt;</w:t>
        <w:br/>
        <w:t>Й мовчать раби…&lt;br /&gt;</w:t>
        <w:br/>
        <w:t>Німій, одуреній, забитій,&lt;br /&gt;</w:t>
        <w:br/>
        <w:t>Невже не встать тобі від ран?&lt;br /&gt;</w:t>
        <w:br/>
        <w:t>Москві та Жечі Посполитій&lt;br /&gt;</w:t>
        <w:br/>
        <w:t>Колись жбурнув тебе Богдан.&lt;br /&gt;</w:t>
        <w:br/>
        <w:t>А потім хтів тобі Мазепа&lt;br /&gt;</w:t>
        <w:br/>
        <w:t>Від серця щирого добра…&lt;br /&gt;</w:t>
        <w:br/>
        <w:t>Його ж ти зрадила і степом&lt;br /&gt;</w:t>
        <w:br/>
        <w:t>Пішла рабинею Петра.&lt;br /&gt;</w:t>
        <w:br/>
        <w:t>Хіба не жах: своєї зброї&lt;br /&gt;</w:t>
        <w:br/>
        <w:t>Не маєш ти в ці скорбні дні…&lt;br /&gt;</w:t>
        <w:br/>
        <w:t>У тебе так: два-три герої,&lt;br /&gt;</w:t>
        <w:br/>
        <w:t>А решта — велетні дурні.&lt;br /&gt;</w:t>
        <w:br/>
        <w:t>У тебе так: все безголов'я,&lt;br /&gt;</w:t>
        <w:br/>
        <w:t>Що на багно кричить: "Блакить!"&lt;br /&gt;</w:t>
        <w:br/>
        <w:t>Якби я міг, якби зумів я&lt;br /&gt;</w:t>
        <w:br/>
        <w:t>Тебе, Вкраїно, воскресить…&lt;br /&gt;</w:t>
        <w:br/>
        <w:t>Твої шляхи — відчай і камінь,&lt;br /&gt;</w:t>
        <w:br/>
        <w:t>Така прекрасна й, мов на гріх,&lt;br /&gt;</w:t>
        <w:br/>
        <w:t>Ти плодиш землю байстрюками —&lt;br /&gt;</w:t>
        <w:br/>
        <w:t>Багном і гноєм — для других.&lt;br /&gt;</w:t>
        <w:br/>
        <w:t>У голові твоїй — макуха!&lt;br /&gt;</w:t>
        <w:br/>
        <w:t>Хіба ж ти можеш жить сама,&lt;br /&gt;</w:t>
        <w:br/>
        <w:t>Російсько-польська потаскуха,&lt;br /&gt;</w:t>
        <w:br/>
        <w:t>Малоросійськая тюрма.&lt;br /&gt;</w:t>
        <w:br/>
        <w:t>Веди ж, безумна, до загину&lt;br /&gt;</w:t>
        <w:br/>
        <w:t>Мене на розстріли і жуть…&lt;br /&gt;</w:t>
        <w:br/>
        <w:t>Ах, я люблю тебе, Вкраїно,&lt;br /&gt;</w:t>
        <w:br/>
        <w:t>І сам не знаю, що кажу.&lt;br /&gt;</w:t>
        <w:br/>
        <w:t>Я ж син твій, син, що йшов за тебе&lt;br /&gt;</w:t>
        <w:br/>
        <w:t>На смерть і реготи не раз,&lt;br /&gt;</w:t>
        <w:br/>
        <w:t>Той, що прокляв і Бога й небо,&lt;br /&gt;</w:t>
        <w:br/>
        <w:t>Аби тобі був слушний час.&lt;br /&gt;</w:t>
        <w:br/>
        <w:t>Я йшов кривавими житами&lt;br /&gt;</w:t>
        <w:br/>
        <w:t>І знов піду, де гул і мла,&lt;br /&gt;</w:t>
        <w:br/>
        <w:t>Лиш одного я хочу, мати,&lt;br /&gt;</w:t>
        <w:br/>
        <w:t>Щоб ти щасливою була.</w:t>
      </w:r>
    </w:p>
    <w:p>
      <w:r>
        <w:br/>
        <w:t>ПРОЛОГ</w:t>
      </w:r>
    </w:p>
    <w:p>
      <w:r>
        <w:br/>
        <w:t>О, як люблю я рідний край&lt;br /&gt;</w:t>
        <w:br/>
        <w:t>І в щастя мить і у негоду!&lt;br /&gt;</w:t>
        <w:br/>
        <w:t>Дунай, Дунаю мій, Дунай,&lt;br /&gt;</w:t>
        <w:br/>
        <w:t>Ти у піснях мого народу.&lt;br /&gt;</w:t>
        <w:br/>
        <w:t>Я бачу вод твоїх розбіг&lt;br /&gt;</w:t>
        <w:br/>
        <w:t>І постать, зігнену судьбою,&lt;br /&gt;</w:t>
        <w:br/>
        <w:t>Над стародавньою рікою&lt;br /&gt;</w:t>
        <w:br/>
        <w:t>І сльози у очах старих.&lt;br /&gt;</w:t>
        <w:br/>
        <w:t>А він колись гігантом був,&lt;br /&gt;</w:t>
        <w:br/>
        <w:t>В його руках були мільйони&lt;br /&gt;</w:t>
        <w:br/>
        <w:t>Людей… та "Бог мене забув,&lt;br /&gt;</w:t>
        <w:br/>
        <w:t>Погнав крізь чорний вітер згуби", —&lt;br /&gt;</w:t>
        <w:br/>
        <w:t>Шепочуть страдницькії губи.&lt;br /&gt;</w:t>
        <w:br/>
        <w:t>Стоїть Мазепа, як докір&lt;br /&gt;</w:t>
        <w:br/>
        <w:t>Безжальній долі, над водою…&lt;br /&gt;</w:t>
        <w:br/>
        <w:t>І небо, повне вічних зір,&lt;br /&gt;</w:t>
        <w:br/>
        <w:t>Те небо вічне долі злої&lt;br /&gt;</w:t>
        <w:br/>
        <w:t>Відбив його старечий зір…&lt;br /&gt;</w:t>
        <w:br/>
        <w:t>Стоїть з усмішкою сумною&lt;br /&gt;</w:t>
        <w:br/>
        <w:t>Колишній велет, богатир.&lt;br /&gt;</w:t>
        <w:br/>
        <w:t>Худі здіймаються ще груди,&lt;br /&gt;</w:t>
        <w:br/>
        <w:t>А щоки у сльозах бліді…&lt;br /&gt;</w:t>
        <w:br/>
        <w:t>Од рук його одпали люди,&lt;br /&gt;</w:t>
        <w:br/>
        <w:t>Його покинули в біді.&lt;br /&gt;</w:t>
        <w:br/>
        <w:t>І влада, всемогутня влада,&lt;br /&gt;</w:t>
        <w:br/>
        <w:t>Навік розвіялась на прах…&lt;br /&gt;</w:t>
        <w:br/>
        <w:t>Лиш спомини — одна відрада…&lt;br /&gt;</w:t>
        <w:br/>
        <w:t>Як сльози у сумних очах…&lt;br /&gt;</w:t>
        <w:br/>
        <w:t>Стоїть старий, о далі милі!..&lt;br /&gt;</w:t>
        <w:br/>
        <w:t>Стоїть і згадує про все…&lt;br /&gt;</w:t>
        <w:br/>
        <w:t>Під ним Дунай блакитні хвилі&lt;br /&gt;</w:t>
        <w:br/>
        <w:t>До моря Чорного несе.&lt;br /&gt;</w:t>
        <w:br/>
        <w:t>Він сивий весь… Як дві зорі,&lt;br /&gt;</w:t>
        <w:br/>
        <w:t>Його зіниці світять дико,&lt;br /&gt;</w:t>
        <w:br/>
        <w:t>Він слухає чаїні крики,&lt;br /&gt;</w:t>
        <w:br/>
        <w:t>Квилиння їхнє угорі,&lt;br /&gt;</w:t>
        <w:br/>
        <w:t>Ламає пальці він у хруст,&lt;br /&gt;</w:t>
        <w:br/>
        <w:t>І лине пісня з скорбних вуст…&lt;br /&gt;</w:t>
        <w:br/>
        <w:t>Тремтить у творчий він тривозі…&lt;br /&gt;</w:t>
        <w:br/>
        <w:t>"Та біда тій чайці, чаєчці-небозі,&lt;br /&gt;</w:t>
        <w:br/>
        <w:t>Що вивела чаєнят при битій дорозі…"</w:t>
      </w:r>
    </w:p>
    <w:p>
      <w:r>
        <w:br/>
        <w:t>На спів нанизує слова&lt;br /&gt;</w:t>
        <w:br/>
        <w:t>Він про далеку Україну,&lt;br /&gt;</w:t>
        <w:br/>
        <w:t>І пісня та крізь вічність лине,&lt;br /&gt;</w:t>
        <w:br/>
        <w:t>Як завжди, юна і нова.</w:t>
      </w:r>
    </w:p>
    <w:p>
      <w:r>
        <w:br/>
        <w:t>І знов минуле ожива…&lt;br /&gt;</w:t>
        <w:br/>
        <w:t>Коли ж кінець кривавим зливам?..&lt;br /&gt;</w:t>
        <w:br/>
        <w:t>Колись і він міг буть щасливим,&lt;br /&gt;</w:t>
        <w:br/>
        <w:t>Та все розбила буря зла&lt;br /&gt;</w:t>
        <w:br/>
        <w:t>І до Дунаю привела,&lt;br /&gt;</w:t>
        <w:br/>
        <w:t>Щоб тут він ліг у домовину,&lt;br /&gt;</w:t>
        <w:br/>
        <w:t>Де все не те й не та блакить.&lt;br /&gt;</w:t>
        <w:br/>
        <w:t>"Прощай навіки, Україно,&lt;br /&gt;</w:t>
        <w:br/>
        <w:t>Мені уже недовго жить…&lt;br /&gt;</w:t>
        <w:br/>
        <w:t>Але в останню смертну мить</w:t>
      </w:r>
    </w:p>
    <w:p>
      <w:r>
        <w:br/>
        <w:t>Твоє ім'я, о мамо люба,&lt;br /&gt;</w:t>
        <w:br/>
        <w:t>Шептатимуть вигнанця губи".&lt;br /&gt;</w:t>
        <w:br/>
        <w:t>І перед сивим і сумним,&lt;br /&gt;</w:t>
        <w:br/>
        <w:t>Немов могутньою рукою,&lt;br /&gt;</w:t>
        <w:br/>
        <w:t>Хтось розгорнув життя сувої,&lt;br /&gt;</w:t>
        <w:br/>
        <w:t>Коли ще був він молодим,&lt;br /&gt;</w:t>
        <w:br/>
        <w:t>Не знав ні розпачу, ні муки,&lt;br /&gt;</w:t>
        <w:br/>
        <w:t>І забриніли ліри звуки…</w:t>
      </w:r>
    </w:p>
    <w:p>
      <w:r>
        <w:br/>
        <w:t>I</w:t>
      </w:r>
    </w:p>
    <w:p>
      <w:r>
        <w:br/>
        <w:t>І од зорі і до зорі&lt;br /&gt;</w:t>
        <w:br/>
        <w:t>При королівському дворі&lt;br /&gt;</w:t>
        <w:br/>
        <w:t>Танки й музики без перерви…&lt;br /&gt;</w:t>
        <w:br/>
        <w:t>Там очі хвилюють нерви…&lt;br /&gt;</w:t>
        <w:br/>
        <w:t>І під крилами віт густих&lt;br /&gt;</w:t>
        <w:br/>
        <w:t>У тьмі алей цілунки й сміх.</w:t>
      </w:r>
    </w:p>
    <w:p>
      <w:r>
        <w:br/>
        <w:t>Там у далекім зор огні&lt;br /&gt;</w:t>
        <w:br/>
        <w:t>Все ходять лицарі ясні,&lt;br /&gt;</w:t>
        <w:br/>
        <w:t>Мов рух меча, метке їх слово.&lt;br /&gt;</w:t>
        <w:br/>
        <w:t>І паж між ними чорнобровий,&lt;br /&gt;</w:t>
        <w:br/>
        <w:t>Мов тінь, легким блукає кроком,&lt;br /&gt;</w:t>
        <w:br/>
        <w:t>Такий стрункий і одинокий.&lt;br /&gt;</w:t>
        <w:br/>
        <w:t>В його очах туман, вогонь…&lt;br /&gt;</w:t>
        <w:br/>
        <w:t>Хто він такий, як звать його?&lt;br /&gt;</w:t>
        <w:br/>
        <w:t>Він задививсь у ночі тьму,&lt;br /&gt;</w:t>
        <w:br/>
        <w:t>Притис до пліч вузькі долоні,&lt;br /&gt;</w:t>
        <w:br/>
        <w:t>І чорні кучері на скроні&lt;br /&gt;</w:t>
        <w:br/>
        <w:t>Упали хвилями йому.&lt;br /&gt;</w:t>
        <w:br/>
        <w:t>На бархат вій, на владні очі&lt;br /&gt;</w:t>
        <w:br/>
        <w:t>Вже не одна молилась панна,&lt;br /&gt;</w:t>
        <w:br/>
        <w:t>Зорею тихою цвіла,&lt;br /&gt;</w:t>
        <w:br/>
        <w:t>І перед гордою красою,&lt;br /&gt;</w:t>
        <w:br/>
        <w:t>Непереможною такою,&lt;br /&gt;</w:t>
        <w:br/>
        <w:t>Встоять ні одна не могла&lt;br /&gt;</w:t>
        <w:br/>
        <w:t>І потім вічно пам'ятала.&lt;br /&gt;</w:t>
        <w:br/>
        <w:t>Він панн жінки не відставали…&lt;br /&gt;</w:t>
        <w:br/>
        <w:t>Він дарував на мить любов&lt;br /&gt;</w:t>
        <w:br/>
        <w:t>І знов, байдужий, далі йшов.</w:t>
      </w:r>
    </w:p>
    <w:p>
      <w:r>
        <w:br/>
        <w:t>Куди він чорною стрілою,&lt;br /&gt;</w:t>
        <w:br/>
        <w:t>Немов летить на фоні ночі,&lt;br /&gt;</w:t>
        <w:br/>
        <w:t>Що загубив, чого він хоче&lt;br /&gt;</w:t>
        <w:br/>
        <w:t>Тут, над північною рікою?&lt;br /&gt;</w:t>
        <w:br/>
        <w:t>Кого він жде і відкіля&lt;br /&gt;</w:t>
        <w:br/>
        <w:t>У тихім парку короля?</w:t>
      </w:r>
    </w:p>
    <w:p>
      <w:r>
        <w:br/>
        <w:t>Та обриває думки лет&lt;br /&gt;</w:t>
        <w:br/>
        <w:t>Тонкий і ніжний силует,&lt;br /&gt;</w:t>
        <w:br/>
        <w:t>Що в тьмі все ближче і чіткіше…&lt;br /&gt;</w:t>
        <w:br/>
        <w:t>Це — пані Зося, удова,&lt;br /&gt;</w:t>
        <w:br/>
        <w:t>Любов Мазепи чергова.&lt;br /&gt;</w:t>
        <w:br/>
        <w:t>Вона іде і швидко дише&lt;br /&gt;</w:t>
        <w:br/>
        <w:t>(Звичайно, буде тет-а-тет…),&lt;br /&gt;</w:t>
        <w:br/>
        <w:t>Який вибагливий поет&lt;br /&gt;</w:t>
        <w:br/>
        <w:t>Таку красу вікам опише,&lt;br /&gt;</w:t>
        <w:br/>
        <w:t>Щоб самому з собою в ґерці&lt;br /&gt;</w:t>
        <w:br/>
        <w:t>Не вмерти од розриву серця?&lt;br /&gt;</w:t>
        <w:br/>
        <w:t>Цей стан, ходу і тіні ці,&lt;br /&gt;</w:t>
        <w:br/>
        <w:t>Що на волоссі й на лиці…&lt;br /&gt;</w:t>
        <w:br/>
        <w:t>Таке лице — сія неначе…&lt;br /&gt;</w:t>
        <w:br/>
        <w:t>Це треба мацати і бачить…</w:t>
      </w:r>
    </w:p>
    <w:p>
      <w:r>
        <w:br/>
        <w:t>Що перед ним Еллади міти?&lt;br /&gt;</w:t>
        <w:br/>
        <w:t>(Пахтить під місяцем левкой…)&lt;br /&gt;</w:t>
        <w:br/>
        <w:t>Ці губи й плечі треба пити,&lt;br /&gt;</w:t>
        <w:br/>
        <w:t>Як мед, вино і молоко.&lt;br /&gt;</w:t>
        <w:br/>
        <w:t>Тремтить під місяцем волосся…</w:t>
      </w:r>
    </w:p>
    <w:p>
      <w:r>
        <w:br/>
        <w:t>МАЗЕПА</w:t>
      </w:r>
    </w:p>
    <w:p>
      <w:r>
        <w:br/>
        <w:t>Ах, пані Зосю, пані Зосю!&lt;br /&gt;</w:t>
        <w:br/>
        <w:t>Хтось все життя моє кляне,&lt;br /&gt;</w:t>
        <w:br/>
        <w:t>Що ви так мучите мене!</w:t>
      </w:r>
    </w:p>
    <w:p>
      <w:r>
        <w:br/>
        <w:t>ЗОСЯ</w:t>
      </w:r>
    </w:p>
    <w:p>
      <w:r>
        <w:br/>
        <w:t>Я ледве вирвалась, мій любий!&lt;br /&gt;</w:t>
        <w:br/>
        <w:t>Він тис мене в кутку так грубо,&lt;br /&gt;</w:t>
        <w:br/>
        <w:t>Питав: "Його а чи моя?"&lt;br /&gt;</w:t>
        <w:br/>
        <w:t>Дзвеніли струни і остроги,&lt;br /&gt;</w:t>
        <w:br/>
        <w:t>Він не соромився нічого…&lt;br /&gt;</w:t>
        <w:br/>
        <w:t>Я затулялася рукою…</w:t>
      </w:r>
    </w:p>
    <w:p>
      <w:r>
        <w:br/>
        <w:t>МАЗЕПА</w:t>
      </w:r>
    </w:p>
    <w:p>
      <w:r>
        <w:br/>
        <w:t>І от, нарешті, я з тобою!</w:t>
      </w:r>
    </w:p>
    <w:p>
      <w:r>
        <w:br/>
        <w:t>ЗОСЯ</w:t>
      </w:r>
    </w:p>
    <w:p>
      <w:r>
        <w:br/>
        <w:t>З тобою, орле мій ясний!..&lt;br /&gt;</w:t>
        <w:br/>
        <w:t>А той противний і немилий.</w:t>
      </w:r>
    </w:p>
    <w:p>
      <w:r>
        <w:br/>
        <w:t>Світили зорі з вишини,&lt;br /&gt;</w:t>
        <w:br/>
        <w:t>Вбрання ритмічно шелестіло,&lt;br /&gt;</w:t>
        <w:br/>
        <w:t>Стегно оголене біліло,&lt;br /&gt;</w:t>
        <w:br/>
        <w:t>Зітхали трави і вони…&lt;br /&gt;</w:t>
        <w:br/>
        <w:t>Світили зорі з вишини…</w:t>
      </w:r>
    </w:p>
    <w:p>
      <w:r>
        <w:br/>
        <w:t>Він цілував і губи й брови,&lt;br /&gt;</w:t>
        <w:br/>
        <w:t>А потім стало ніяково&lt;br /&gt;</w:t>
        <w:br/>
        <w:t>Й не так бажані плечі й грудь…</w:t>
      </w:r>
    </w:p>
    <w:p>
      <w:r>
        <w:br/>
        <w:t>МАЗЕПА</w:t>
      </w:r>
    </w:p>
    <w:p>
      <w:r>
        <w:br/>
        <w:t>Тут небезпечно довго буть,&lt;br /&gt;</w:t>
        <w:br/>
        <w:t>Побачить можуть…</w:t>
      </w:r>
    </w:p>
    <w:p>
      <w:r>
        <w:br/>
        <w:t>ЗОСЯ</w:t>
      </w:r>
    </w:p>
    <w:p>
      <w:r>
        <w:br/>
        <w:t>Ще, мій любий!..&lt;br /&gt;</w:t>
        <w:br/>
        <w:t>У цій зеленій тишині&lt;br /&gt;</w:t>
        <w:br/>
        <w:t>З тобою солодко мені.</w:t>
      </w:r>
    </w:p>
    <w:p>
      <w:r>
        <w:br/>
        <w:t>І паж летить. Та вже не те&lt;br /&gt;</w:t>
        <w:br/>
        <w:t>Її волосся золоте,&lt;br /&gt;</w:t>
        <w:br/>
        <w:t>І поцілунки Зосі ревні&lt;br /&gt;</w:t>
        <w:br/>
        <w:t>Йому нудні і неприємні.</w:t>
      </w:r>
    </w:p>
    <w:p>
      <w:r>
        <w:br/>
        <w:t>МАЗЕПА</w:t>
      </w:r>
    </w:p>
    <w:p>
      <w:r>
        <w:br/>
        <w:t>Ходім, кохана!</w:t>
      </w:r>
    </w:p>
    <w:p>
      <w:r>
        <w:br/>
        <w:t>ЗОСЯ</w:t>
      </w:r>
    </w:p>
    <w:p>
      <w:r>
        <w:br/>
        <w:t>Що ж, ходім.</w:t>
      </w:r>
    </w:p>
    <w:p>
      <w:r>
        <w:br/>
        <w:t>Спокійно серце в нього стука,&lt;br /&gt;</w:t>
        <w:br/>
        <w:t>І на обличчі молодім&lt;br /&gt;</w:t>
        <w:br/>
        <w:t>Іван хова холодну скуку.&lt;br /&gt;</w:t>
        <w:br/>
        <w:t>В його очах — осінній став.&lt;br /&gt;</w:t>
        <w:br/>
        <w:t>Він не знайшов, чого чекав.</w:t>
      </w:r>
    </w:p>
    <w:p>
      <w:r>
        <w:br/>
        <w:t>МАЗЕПА</w:t>
      </w:r>
    </w:p>
    <w:p>
      <w:r>
        <w:br/>
        <w:t>Не плачте, Зосю!..</w:t>
      </w:r>
    </w:p>
    <w:p>
      <w:r>
        <w:br/>
        <w:t>І у тьмі&lt;br /&gt;</w:t>
        <w:br/>
        <w:t>Пропали тіні їх німі…&lt;br /&gt;</w:t>
        <w:br/>
        <w:t>І тільки мертво пахла м'ята,&lt;br /&gt;</w:t>
        <w:br/>
        <w:t>Там, де трава була прим'ята.&lt;br /&gt;</w:t>
        <w:br/>
        <w:t>Та ми, читачу мій коханий,&lt;br /&gt;</w:t>
        <w:br/>
        <w:t>Од них не будем одставать&lt;br /&gt;</w:t>
        <w:br/>
        <w:t>І хоч незручно підглядать,&lt;br /&gt;</w:t>
        <w:br/>
        <w:t>Але усе нам треба знать.&lt;br /&gt;</w:t>
        <w:br/>
        <w:t>І в глибину алей туманну&lt;br /&gt;</w:t>
        <w:br/>
        <w:t>Ми йдем за Зосею і Йваном.</w:t>
      </w:r>
    </w:p>
    <w:p>
      <w:r>
        <w:br/>
        <w:t>Де тане звук, і думка, й слово,&lt;br /&gt;</w:t>
        <w:br/>
        <w:t>Безмовних зір пливе ріка.&lt;br /&gt;</w:t>
        <w:br/>
        <w:t>А тут на талії чудовій&lt;br /&gt;</w:t>
        <w:br/>
        <w:t>Байдужа Йванова рука.&lt;br /&gt;</w:t>
        <w:br/>
        <w:t>І мовчки проклина свій стан&lt;br /&gt;</w:t>
        <w:br/>
        <w:t>Мій чорнобровий Дон-Жуан.&lt;br /&gt;</w:t>
        <w:br/>
        <w:t>Але відвертістю образить&lt;br /&gt;</w:t>
        <w:br/>
        <w:t>Не може він двора окрасу.</w:t>
      </w:r>
    </w:p>
    <w:p>
      <w:r>
        <w:br/>
        <w:t>І стан пригноблений Івана&lt;br /&gt;</w:t>
        <w:br/>
        <w:t>Помітила на мить кохана.&lt;br /&gt;</w:t>
        <w:br/>
        <w:t>Вони ідуть під тьмою арк,&lt;br /&gt;</w:t>
        <w:br/>
        <w:t>І слуха Зосю тихий парк.</w:t>
      </w:r>
    </w:p>
    <w:p>
      <w:r>
        <w:br/>
        <w:t>ЗОСЯ</w:t>
      </w:r>
    </w:p>
    <w:p>
      <w:r>
        <w:br/>
        <w:t>Тепер мені все ясно стало.&lt;br /&gt;</w:t>
        <w:br/>
        <w:t>Та я ніколи не чекала,&lt;br /&gt;</w:t>
        <w:br/>
        <w:t>Щоб можна швидко так забуть,&lt;br /&gt;</w:t>
        <w:br/>
        <w:t>І, як непотріб, одшпурнуть&lt;br /&gt;</w:t>
        <w:br/>
        <w:t>Ту, що усім ризикувала&lt;br /&gt;</w:t>
        <w:br/>
        <w:t>Й коханкою, рабою стала&lt;br /&gt;</w:t>
        <w:br/>
        <w:t>В гіркий і радісний цей час,&lt;br /&gt;</w:t>
        <w:br/>
        <w:t>Жорстокий хлопчику, для вас!&lt;br /&gt;</w:t>
        <w:br/>
        <w:t>Але чужа мені журба,&lt;br /&gt;</w:t>
        <w:br/>
        <w:t>Бо жінка я, а не раба.&lt;br /&gt;</w:t>
        <w:br/>
        <w:t>Собі я добре ціну знаю,&lt;br /&gt;</w:t>
        <w:br/>
        <w:t>Не шлю на вас небесних кар&lt;br /&gt;</w:t>
        <w:br/>
        <w:t>І за образу вибачаю,&lt;br /&gt;</w:t>
        <w:br/>
        <w:t>До зобачення, оревуар!</w:t>
      </w:r>
    </w:p>
    <w:p>
      <w:r>
        <w:br/>
        <w:t>Чому ж Мазепі стало спорзно,&lt;br /&gt;</w:t>
        <w:br/>
        <w:t>Він потонув, немов у транс?&lt;br /&gt;</w:t>
        <w:br/>
        <w:t>Божественний і граціозний&lt;br /&gt;</w:t>
        <w:br/>
        <w:t>Її прощальний реверанс&lt;br /&gt;</w:t>
        <w:br/>
        <w:t>Усе в очах йому стоїть…&lt;br /&gt;</w:t>
        <w:br/>
        <w:t>Та не вернуть розбиту мить.</w:t>
      </w:r>
    </w:p>
    <w:p>
      <w:r>
        <w:br/>
        <w:t>МАЗЕПА</w:t>
      </w:r>
    </w:p>
    <w:p>
      <w:r>
        <w:br/>
        <w:t>Ну, що ж! Я знаю вже давно,&lt;br /&gt;</w:t>
        <w:br/>
        <w:t>Що набрида одне вино.&lt;br /&gt;</w:t>
        <w:br/>
        <w:t>Це над красою не наруга.&lt;br /&gt;</w:t>
        <w:br/>
        <w:t>В моїй душі єдине гасло:&lt;br /&gt;</w:t>
        <w:br/>
        <w:t>Не засмагатися удруге&lt;br /&gt;</w:t>
        <w:br/>
        <w:t>Із люльки, що уже погасла.</w:t>
      </w:r>
    </w:p>
    <w:p>
      <w:r>
        <w:br/>
        <w:t>На листі місячний іней&lt;br /&gt;</w:t>
        <w:br/>
        <w:t>Повиснув срібною фатою&lt;br /&gt;</w:t>
        <w:br/>
        <w:t>Там, де походкою легкою&lt;br /&gt;</w:t>
        <w:br/>
        <w:t>Іван блукає між гостей,&lt;br /&gt;</w:t>
        <w:br/>
        <w:t>Немов шука нових пригод.&lt;br /&gt;</w:t>
        <w:br/>
        <w:t>Мов ельфів мрійний хоровод,&lt;br /&gt;</w:t>
        <w:br/>
        <w:t>Там пари ніжні і щасливі&lt;br /&gt;</w:t>
        <w:br/>
        <w:t>Ідуть направо і наліво,&lt;br /&gt;</w:t>
        <w:br/>
        <w:t>Щоб десь, забувши часу лік,&lt;br /&gt;</w:t>
        <w:br/>
        <w:t>Зійтись чи розійтись навік.&lt;br /&gt;</w:t>
        <w:br/>
        <w:t>Та в парку буть не можна Йвану,&lt;br /&gt;</w:t>
        <w:br/>
        <w:t>Він королівський паж коханий,&lt;br /&gt;</w:t>
        <w:br/>
        <w:t>І од зорі і до зорі&lt;br /&gt;</w:t>
        <w:br/>
        <w:t>Він мусить буть при королі,&lt;br /&gt;</w:t>
        <w:br/>
        <w:t>Коли вино рікою ллється.&lt;br /&gt;</w:t>
        <w:br/>
        <w:t>Король всміхнувсь, і паж сміється,&lt;br /&gt;</w:t>
        <w:br/>
        <w:t>Він зна заздалегідь, здаля&lt;br /&gt;</w:t>
        <w:br/>
        <w:t>Усі капризи короля,&lt;br /&gt;</w:t>
        <w:br/>
        <w:t>Він зна усі його секрети.&lt;br /&gt;</w:t>
        <w:br/>
        <w:t>Кому завидна доля ця?&lt;br /&gt;</w:t>
        <w:br/>
        <w:t>Не тільки подавать штиблети,&lt;br /&gt;</w:t>
        <w:br/>
        <w:t>А подавать іще й серця, —&lt;br /&gt;</w:t>
        <w:br/>
        <w:t>Водити дам вночі і днем&lt;br /&gt;</w:t>
        <w:br/>
        <w:t>На рандеву із королем,&lt;br /&gt;</w:t>
        <w:br/>
        <w:t>Забувши сон, любов, утому,&lt;br /&gt;</w:t>
        <w:br/>
        <w:t>І, як могила, буть при тому,&lt;br /&gt;</w:t>
        <w:br/>
        <w:t>Ходить навшпиньках день за днем,&lt;br /&gt;</w:t>
        <w:br/>
        <w:t>Коротше — бути холуєм.&lt;br /&gt;</w:t>
        <w:br/>
        <w:t>А Йвану заздрили, ще й як!&lt;br /&gt;</w:t>
        <w:br/>
        <w:t>І чув не раз мій чорнобровий:&lt;br /&gt;</w:t>
        <w:br/>
        <w:t>— Паж — українець, круль — поляк?!&lt;br /&gt;</w:t>
        <w:br/>
        <w:t>Та де це видано, панове?&lt;br /&gt;</w:t>
        <w:br/>
        <w:t>Але сказать не сміли крулю,&lt;br /&gt;</w:t>
        <w:br/>
        <w:t>Бо круль Івана полюбив&lt;br /&gt;</w:t>
        <w:br/>
        <w:t>За голос ніжний, наче спів,&lt;br /&gt;</w:t>
        <w:br/>
        <w:t>За руки бархатні і чулі,&lt;br /&gt;</w:t>
        <w:br/>
        <w:t>За ґречно зроблений уклін,&lt;br /&gt;</w:t>
        <w:br/>
        <w:t>І що такий пригожий він.&lt;br /&gt;</w:t>
        <w:br/>
        <w:t>Й Мазепа — шляхтич з України —&lt;br /&gt;</w:t>
        <w:br/>
        <w:t>Теж полюбив любов'ю сина,&lt;br /&gt;</w:t>
        <w:br/>
        <w:t>А не любов'ю холуя.</w:t>
      </w:r>
    </w:p>
    <w:p>
      <w:r>
        <w:br/>
        <w:t>Він подає йому вино:&lt;br /&gt;</w:t>
        <w:br/>
        <w:t>"Паж і холуй… не все одно!.." —&lt;br /&gt;</w:t>
        <w:br/>
        <w:t>Так дума Йван під чарок дзвін.&lt;br /&gt;</w:t>
        <w:br/>
        <w:t>"Я хочу буть таким, як він,&lt;br /&gt;</w:t>
        <w:br/>
        <w:t>Де народивсь і виріс я,&lt;br /&gt;</w:t>
        <w:br/>
        <w:t>Там, де Україна моя!.."</w:t>
      </w:r>
    </w:p>
    <w:p>
      <w:r>
        <w:br/>
        <w:t>Хтось відповів на влучне слово,&lt;br /&gt;</w:t>
        <w:br/>
        <w:t>Круль засміявся сивобровий,&lt;br /&gt;</w:t>
        <w:br/>
        <w:t>Із ним сміється заля вся,&lt;br /&gt;</w:t>
        <w:br/>
        <w:t>Мов буря, що шумить над степом…&lt;br /&gt;</w:t>
        <w:br/>
        <w:t>І не сміється лиш Мазепа.</w:t>
      </w:r>
    </w:p>
    <w:p>
      <w:r>
        <w:br/>
        <w:t>КОРОЛЬ</w:t>
      </w:r>
    </w:p>
    <w:p>
      <w:r>
        <w:br/>
        <w:t>Чого задумався, мій паже?&lt;br /&gt;</w:t>
        <w:br/>
        <w:t>Обридли, мо' красуні наші,&lt;br /&gt;</w:t>
        <w:br/>
        <w:t>Що за усмішку їх єдину&lt;br /&gt;</w:t>
        <w:br/>
        <w:t>Ішов не оден до загину&lt;br /&gt;</w:t>
        <w:br/>
        <w:t>І зараз не один би вмер…&lt;br /&gt;</w:t>
        <w:br/>
        <w:t>Чи, може, ти згадав тепер&lt;br /&gt;</w:t>
        <w:br/>
        <w:t>Про чорноброву Марусину,&lt;br /&gt;</w:t>
        <w:br/>
        <w:t>Що десь забув і загубив?</w:t>
      </w:r>
    </w:p>
    <w:p>
      <w:r>
        <w:br/>
        <w:t>МАЗЕПА</w:t>
      </w:r>
    </w:p>
    <w:p>
      <w:r>
        <w:br/>
        <w:t>Ні, я згадав про Україну,&lt;br /&gt;</w:t>
        <w:br/>
        <w:t>Козацьку волю і орлів…&lt;br /&gt;</w:t>
        <w:br/>
        <w:t>Про дальній плач, і сміх, і спів,&lt;br /&gt;</w:t>
        <w:br/>
        <w:t>Про дідний шум і верб, і трав…&lt;br /&gt;</w:t>
        <w:br/>
        <w:t>Козацьку волю я згадав!..&lt;br /&gt;</w:t>
        <w:br/>
        <w:t>Там дзвін копит, і крик, і постріл,&lt;br /&gt;</w:t>
        <w:br/>
        <w:t>Там шаблі рух меткий і гострий…&lt;br /&gt;</w:t>
        <w:br/>
        <w:t>На бунтівливій оболоні&lt;br /&gt;</w:t>
        <w:br/>
        <w:t>Живуть там бурею яркою,&lt;br /&gt;</w:t>
        <w:br/>
        <w:t>І золоті зорі долоні&lt;br /&gt;</w:t>
        <w:br/>
        <w:t>Тремтять над синьою рікою,&lt;br /&gt;</w:t>
        <w:br/>
        <w:t>Мов хочуть впасти в серебро…&lt;br /&gt;</w:t>
        <w:br/>
        <w:t>І зветься та ріка Дніпро.&lt;br /&gt;</w:t>
        <w:br/>
        <w:t>Там у ясному хороводі&lt;br /&gt;</w:t>
        <w:br/>
        <w:t>Дівчата чайками…</w:t>
      </w:r>
    </w:p>
    <w:p>
      <w:r>
        <w:br/>
        <w:t>КОРОЛЬ</w:t>
      </w:r>
    </w:p>
    <w:p>
      <w:r>
        <w:br/>
        <w:t>Ну, годі…&lt;br /&gt;</w:t>
        <w:br/>
        <w:t>Я бачу, ти не тільки паж,&lt;br /&gt;</w:t>
        <w:br/>
        <w:t>Але й поетом бути можеш.&lt;br /&gt;</w:t>
        <w:br/>
        <w:t>Твої слова, як зорі й рожі,&lt;br /&gt;</w:t>
        <w:br/>
        <w:t>В них і любов, і туга, й гнів…&lt;br /&gt;</w:t>
        <w:br/>
        <w:t>Бач, як усіх заворожив…</w:t>
      </w:r>
    </w:p>
    <w:p>
      <w:r>
        <w:br/>
        <w:t>І круль повів навколо оком.&lt;br /&gt;</w:t>
        <w:br/>
        <w:t>Усі задумались глибоко,&lt;br /&gt;</w:t>
        <w:br/>
        <w:t>У всіх під віями гроза…&lt;br /&gt;</w:t>
        <w:br/>
        <w:t>І пишний палац іщеза…&lt;br /&gt;</w:t>
        <w:br/>
        <w:t>А там за муром — сурми, коні…&lt;br /&gt;</w:t>
        <w:br/>
        <w:t>Шумлять знамена, вітер віє,&lt;br /&gt;</w:t>
        <w:br/>
        <w:t>Запахла кров'ю вже земля…&lt;br /&gt;</w:t>
        <w:br/>
        <w:t>Та владний голос короля&lt;br /&gt;</w:t>
        <w:br/>
        <w:t>Їх поверта із царства мрії.&lt;br /&gt;</w:t>
        <w:br/>
        <w:t>Вони у залі. Що за жах?&lt;br /&gt;</w:t>
        <w:br/>
        <w:t>Й замість шабель — чарки в руках.&lt;br /&gt;</w:t>
        <w:br/>
        <w:t>Їм світло ранньої зорі&lt;br /&gt;</w:t>
        <w:br/>
        <w:t>В очах — кривавою рікою…</w:t>
      </w:r>
    </w:p>
    <w:p>
      <w:r>
        <w:br/>
        <w:t>ГОЛОС</w:t>
      </w:r>
    </w:p>
    <w:p>
      <w:r>
        <w:br/>
        <w:t>Ах, ці лайдацькі кобзарі!&lt;br /&gt;</w:t>
        <w:br/>
        <w:t>І тут нема від них покою…&lt;br /&gt;</w:t>
        <w:br/>
        <w:t>Ну що робити нам тепер?</w:t>
      </w:r>
    </w:p>
    <w:p>
      <w:r>
        <w:br/>
        <w:t>Й невдалий Зосін кавалер&lt;br /&gt;</w:t>
        <w:br/>
        <w:t>На Йвана дивиться й чекає…&lt;br /&gt;</w:t>
        <w:br/>
        <w:t>Та той уваги не звертає,&lt;br /&gt;</w:t>
        <w:br/>
        <w:t>Лише здригнув і трохи зблід.</w:t>
      </w:r>
    </w:p>
    <w:p>
      <w:r>
        <w:br/>
        <w:t>МАЗЕПА</w:t>
      </w:r>
    </w:p>
    <w:p>
      <w:r>
        <w:br/>
        <w:t>Пан Броніслав хильнув як слід,&lt;br /&gt;</w:t>
        <w:br/>
        <w:t>Це видно й з носу, видно й з мови…</w:t>
      </w:r>
    </w:p>
    <w:p>
      <w:r>
        <w:br/>
        <w:t>КОРОЛЬ</w:t>
      </w:r>
    </w:p>
    <w:p>
      <w:r>
        <w:br/>
        <w:t>Ну, годі, годі, вам панове,&lt;br /&gt;</w:t>
        <w:br/>
        <w:t>Покиньте дотепи і гнів!&lt;br /&gt;</w:t>
        <w:br/>
        <w:t>Таких побільше б вечорів.&lt;br /&gt;</w:t>
        <w:br/>
        <w:t>На добрий час! Ходім, мій паже!</w:t>
      </w:r>
    </w:p>
    <w:p>
      <w:r>
        <w:br/>
        <w:t>ГОСТІ</w:t>
      </w:r>
    </w:p>
    <w:p>
      <w:r>
        <w:br/>
        <w:t>На добрий час, величність ваша!</w:t>
      </w:r>
    </w:p>
    <w:p>
      <w:r>
        <w:br/>
        <w:t>Усі встають під крики "слава",&lt;br /&gt;</w:t>
        <w:br/>
        <w:t>Одсовують стільці і лави&lt;br /&gt;</w:t>
        <w:br/>
        <w:t>І різнобарвною юрбою&lt;br /&gt;</w:t>
        <w:br/>
        <w:t>Ідуть в одведені покої,&lt;br /&gt;</w:t>
        <w:br/>
        <w:t>Щоб і диханням відтіля&lt;br /&gt;</w:t>
        <w:br/>
        <w:t>Хвалити доброго круля…</w:t>
      </w:r>
    </w:p>
    <w:p>
      <w:r>
        <w:br/>
        <w:t>І от у залі вже нікого.&lt;br /&gt;</w:t>
        <w:br/>
        <w:t>І гаснуть золоті чертоги,&lt;br /&gt;</w:t>
        <w:br/>
        <w:t>Й малює ніч на стінах їх&lt;br /&gt;</w:t>
        <w:br/>
        <w:t>Лиш довгі тіні вартових…&lt;br /&gt;</w:t>
        <w:br/>
        <w:t>Злітає сон гостям на очі,&lt;br /&gt;</w:t>
        <w:br/>
        <w:t>Лиш парк шумить і спать не хоче,&lt;br /&gt;</w:t>
        <w:br/>
        <w:t>Усе жаліється й голосить…&lt;br /&gt;</w:t>
        <w:br/>
        <w:t>І сниться сон Івану й Зосі:&lt;br /&gt;</w:t>
        <w:br/>
        <w:t>…В саду під місяцем палати,&lt;br /&gt;</w:t>
        <w:br/>
        <w:t>І Зосю Мотря чомусь звати.&lt;br /&gt;</w:t>
        <w:br/>
        <w:t>Вона біжить в траві густій…&lt;br /&gt;</w:t>
        <w:br/>
        <w:t>Там гетьман жде її старий,&lt;br /&gt;</w:t>
        <w:br/>
        <w:t>Такий закоханий і чулий…&lt;br /&gt;</w:t>
        <w:br/>
        <w:t>Їй груди рвуть і плач, і сміх…&lt;br /&gt;</w:t>
        <w:br/>
        <w:t>Для нього все вона забула —&lt;br /&gt;</w:t>
        <w:br/>
        <w:t>І сором, і батьків своїх,&lt;br /&gt;</w:t>
        <w:br/>
        <w:t>І навіть бога злі погрози!..&lt;br /&gt;</w:t>
        <w:br/>
        <w:t>Їй на очах роса і сльози…&lt;br /&gt;</w:t>
        <w:br/>
        <w:t>Вона біжить… Це що за дзвін?&lt;br /&gt;</w:t>
        <w:br/>
        <w:t>Це хто кричить, немов на дибі?..&lt;br /&gt;</w:t>
        <w:br/>
        <w:t>І сниться Йванові, що ніби&lt;br /&gt;</w:t>
        <w:br/>
        <w:t>Ясновельможний гетьман він.&lt;br /&gt;</w:t>
        <w:br/>
        <w:t>Що недалеко вже до трона,&lt;br /&gt;</w:t>
        <w:br/>
        <w:t>І з ним лежить вже не Мотрона,&lt;br /&gt;</w:t>
        <w:br/>
        <w:t>Що любить в нім не славу й гроші,&lt;br /&gt;</w:t>
        <w:br/>
        <w:t>А злами брів, очей огонь,&lt;br /&gt;</w:t>
        <w:br/>
        <w:t>І що так солодко хороші&lt;br /&gt;</w:t>
        <w:br/>
        <w:t>Невтомні пестощі його.&lt;br /&gt;</w:t>
        <w:br/>
        <w:t>Та раптом холодно подуло&lt;br /&gt;</w:t>
        <w:br/>
        <w:t>І по костях побігли гули,&lt;br /&gt;</w:t>
        <w:br/>
        <w:t>Із тьми наблизився чийсь сміх,&lt;br /&gt;</w:t>
        <w:br/>
        <w:t>Десь покотилася корона…&lt;br /&gt;</w:t>
        <w:br/>
        <w:t>І з ним лежить вже не Мотрона,&lt;br /&gt;</w:t>
        <w:br/>
        <w:t>А труп з оскалом губ гнилих…</w:t>
      </w:r>
    </w:p>
    <w:p>
      <w:r>
        <w:br/>
        <w:t>"Ой, боже ж мій, та що се, що се?"&lt;br /&gt;</w:t>
        <w:br/>
        <w:t>Й прокинулись Іван і Зося…&lt;br /&gt;</w:t>
        <w:br/>
        <w:t>На світло швидше з цеї мли!&lt;br /&gt;</w:t>
        <w:br/>
        <w:t>Й там, де алеї парку шумні,&lt;br /&gt;</w:t>
        <w:br/>
        <w:t>Вони зустрілись, як безумні,&lt;br /&gt;</w:t>
        <w:br/>
        <w:t>Й зазнали знов огня і мли,&lt;br /&gt;</w:t>
        <w:br/>
        <w:t>Там на траві якійсь колючій,&lt;br /&gt;</w:t>
        <w:br/>
        <w:t>Так ураганно і жагуче…&lt;br /&gt;</w:t>
        <w:br/>
        <w:t>Іван лиш бачив накінець,&lt;br /&gt;</w:t>
        <w:br/>
        <w:t>Як випав Зосин гребінець,&lt;br /&gt;</w:t>
        <w:br/>
        <w:t>І він схопив його у жменю&lt;br /&gt;</w:t>
        <w:br/>
        <w:t>Й поклав напам'ять у кишеню.&lt;br /&gt;</w:t>
        <w:br/>
        <w:t>Але в яву цього не було.&lt;br /&gt;</w:t>
        <w:br/>
        <w:t>Прокинулись і знов заснули&lt;br /&gt;</w:t>
        <w:br/>
        <w:t>Іван і Зося на зорі.&lt;br /&gt;</w:t>
        <w:br/>
        <w:t>Ніколи їм не бути в парі…&lt;br /&gt;</w:t>
        <w:br/>
        <w:t>Чого не зроблять ті кошмари,&lt;br /&gt;</w:t>
        <w:br/>
        <w:t>Де сипле ранок янтарі&lt;br /&gt;</w:t>
        <w:br/>
        <w:t>При королівському дворі?</w:t>
      </w:r>
    </w:p>
    <w:p>
      <w:r>
        <w:br/>
        <w:t>Проснувсь Іван… Навколо тьма.&lt;br /&gt;</w:t>
        <w:br/>
        <w:t>Корона де? Нема корони…&lt;br /&gt;</w:t>
        <w:br/>
        <w:t>А з нею мрійної Мотрони,&lt;br /&gt;</w:t>
        <w:br/>
        <w:t>І навіть гребінця нема.&lt;br /&gt;</w:t>
        <w:br/>
        <w:t>Проснулась Зося. Тільки з ліжка&lt;br /&gt;</w:t>
        <w:br/>
        <w:t>Вона ніяк не хоче встать.&lt;br /&gt;</w:t>
        <w:br/>
        <w:t>З-під ковдри виглянула ніжка,&lt;br /&gt;</w:t>
        <w:br/>
        <w:t>Мов кличе ковдру зовсім знять,&lt;br /&gt;</w:t>
        <w:br/>
        <w:t>Обняти плечі, впасть на грудь&lt;br /&gt;</w:t>
        <w:br/>
        <w:t>І у блаженстві потонуть…</w:t>
      </w:r>
    </w:p>
    <w:p>
      <w:r>
        <w:br/>
        <w:t>Крізь сну нескінчену загать&lt;br /&gt;</w:t>
        <w:br/>
        <w:t>До Зосі линуть дивні звуки…&lt;br /&gt;</w:t>
        <w:br/>
        <w:t>Її стрункі і повні руки,&lt;br /&gt;</w:t>
        <w:br/>
        <w:t>Мов білосніжні дві гадюки,&lt;br /&gt;</w:t>
        <w:br/>
        <w:t>На чорнім бархаті лежать…&lt;br /&gt;</w:t>
        <w:br/>
        <w:t>Мов обнімають шию бранну&lt;br /&gt;</w:t>
        <w:br/>
        <w:t>Старому лицарю-гетьману.&lt;br /&gt;</w:t>
        <w:br/>
        <w:t>Мов листя шум, його слова.&lt;br /&gt;</w:t>
        <w:br/>
        <w:t>Мов похід радісного війська…&lt;br /&gt;</w:t>
        <w:br/>
        <w:t>Й в огні зорі лежать так близько&lt;br /&gt;</w:t>
        <w:br/>
        <w:t>Жупан, шаблюка й булава…&lt;br /&gt;</w:t>
        <w:br/>
        <w:t>Ах, Зосю, Зосю, це — омана!&lt;br /&gt;</w:t>
        <w:br/>
        <w:t>Нема ніякого гетьмана.&lt;br /&gt;</w:t>
        <w:br/>
        <w:t>Лиш чорними хрестами рами&lt;br /&gt;</w:t>
        <w:br/>
        <w:t>В ранкову врізались блакить…&lt;br /&gt;</w:t>
        <w:br/>
        <w:t>І парк за вікнами шумить&lt;br /&gt;</w:t>
        <w:br/>
        <w:t>Своїми сонними верхами…&lt;br /&gt;</w:t>
        <w:br/>
        <w:t>Все, як завжди, усе, як треба:&lt;br /&gt;</w:t>
        <w:br/>
        <w:t>Химери хмар, зорі дієз…&lt;br /&gt;</w:t>
        <w:br/>
        <w:t>Молитва білая до неба&lt;br /&gt;</w:t>
        <w:br/>
        <w:t>Струнких заплаканих берез…&lt;br /&gt;</w:t>
        <w:br/>
        <w:t>Привіти птиць, роса, земля,&lt;br /&gt;</w:t>
        <w:br/>
        <w:t>І тихий кашель короля.</w:t>
      </w:r>
    </w:p>
    <w:p>
      <w:r>
        <w:br/>
        <w:t>КОРОЛЬ</w:t>
      </w:r>
    </w:p>
    <w:p>
      <w:r>
        <w:br/>
        <w:t>Вдягни мене, мій любий паже!&lt;br /&gt;</w:t>
        <w:br/>
        <w:t>Я од вина, немов маля.&lt;br /&gt;</w:t>
        <w:br/>
        <w:t>Така стареча доля наша,&lt;br /&gt;</w:t>
        <w:br/>
        <w:t>Така вже доля короля.&lt;br /&gt;</w:t>
        <w:br/>
        <w:t>І більш до мене панни Юзі&lt;br /&gt;</w:t>
        <w:br/>
        <w:t>Ти не приводь. Ми вже не друзі.&lt;br /&gt;</w:t>
        <w:br/>
        <w:t>Мій вік не юний, я не ти.&lt;br /&gt;</w:t>
        <w:br/>
        <w:t>У мене з Юзею не теє…&lt;br /&gt;</w:t>
        <w:br/>
        <w:t>Я тільки нерви рвав із нею!&lt;br /&gt;</w:t>
        <w:br/>
        <w:t>А нерви треба берегти.&lt;br /&gt;</w:t>
        <w:br/>
        <w:t>Ти уявляєш? Цілу ніч&lt;br /&gt;</w:t>
        <w:br/>
        <w:t>За молоко розкішних пліч,&lt;br /&gt;</w:t>
        <w:br/>
        <w:t>За губ огонь, за бархат брів&lt;br /&gt;</w:t>
        <w:br/>
        <w:t>Я, мов крамар, її молив,&lt;br /&gt;</w:t>
        <w:br/>
        <w:t>Ридав, як за розбитим полком…&lt;br /&gt;</w:t>
        <w:br/>
        <w:t>І все, мій хлопчику, без толку!&lt;br /&gt;</w:t>
        <w:br/>
        <w:t>Да, хлоню, я — уже не ти.</w:t>
      </w:r>
    </w:p>
    <w:p>
      <w:r>
        <w:br/>
        <w:t>МАЗЕПА</w:t>
      </w:r>
    </w:p>
    <w:p>
      <w:r>
        <w:br/>
        <w:t>Так я вам можу помогти…&lt;br /&gt;</w:t>
        <w:br/>
        <w:t>Якщо ясна величність ваша&lt;br /&gt;</w:t>
        <w:br/>
        <w:t>Не погребує після пажа…</w:t>
      </w:r>
    </w:p>
    <w:p>
      <w:r>
        <w:br/>
        <w:t>КОРОЛЬ</w:t>
      </w:r>
    </w:p>
    <w:p>
      <w:r>
        <w:br/>
        <w:t>Ну, що ти! Це — забобони.&lt;br /&gt;</w:t>
        <w:br/>
        <w:t>Тут ні при чім моя корона.&lt;br /&gt;</w:t>
        <w:br/>
        <w:t>Я хочу, щоб була моєю&lt;br /&gt;</w:t>
        <w:br/>
        <w:t>Ця норовиста Галатея!&lt;br /&gt;</w:t>
        <w:br/>
        <w:t>Аби було міцне вино,&lt;br /&gt;</w:t>
        <w:br/>
        <w:t>А перший хто — не все одно?</w:t>
      </w:r>
    </w:p>
    <w:p>
      <w:r>
        <w:br/>
        <w:t>II</w:t>
      </w:r>
    </w:p>
    <w:p>
      <w:r>
        <w:br/>
        <w:t>Знов од зорі і до зорі&lt;br /&gt;</w:t>
        <w:br/>
        <w:t>При королівському дворі&lt;br /&gt;</w:t>
        <w:br/>
        <w:t>Танки й музики без перерви…&lt;br /&gt;</w:t>
        <w:br/>
        <w:t>І парку шумному не вперве&lt;br /&gt;</w:t>
        <w:br/>
        <w:t>У тьмі амурні таємниці&lt;br /&gt;</w:t>
        <w:br/>
        <w:t>Благословлять широким листям,&lt;br /&gt;</w:t>
        <w:br/>
        <w:t>Все чуть слова: "твоя", "люблю"…&lt;br /&gt;</w:t>
        <w:br/>
        <w:t>Й зіркам підморгувать лукаво,&lt;br /&gt;</w:t>
        <w:br/>
        <w:t>Коли коханці довгі трави&lt;br /&gt;</w:t>
        <w:br/>
        <w:t>Псують у ласках без жалю…</w:t>
      </w:r>
    </w:p>
    <w:p>
      <w:r>
        <w:br/>
        <w:t>Був парк і темний і туманний.&lt;br /&gt;</w:t>
        <w:br/>
        <w:t>Та ніч без місяця була,&lt;br /&gt;</w:t>
        <w:br/>
        <w:t>Коли уся в сльозах Івану&lt;br /&gt;</w:t>
        <w:br/>
        <w:t>Вінок свій Юзя віддала…&lt;br /&gt;</w:t>
        <w:br/>
        <w:t>У шумі стомленому трав&lt;br /&gt;</w:t>
        <w:br/>
        <w:t>Вона нічого не питала,&lt;br /&gt;</w:t>
        <w:br/>
        <w:t>І тільки одного благала,&lt;br /&gt;</w:t>
        <w:br/>
        <w:t>Щоб він нікому не казав.</w:t>
      </w:r>
    </w:p>
    <w:p>
      <w:r>
        <w:br/>
        <w:t>Він цілував її чоло,&lt;br /&gt;</w:t>
        <w:br/>
        <w:t>Підтримував її рукою…&lt;br /&gt;</w:t>
        <w:br/>
        <w:t>І дивно бачити було,&lt;br /&gt;</w:t>
        <w:br/>
        <w:t>Як Юзя під зелен-габою&lt;br /&gt;</w:t>
        <w:br/>
        <w:t>Ішла походкою новою…&lt;br /&gt;</w:t>
        <w:br/>
        <w:t>Так чудно, чудно було Йвану…&lt;br /&gt;</w:t>
        <w:br/>
        <w:t>Та ніч без місяця була…&lt;br /&gt;</w:t>
        <w:br/>
        <w:t>Ішла дівчина в парк туманний,&lt;br /&gt;</w:t>
        <w:br/>
        <w:t>А жінка з парку з ним ішла…&lt;br /&gt;</w:t>
        <w:br/>
        <w:t>Хоч все було із нею в згоді,&lt;br /&gt;</w:t>
        <w:br/>
        <w:t>Він почував себе, як злодій.</w:t>
      </w:r>
    </w:p>
    <w:p>
      <w:r>
        <w:br/>
        <w:t>ЮЗЯ</w:t>
      </w:r>
    </w:p>
    <w:p>
      <w:r>
        <w:br/>
        <w:t>Ти йдеш сумний і ніяковий.&lt;br /&gt;</w:t>
        <w:br/>
        <w:t>Чого мовчиш? Скажи хоч слово.&lt;br /&gt;</w:t>
        <w:br/>
        <w:t>В мені ні краплі каяття.&lt;br /&gt;</w:t>
        <w:br/>
        <w:t>За тебе, любий мій Іване,&lt;br /&gt;</w:t>
        <w:br/>
        <w:t>Я віддала б усе життя!</w:t>
      </w:r>
    </w:p>
    <w:p>
      <w:r>
        <w:br/>
        <w:t>МАЗЕПА</w:t>
      </w:r>
    </w:p>
    <w:p>
      <w:r>
        <w:br/>
        <w:t>Мені так соромно, кохана!&lt;br /&gt;</w:t>
        <w:br/>
        <w:t>Так несподівано все це…&lt;br /&gt;</w:t>
        <w:br/>
        <w:t>Було так буряно і гостро,&lt;br /&gt;</w:t>
        <w:br/>
        <w:t>Що сил нема дивитись просто&lt;br /&gt;</w:t>
        <w:br/>
        <w:t>В твоє заплакане лице.</w:t>
      </w:r>
    </w:p>
    <w:p>
      <w:r>
        <w:br/>
        <w:t>ЮЗЯ</w:t>
      </w:r>
    </w:p>
    <w:p>
      <w:r>
        <w:br/>
        <w:t>Це сльози радості, коханий!&lt;br /&gt;</w:t>
        <w:br/>
        <w:t>Я плачу тому, що люблю…</w:t>
      </w:r>
    </w:p>
    <w:p>
      <w:r>
        <w:br/>
        <w:t>І Юзя на плече Івану&lt;br /&gt;</w:t>
        <w:br/>
        <w:t>Поклала голову свою.&lt;br /&gt;</w:t>
        <w:br/>
        <w:t>Вони ішли в солодкій млості&lt;br /&gt;</w:t>
        <w:br/>
        <w:t>В шум заль, на музики прибій…&lt;br /&gt;</w:t>
        <w:br/>
        <w:t>А потім в спальні голубій,&lt;br /&gt;</w:t>
        <w:br/>
        <w:t>Коли заснули п'яні гості,&lt;br /&gt;</w:t>
        <w:br/>
        <w:t>Король позвав до себе пажа.</w:t>
      </w:r>
    </w:p>
    <w:p>
      <w:r>
        <w:br/>
        <w:t>КОРОЛЬ</w:t>
      </w:r>
    </w:p>
    <w:p>
      <w:r>
        <w:br/>
        <w:t>Ну, як?</w:t>
      </w:r>
    </w:p>
    <w:p>
      <w:r>
        <w:br/>
        <w:t>МАЗЕПА</w:t>
      </w:r>
    </w:p>
    <w:p>
      <w:r>
        <w:br/>
        <w:t>Уже, величність ваша!</w:t>
      </w:r>
    </w:p>
    <w:p>
      <w:r>
        <w:br/>
        <w:t>КОРОЛЬ</w:t>
      </w:r>
    </w:p>
    <w:p>
      <w:r>
        <w:br/>
        <w:t>Невже так швидко?.. Ну й Іван!&lt;br /&gt;</w:t>
        <w:br/>
        <w:t>Паж, і поет, і Дон-Жуан.&lt;br /&gt;</w:t>
        <w:br/>
        <w:t>Зі мною крицею була,&lt;br /&gt;</w:t>
        <w:br/>
        <w:t>Ти підійшов — і воском стала…&lt;br /&gt;</w:t>
        <w:br/>
        <w:t>Та за такі твої діла&lt;br /&gt;</w:t>
        <w:br/>
        <w:t>Тебе озолотити мало!&lt;br /&gt;</w:t>
        <w:br/>
        <w:t>Як радість висловить мою,&lt;br /&gt;</w:t>
        <w:br/>
        <w:t>Що розпирає серце, груди?..&lt;br /&gt;</w:t>
        <w:br/>
        <w:t>Ну, словом, я тебе люблю&lt;br /&gt;</w:t>
        <w:br/>
        <w:t>Й цього ніколи не забуду!</w:t>
      </w:r>
    </w:p>
    <w:p>
      <w:r>
        <w:br/>
        <w:t>Пан Броніслав не п'є, не їсть,&lt;br /&gt;</w:t>
        <w:br/>
        <w:t>Його гнітить безсилий гнів…&lt;br /&gt;</w:t>
        <w:br/>
        <w:t>Він, як осінній скорбний лист,&lt;br /&gt;</w:t>
        <w:br/>
        <w:t>Увесь пожовк і почорнів.&lt;br /&gt;</w:t>
        <w:br/>
        <w:t>Безжурний музики мотив&lt;br /&gt;</w:t>
        <w:br/>
        <w:t>Його нервує, непокоїть…&lt;br /&gt;</w:t>
        <w:br/>
        <w:t>Ще й досі Зосі молодої&lt;br /&gt;</w:t>
        <w:br/>
        <w:t>Він чорним вусом не скорив.&lt;br /&gt;</w:t>
        <w:br/>
        <w:t>Од муки серце в нього рветься…&lt;br /&gt;</w:t>
        <w:br/>
        <w:t>Вона ж кепкує і сміється.&lt;br /&gt;</w:t>
        <w:br/>
        <w:t>Її любов, — о матка боска! —&lt;br /&gt;</w:t>
        <w:br/>
        <w:t>Безвусий паж, цей шляхтич хлопський,&lt;br /&gt;</w:t>
        <w:br/>
        <w:t>Цей ловелас тонкоголосий&lt;br /&gt;</w:t>
        <w:br/>
        <w:t>Із голубої України!?&lt;br /&gt;</w:t>
        <w:br/>
        <w:t>Чому ж, як зір його зустріне,&lt;br /&gt;</w:t>
        <w:br/>
        <w:t>Голівку хилить пані Зося,&lt;br /&gt;</w:t>
        <w:br/>
        <w:t>Стає, мов ластівка, мов пава,&lt;br /&gt;</w:t>
        <w:br/>
        <w:t>Й не помічає Броніслава?!</w:t>
      </w:r>
    </w:p>
    <w:p>
      <w:r>
        <w:br/>
        <w:t>Ці думи вихором гудуть&lt;br /&gt;</w:t>
        <w:br/>
        <w:t>У голові ревнивій пана.&lt;br /&gt;</w:t>
        <w:br/>
        <w:t>Він зором пробиває грудь,&lt;br /&gt;</w:t>
        <w:br/>
        <w:t>На землю кидає Івана&lt;br /&gt;</w:t>
        <w:br/>
        <w:t>З лицем, од болю помертвілим…&lt;br /&gt;</w:t>
        <w:br/>
        <w:t>Із хряском сталь вгруза у тіло…&lt;br /&gt;</w:t>
        <w:br/>
        <w:t>Здається, швидко так і просто:&lt;br /&gt;</w:t>
        <w:br/>
        <w:t>На те при боці й шабля гостра&lt;br /&gt;</w:t>
        <w:br/>
        <w:t>В оправі висить золотій,&lt;br /&gt;</w:t>
        <w:br/>
        <w:t>Щоб пажа викликать на бій!&lt;br /&gt;</w:t>
        <w:br/>
        <w:t>В уяві і любов, і слава&lt;br /&gt;</w:t>
        <w:br/>
        <w:t>Над головою Броніслава…&lt;br /&gt;</w:t>
        <w:br/>
        <w:t>"Я так рішив. Наспів вже час.&lt;br /&gt;</w:t>
        <w:br/>
        <w:t>А шабля викона наказ!"</w:t>
      </w:r>
    </w:p>
    <w:p>
      <w:r>
        <w:br/>
        <w:t>Немов на тихім тлі заграв,&lt;br /&gt;</w:t>
        <w:br/>
        <w:t>Бенкет в огнях сія і тане…&lt;br /&gt;</w:t>
        <w:br/>
        <w:t>Сидить совою Броніслав&lt;br /&gt;</w:t>
        <w:br/>
        <w:t>І скоса погляда на Йвана.&lt;br /&gt;</w:t>
        <w:br/>
        <w:t>Ніс од вина, немов блакить,&lt;br /&gt;</w:t>
        <w:br/>
        <w:t>Зійшлись над ним грозою брови…&lt;br /&gt;</w:t>
        <w:br/>
        <w:t>Ах, як він заздрить, як болить&lt;br /&gt;</w:t>
        <w:br/>
        <w:t>Шляхетне серце гонорове!&lt;br /&gt;</w:t>
        <w:br/>
        <w:t>Не чує Йван, любов'ю радий,&lt;br /&gt;</w:t>
        <w:br/>
        <w:t>Як пан гадюкою сичить:&lt;br /&gt;</w:t>
        <w:br/>
        <w:t>"З якою радістю, проклятий,&lt;br /&gt;</w:t>
        <w:br/>
        <w:t>Я б заколов тебе в цю мить!"&lt;br /&gt;</w:t>
        <w:br/>
        <w:t>Йван покида огні та дим,&lt;br /&gt;</w:t>
        <w:br/>
        <w:t>Іде на шум берез і хвої…&lt;br /&gt;</w:t>
        <w:br/>
        <w:t>Усмішка Юзі молодої&lt;br /&gt;</w:t>
        <w:br/>
        <w:t>І непомітний знак рукою&lt;br /&gt;</w:t>
        <w:br/>
        <w:t>Його покликали туди.</w:t>
      </w:r>
    </w:p>
    <w:p>
      <w:r>
        <w:br/>
        <w:t>Зірки, зірки, лиш вам одним&lt;br /&gt;</w:t>
        <w:br/>
        <w:t>Шумлять задумані вершини,&lt;br /&gt;</w:t>
        <w:br/>
        <w:t>Й про Дон-Жуана з України&lt;br /&gt;</w:t>
        <w:br/>
        <w:t>Пливе, снується пісні дим,&lt;br /&gt;</w:t>
        <w:br/>
        <w:t>То тане, та зростає знов…&lt;br /&gt;</w:t>
        <w:br/>
        <w:t>Яка це музика — любов!..&lt;br /&gt;</w:t>
        <w:br/>
        <w:t>Зірки мої, квітки лазурі!&lt;br /&gt;</w:t>
        <w:br/>
        <w:t>А Броніслав, неначе буря,&lt;br /&gt;</w:t>
        <w:br/>
        <w:t>Зарані кров'ю помсти п'яний,&lt;br /&gt;</w:t>
        <w:br/>
        <w:t>По парку скрізь шукає Йвана&lt;br /&gt;</w:t>
        <w:br/>
        <w:t>Над Вісли дзеркалом ясним…&lt;br /&gt;</w:t>
        <w:br/>
        <w:t>Він думає, що Зося з ним.</w:t>
      </w:r>
    </w:p>
    <w:p>
      <w:r>
        <w:br/>
        <w:t>У глушині шепоче листя,&lt;br /&gt;</w:t>
        <w:br/>
        <w:t>Там тіні дві в одну злилися,&lt;br /&gt;</w:t>
        <w:br/>
        <w:t>Подібні губи їх до ран…&lt;br /&gt;</w:t>
        <w:br/>
        <w:t>. . . . . . . . . . . . . . . . . . . . . . . .&lt;br /&gt;</w:t>
        <w:br/>
        <w:t>А потім з Юзею Іван&lt;br /&gt;</w:t>
        <w:br/>
        <w:t>Десь біля замку розійшлися.</w:t>
      </w:r>
    </w:p>
    <w:p>
      <w:r>
        <w:br/>
        <w:t>Був вітер юний і дзвінкий.&lt;br /&gt;</w:t>
        <w:br/>
        <w:t>Мазепа звів до неба очі.&lt;br /&gt;</w:t>
        <w:br/>
        <w:t>"Зірки, зірки мої, зірки,&lt;br /&gt;</w:t>
        <w:br/>
        <w:t>Я віршувати зараз хочу!"</w:t>
      </w:r>
    </w:p>
    <w:p>
      <w:r>
        <w:br/>
        <w:t>Снується, лине пісні дим&lt;br /&gt;</w:t>
        <w:br/>
        <w:t>Про довгий шум берез і хвої,&lt;br /&gt;</w:t>
        <w:br/>
        <w:t>Про козаків, про дальній дім,&lt;br /&gt;</w:t>
        <w:br/>
        <w:t>Що над могутньою рікою,&lt;br /&gt;</w:t>
        <w:br/>
        <w:t>Про дзвін копит удалині,&lt;br /&gt;</w:t>
        <w:br/>
        <w:t>Про очі дівчини сумні,&lt;br /&gt;</w:t>
        <w:br/>
        <w:t>Що всі в сльозах вікна малого&lt;br /&gt;</w:t>
        <w:br/>
        <w:t>Глядять печально на дорогу.&lt;br /&gt;</w:t>
        <w:br/>
        <w:t>Стирає час копит сліди…&lt;br /&gt;</w:t>
        <w:br/>
        <w:t>Він не повернеться, не жди!</w:t>
      </w:r>
    </w:p>
    <w:p>
      <w:r>
        <w:br/>
        <w:t>Іван у настрої сумнім&lt;br /&gt;</w:t>
        <w:br/>
        <w:t>Душею тоне молодою…&lt;br /&gt;</w:t>
        <w:br/>
        <w:t>І раптом чує: хтось за ним&lt;br /&gt;</w:t>
        <w:br/>
        <w:t>Іде рішучою ходою…&lt;br /&gt;</w:t>
        <w:br/>
        <w:t>Хто одірвав його од дум?&lt;br /&gt;</w:t>
        <w:br/>
        <w:t>Хто дав на те нахабі право?..&lt;br /&gt;</w:t>
        <w:br/>
        <w:t>Та протинає ночі тьму&lt;br /&gt;</w:t>
        <w:br/>
        <w:t>Суворий голос Броніслава:</w:t>
      </w:r>
    </w:p>
    <w:p>
      <w:r>
        <w:br/>
        <w:t>"Постійте, блазню чорнобровий,&lt;br /&gt;</w:t>
        <w:br/>
        <w:t>Я хочу вам сказать два слова,&lt;br /&gt;</w:t>
        <w:br/>
        <w:t>Щоб не повадно вам було…&lt;br /&gt;</w:t>
        <w:br/>
        <w:t>Ну, словом, шпаду* на-голо!" —&lt;br /&gt;</w:t>
        <w:br/>
        <w:t>Спокійно каже Броніслав,&lt;br /&gt;</w:t>
        <w:br/>
        <w:t>Але в словах жага цупка.&lt;br /&gt;</w:t>
        <w:br/>
        <w:t>Знялась, як тінь його рука,&lt;br /&gt;</w:t>
        <w:br/>
        <w:t>Мов хвіст слизький і чорний гада…&lt;br /&gt;</w:t>
        <w:br/>
        <w:t>І ляпас дзвінко пролунав.&lt;br /&gt;</w:t>
        <w:br/>
        <w:t>Мазепі стало млосно й радо,&lt;br /&gt;</w:t>
        <w:br/>
        <w:t>Скривили губи лють терпка,&lt;br /&gt;</w:t>
        <w:br/>
        <w:t>І дороге держальце шпади&lt;br /&gt;</w:t>
        <w:br/>
        <w:t>До болю стиснула рука.</w:t>
      </w:r>
    </w:p>
    <w:p>
      <w:r>
        <w:br/>
        <w:t>Держися, любий мій козаче,&lt;br /&gt;</w:t>
        <w:br/>
        <w:t>Не можна тут ловити гав!&lt;br /&gt;</w:t>
        <w:br/>
        <w:t>Іван дає спокійно здачі, —&lt;br /&gt;</w:t>
        <w:br/>
        <w:t>І захитався Броніслав.&lt;br /&gt;</w:t>
        <w:br/>
        <w:t>Немов стоять йому обридло.&lt;br /&gt;</w:t>
        <w:br/>
        <w:t>"Тепер держись, прокляте бидло!"&lt;br /&gt;</w:t>
        <w:br/>
        <w:t>Удар летить і марно пада.&lt;br /&gt;</w:t>
        <w:br/>
        <w:t>Вони схопилися за шпади,&lt;br /&gt;</w:t>
        <w:br/>
        <w:t>І от схрестилися дзвінкі&lt;br /&gt;</w:t>
        <w:br/>
        <w:t>У світлі місячнім клинки…&lt;br /&gt;</w:t>
        <w:br/>
        <w:t>Літають шпади, наче птиці,&lt;br /&gt;</w:t>
        <w:br/>
        <w:t>Як іскри од очей і криці…&lt;br /&gt;</w:t>
        <w:br/>
        <w:t>Такі страшні у пітьмі бурій&lt;br /&gt;</w:t>
        <w:br/>
        <w:t>Бійців напружені фігури!&lt;br /&gt;</w:t>
        <w:br/>
        <w:t>Все їх життя — на лезі шпади…&lt;br /&gt;</w:t>
        <w:br/>
        <w:t>З них ні один не дасть пощади.&lt;br /&gt;</w:t>
        <w:br/>
        <w:t>І тільки думкою жиє,&lt;br /&gt;</w:t>
        <w:br/>
        <w:t>Коли клинком своїм проб'є&lt;br /&gt;</w:t>
        <w:br/>
        <w:t>Він серце ворога уперте&lt;br /&gt;</w:t>
        <w:br/>
        <w:t>На радість і собі, і смерти!</w:t>
      </w:r>
    </w:p>
    <w:p>
      <w:r>
        <w:br/>
        <w:t>Був довгий бій під ночі крепом.&lt;br /&gt;</w:t>
        <w:br/>
        <w:t>Був, наче буря, Броніслав…&lt;br /&gt;</w:t>
        <w:br/>
        <w:t>Спіткнувся, похиливсь і впав&lt;br /&gt;</w:t>
        <w:br/>
        <w:t>З проколотим плечем Мазепа.&lt;br /&gt;</w:t>
        <w:br/>
        <w:t>"Невже кінець?" Під ночі крепом&lt;br /&gt;</w:t>
        <w:br/>
        <w:t>Було все тихо так кругом.&lt;br /&gt;</w:t>
        <w:br/>
        <w:t>Пан напоровся животом&lt;br /&gt;</w:t>
        <w:br/>
        <w:t>На золотий клинок Мазепи,&lt;br /&gt;</w:t>
        <w:br/>
        <w:t>Немов спочить на нього ліг…&lt;br /&gt;</w:t>
        <w:br/>
        <w:t>І все…&lt;br /&gt;</w:t>
        <w:br/>
        <w:t>Знайшли на ранок їх&lt;br /&gt;</w:t>
        <w:br/>
        <w:t>Бліді стривожені пани.&lt;br /&gt;</w:t>
        <w:br/>
        <w:t>Лежало в чарах тишини&lt;br /&gt;</w:t>
        <w:br/>
        <w:t>На Йвані тіло Броніслава,&lt;br /&gt;</w:t>
        <w:br/>
        <w:t>І виглядав клинок кривавий&lt;br /&gt;</w:t>
        <w:br/>
        <w:t>З його широкої спини…&lt;br /&gt;</w:t>
        <w:br/>
        <w:t>Немов дивились очі злі&lt;br /&gt;</w:t>
        <w:br/>
        <w:t>На Йвана хмуро і сердито,&lt;br /&gt;</w:t>
        <w:br/>
        <w:t>Що був клинком його прибитий,&lt;br /&gt;</w:t>
        <w:br/>
        <w:t>Немов метелик до землі…</w:t>
      </w:r>
    </w:p>
    <w:p>
      <w:r>
        <w:br/>
        <w:t>Хто з них повернеться із мли,&lt;br /&gt;</w:t>
        <w:br/>
        <w:t>Загоїть знов розтяті жили?&lt;br /&gt;</w:t>
        <w:br/>
        <w:t>Тіла у палац принесли&lt;br /&gt;</w:t>
        <w:br/>
        <w:t>І на підлозі положили.</w:t>
      </w:r>
    </w:p>
    <w:p>
      <w:r>
        <w:br/>
        <w:t>Немов живий, лежав Іван&lt;br /&gt;</w:t>
        <w:br/>
        <w:t>З трояндою жахкою рани…&lt;br /&gt;</w:t>
        <w:br/>
        <w:t>А поруч нього мертвий пан…&lt;br /&gt;</w:t>
        <w:br/>
        <w:t>І плакали нечутно панни…&lt;br /&gt;</w:t>
        <w:br/>
        <w:t>Іван немов всміхавсь у сні.&lt;br /&gt;</w:t>
        <w:br/>
        <w:t>Був пана зір, неначе жало.&lt;br /&gt;</w:t>
        <w:br/>
        <w:t>І сумно лицарі стояли&lt;br /&gt;</w:t>
        <w:br/>
        <w:t>Над їх тілами в тишині.&lt;br /&gt;</w:t>
        <w:br/>
        <w:t>День заливав шибки і рами,&lt;br /&gt;</w:t>
        <w:br/>
        <w:t>Немов рікою голубою…&lt;br /&gt;</w:t>
        <w:br/>
        <w:t>Іван зітхнув, повів рукою&lt;br /&gt;</w:t>
        <w:br/>
        <w:t>І глянув мутними очами,&lt;br /&gt;</w:t>
        <w:br/>
        <w:t>Підвівсь на лікті й запитав:&lt;br /&gt;</w:t>
        <w:br/>
        <w:t>"Здається, пане Броніслав,&lt;br /&gt;</w:t>
        <w:br/>
        <w:t>Вам не зійтись уже зі мною?!&lt;br /&gt;</w:t>
        <w:br/>
        <w:t>Я вмію володіть клинком!" —&lt;br /&gt;</w:t>
        <w:br/>
        <w:t>І мовчки слухали героя&lt;br /&gt;</w:t>
        <w:br/>
        <w:t>Печальні лицарі кругом.&lt;br /&gt;</w:t>
        <w:br/>
        <w:t>Іван зітхнув (тяжка робота),&lt;br /&gt;</w:t>
        <w:br/>
        <w:t>Кров показалася із рота…</w:t>
      </w:r>
    </w:p>
    <w:p>
      <w:r>
        <w:br/>
        <w:t>МАЗЕПА</w:t>
      </w:r>
    </w:p>
    <w:p>
      <w:r>
        <w:br/>
        <w:t>Прощайте… Мабуть, не знесу…</w:t>
      </w:r>
    </w:p>
    <w:p>
      <w:r>
        <w:br/>
        <w:t>Скривився круль, змахнув сльозу,&lt;br /&gt;</w:t>
        <w:br/>
        <w:t>Що у своїм повільнім русі&lt;br /&gt;</w:t>
        <w:br/>
        <w:t>Спинилася на довгім вусі.&lt;br /&gt;</w:t>
        <w:br/>
        <w:t>Дарма! Ці сльози, наче мухи.&lt;br /&gt;</w:t>
        <w:br/>
        <w:t>За першою тече вже друга…&lt;br /&gt;</w:t>
        <w:br/>
        <w:t>І сивобровий женолюб&lt;br /&gt;</w:t>
        <w:br/>
        <w:t>Її ковтнув куточком губ.</w:t>
      </w:r>
    </w:p>
    <w:p>
      <w:r>
        <w:br/>
        <w:t>КОРОЛЬ</w:t>
      </w:r>
    </w:p>
    <w:p>
      <w:r>
        <w:br/>
        <w:t>О, як душа моя болить!&lt;br /&gt;</w:t>
        <w:br/>
        <w:t>Не покидай мене, Іване!&lt;br /&gt;</w:t>
        <w:br/>
        <w:t>Ти — як дитя моє кохане…&lt;br /&gt;</w:t>
        <w:br/>
        <w:t>Без тебе сумно буде жить.&lt;br /&gt;</w:t>
        <w:br/>
        <w:t>Твої страждання серце крають,&lt;br /&gt;</w:t>
        <w:br/>
        <w:t>Моє ти сонечко ясне:&lt;br /&gt;</w:t>
        <w:br/>
        <w:t>Я все, я все тобі прощаю,&lt;br /&gt;</w:t>
        <w:br/>
        <w:t>Тільки не кидай ти мене!</w:t>
      </w:r>
    </w:p>
    <w:p>
      <w:r>
        <w:br/>
        <w:t>Ось лікар. Він нагнувсь над пажем,&lt;br /&gt;</w:t>
        <w:br/>
        <w:t>Приклав якихсь до рани трав&lt;br /&gt;</w:t>
        <w:br/>
        <w:t>І потім коротко сказав:&lt;br /&gt;</w:t>
        <w:br/>
        <w:t>"Він буде жить, величність ваша".&lt;br /&gt;</w:t>
        <w:br/>
        <w:t>"Він буде жить", — зітхали панни…&lt;br /&gt;</w:t>
        <w:br/>
        <w:t>Крізь вікна зацвіла блакить…&lt;br /&gt;</w:t>
        <w:br/>
        <w:t>"Він буде жить, він буде жить!"</w:t>
      </w:r>
    </w:p>
    <w:p>
      <w:r>
        <w:br/>
        <w:t>КОРОЛЬ</w:t>
      </w:r>
    </w:p>
    <w:p>
      <w:r>
        <w:br/>
        <w:t>Вони зійшлись не чеснім ґерці.&lt;br /&gt;</w:t>
        <w:br/>
        <w:t>І от фінал. Судить не нам.</w:t>
      </w:r>
    </w:p>
    <w:p>
      <w:r>
        <w:br/>
        <w:t>Але безмовним воякам&lt;br /&gt;</w:t>
        <w:br/>
        <w:t>Слова круля не йдуть до серця.&lt;br /&gt;</w:t>
        <w:br/>
        <w:t>Бо в їх серцях жалю вогонь&lt;br /&gt;</w:t>
        <w:br/>
        <w:t>Тільки за шляхтича свого.</w:t>
      </w:r>
    </w:p>
    <w:p>
      <w:r>
        <w:br/>
        <w:t>Та одгула гроза кривава…&lt;br /&gt;</w:t>
        <w:br/>
        <w:t>Така вже доля Броніслава.</w:t>
      </w:r>
    </w:p>
    <w:p>
      <w:r>
        <w:br/>
        <w:t>Був день холодний і сумний&lt;br /&gt;</w:t>
        <w:br/>
        <w:t>З дощем і без золотожар.&lt;br /&gt;</w:t>
        <w:br/>
        <w:t>У вишині летіли хмари&lt;br /&gt;</w:t>
        <w:br/>
        <w:t>Кудись на південь золотий,&lt;br /&gt;</w:t>
        <w:br/>
        <w:t>Мов лицарі на грізний бій&lt;br /&gt;</w:t>
        <w:br/>
        <w:t>Непереможною юрбою…&lt;br /&gt;</w:t>
        <w:br/>
        <w:t>Шуміли верби над рікою,&lt;br /&gt;</w:t>
        <w:br/>
        <w:t>Був день холодний і сумний.&lt;br /&gt;</w:t>
        <w:br/>
        <w:t>Прощально шелестіли трави,&lt;br /&gt;</w:t>
        <w:br/>
        <w:t>Коли ховали Броніслава.</w:t>
      </w:r>
    </w:p>
    <w:p>
      <w:r>
        <w:br/>
        <w:t>Востаннє лицарі за ним&lt;br /&gt;</w:t>
        <w:br/>
        <w:t>Ішли печальною юрбою.&lt;br /&gt;</w:t>
        <w:br/>
        <w:t>Шуміли верби над рікою,&lt;br /&gt;</w:t>
        <w:br/>
        <w:t>Його несли в останній дім…&lt;br /&gt;</w:t>
        <w:br/>
        <w:t>Всі зосереджені, сумні.&lt;br /&gt;</w:t>
        <w:br/>
        <w:t>Було усе одного тона.&lt;br /&gt;</w:t>
        <w:br/>
        <w:t>На бойовім його коні&lt;br /&gt;</w:t>
        <w:br/>
        <w:t>Лежала траурна попона.&lt;br /&gt;</w:t>
        <w:br/>
        <w:t>Був крик і сум у світлі дня,&lt;br /&gt;</w:t>
        <w:br/>
        <w:t>І сльози на очах коня…</w:t>
      </w:r>
    </w:p>
    <w:p>
      <w:r>
        <w:br/>
        <w:t>Ми всі приречені косі,&lt;br /&gt;</w:t>
        <w:br/>
        <w:t>Що держить смерть… О світе білий!&lt;br /&gt;</w:t>
        <w:br/>
        <w:t>Гроб у могилу опустили,&lt;br /&gt;</w:t>
        <w:br/>
        <w:t>А потім розійшлись усі.</w:t>
      </w:r>
    </w:p>
    <w:p>
      <w:r>
        <w:br/>
        <w:t>Лишився цвинтар спорожнілий,&lt;br /&gt;</w:t>
        <w:br/>
        <w:t>І на могилі хрест новий,&lt;br /&gt;</w:t>
        <w:br/>
        <w:t>Мов одинокий вартовий.&lt;br /&gt;</w:t>
        <w:br/>
        <w:t>Хтось на ознаку дружбі милій&lt;br /&gt;</w:t>
        <w:br/>
        <w:t>Лишив квітки на тій могилі.</w:t>
      </w:r>
    </w:p>
    <w:p>
      <w:r>
        <w:br/>
        <w:t>Їх дощ мочив і у траві&lt;br /&gt;</w:t>
        <w:br/>
        <w:t>Вони лежали, мов живі.&lt;br /&gt;</w:t>
        <w:br/>
        <w:t>Там невідома з України&lt;br /&gt;</w:t>
        <w:br/>
        <w:t>За паном плакала дівчина,&lt;br /&gt;</w:t>
        <w:br/>
        <w:t>Ламала руки в шумі трав:&lt;br /&gt;</w:t>
        <w:br/>
        <w:t>"Ой, Броніславе, Броніслав!.." —&lt;br /&gt;</w:t>
        <w:br/>
        <w:t>Ридала дівчина і небо.&lt;br /&gt;</w:t>
        <w:br/>
        <w:t>"Якби ж ти знав, якби ти знав,&lt;br /&gt;</w:t>
        <w:br/>
        <w:t>Що я приїхала до тебе!..&lt;br /&gt;</w:t>
        <w:br/>
        <w:t>Ти сонцем був мені, зорею, —&lt;br /&gt;</w:t>
        <w:br/>
        <w:t>І от закрились очі милі!.."&lt;br /&gt;</w:t>
        <w:br/>
        <w:t>Так голосила на могилі&lt;br /&gt;</w:t>
        <w:br/>
        <w:t>Майбутня жінка Кочубея.&lt;br /&gt;</w:t>
        <w:br/>
        <w:t>Як тінь, прийшла у шумі трав,&lt;br /&gt;</w:t>
        <w:br/>
        <w:t>Як тінь, пішла в туман дороги…&lt;br /&gt;</w:t>
        <w:br/>
        <w:t>Ніхто з панів її не знав,&lt;br /&gt;</w:t>
        <w:br/>
        <w:t>Не знала і вона нікого.&lt;br /&gt;</w:t>
        <w:br/>
        <w:t>Лиш понесла широким степом&lt;br /&gt;</w:t>
        <w:br/>
        <w:t>У серці прізвище — "Мазепа".</w:t>
      </w:r>
    </w:p>
    <w:p>
      <w:r>
        <w:br/>
        <w:t>___________________________&lt;br /&gt;</w:t>
        <w:br/>
        <w:t>* Шпада (застаріле) — шпага.</w:t>
      </w:r>
    </w:p>
    <w:p>
      <w:r>
        <w:br/>
        <w:t>III</w:t>
      </w:r>
    </w:p>
    <w:p>
      <w:r>
        <w:br/>
        <w:t>Був довго Йван у сні неначе,&lt;br /&gt;</w:t>
        <w:br/>
        <w:t>І серце стомлене козаче&lt;br /&gt;</w:t>
        <w:br/>
        <w:t>То відпускав, то тиснув жах,&lt;br /&gt;</w:t>
        <w:br/>
        <w:t>Що жить йому лишилось мало…&lt;br /&gt;</w:t>
        <w:br/>
        <w:t>Він бачив: смерть в його ногах&lt;br /&gt;</w:t>
        <w:br/>
        <w:t>З косою грізною стояла,&lt;br /&gt;</w:t>
        <w:br/>
        <w:t>Щоб голову одтять йому&lt;br /&gt;</w:t>
        <w:br/>
        <w:t>І повести у вічну тьму.&lt;br /&gt;</w:t>
        <w:br/>
        <w:t>Він чув: над ним музика грала,&lt;br /&gt;</w:t>
        <w:br/>
        <w:t>І десь лунав погребний дзвін…&lt;br /&gt;</w:t>
        <w:br/>
        <w:t>Хололи ноги до колін,&lt;br /&gt;</w:t>
        <w:br/>
        <w:t>І серцю страшно так ставало,&lt;br /&gt;</w:t>
        <w:br/>
        <w:t>Мов гаснув день останнім блиском.&lt;br /&gt;</w:t>
        <w:br/>
        <w:t>І смерть підходила так близько…&lt;br /&gt;</w:t>
        <w:br/>
        <w:t>Вона хитала головою&lt;br /&gt;</w:t>
        <w:br/>
        <w:t>І намірялася косою…</w:t>
      </w:r>
    </w:p>
    <w:p>
      <w:r>
        <w:br/>
        <w:t>Над ним безжальної руки&lt;br /&gt;</w:t>
        <w:br/>
        <w:t>Так сухо цокали кістки,&lt;br /&gt;</w:t>
        <w:br/>
        <w:t>І розвівався саван білий,&lt;br /&gt;</w:t>
        <w:br/>
        <w:t>Мов танцювать хотілось їй…&lt;br /&gt;</w:t>
        <w:br/>
        <w:t>Був рот порожній і страшний,&lt;br /&gt;</w:t>
        <w:br/>
        <w:t>Мов приготовлена могила,&lt;br /&gt;</w:t>
        <w:br/>
        <w:t>І він сміявся: "Мій тепер ти!" —&lt;br /&gt;</w:t>
        <w:br/>
        <w:t>Так трудно Йван боровся з смертю,&lt;br /&gt;</w:t>
        <w:br/>
        <w:t>У боротьбі кошмарній тій&lt;br /&gt;</w:t>
        <w:br/>
        <w:t>Він став тоненький і худий,&lt;br /&gt;</w:t>
        <w:br/>
        <w:t>І на обличчі, що — як віск,&lt;br /&gt;</w:t>
        <w:br/>
        <w:t>Погас очей юнацький блиск.&lt;br /&gt;</w:t>
        <w:br/>
        <w:t>Він дихав швидко і невпинно,&lt;br /&gt;</w:t>
        <w:br/>
        <w:t>Немов дідусь або дитина,&lt;br /&gt;</w:t>
        <w:br/>
        <w:t>Та боротьба, як ніч, була,&lt;br /&gt;</w:t>
        <w:br/>
        <w:t>Не раз здавалося, що гине…&lt;br /&gt;</w:t>
        <w:br/>
        <w:t>Та тільки думка про Вкраїну&lt;br /&gt;</w:t>
        <w:br/>
        <w:t>Герою вмерти не дала.&lt;br /&gt;</w:t>
        <w:br/>
        <w:t>Над ним ясніти стала мла,&lt;br /&gt;</w:t>
        <w:br/>
        <w:t>Став повільнішим дих Івана.&lt;br /&gt;</w:t>
        <w:br/>
        <w:t>І смерть з косою відійшла&lt;br /&gt;</w:t>
        <w:br/>
        <w:t>В свої незлічені тумани…&lt;br /&gt;</w:t>
        <w:br/>
        <w:t>Десь сміх її востаннє гув,&lt;br /&gt;</w:t>
        <w:br/>
        <w:t>Мов реготали дальні грози…&lt;br /&gt;</w:t>
        <w:br/>
        <w:t>І на щоках своїх відчув&lt;br /&gt;</w:t>
        <w:br/>
        <w:t>Іван чиїсь гарячі сльози.&lt;br /&gt;</w:t>
        <w:br/>
        <w:t>Немов огонь, вони пливли.&lt;br /&gt;</w:t>
        <w:br/>
        <w:t>То сльози Юзині були.&lt;br /&gt;</w:t>
        <w:br/>
        <w:t>Мов хмарка ніжна і пухка,&lt;br /&gt;</w:t>
        <w:br/>
        <w:t>Що над вікном в задумі стала,&lt;br /&gt;</w:t>
        <w:br/>
        <w:t>Покірна Юзина рука&lt;br /&gt;</w:t>
        <w:br/>
        <w:t>В руці Івановій лежала.&lt;br /&gt;</w:t>
        <w:br/>
        <w:t>Тонула синіми очами&lt;br /&gt;</w:t>
        <w:br/>
        <w:t>Вона у тьмі його очей,&lt;br /&gt;</w:t>
        <w:br/>
        <w:t>І погляд невимовний цей&lt;br /&gt;</w:t>
        <w:br/>
        <w:t>Не можна передать словами.&lt;br /&gt;</w:t>
        <w:br/>
        <w:t>Як передать волошки зір,&lt;br /&gt;</w:t>
        <w:br/>
        <w:t>Що ніччю тягнеться до зір,&lt;br /&gt;</w:t>
        <w:br/>
        <w:t>Або як у ставок глибокий&lt;br /&gt;</w:t>
        <w:br/>
        <w:t>Журлива дивиться осока,&lt;br /&gt;</w:t>
        <w:br/>
        <w:t>Чи у короні з янтаря&lt;br /&gt;</w:t>
        <w:br/>
        <w:t>В вечірній океан — зоря?</w:t>
      </w:r>
    </w:p>
    <w:p>
      <w:r>
        <w:br/>
        <w:t>МАЗЕПА</w:t>
      </w:r>
    </w:p>
    <w:p>
      <w:r>
        <w:br/>
        <w:t>Так свіжо й легко на груді,&lt;br /&gt;</w:t>
        <w:br/>
        <w:t>Неначе гору з неї збили.&lt;br /&gt;</w:t>
        <w:br/>
        <w:t>Знов за вікном степи руді,&lt;br /&gt;</w:t>
        <w:br/>
        <w:t>І Україна — край мій милий,&lt;br /&gt;</w:t>
        <w:br/>
        <w:t>Що як зоря мені сія…&lt;br /&gt;</w:t>
        <w:br/>
        <w:t>Її побачу знову я!&lt;br /&gt;</w:t>
        <w:br/>
        <w:t>Я буду жить. Прощай, могило!&lt;br /&gt;</w:t>
        <w:br/>
        <w:t>Повніє зір і серця бій…</w:t>
      </w:r>
    </w:p>
    <w:p>
      <w:r>
        <w:br/>
        <w:t>ЮЗЯ</w:t>
      </w:r>
    </w:p>
    <w:p>
      <w:r>
        <w:br/>
        <w:t>Яка я рада, любий мій!</w:t>
      </w:r>
    </w:p>
    <w:p>
      <w:r>
        <w:br/>
        <w:t>І голос Юзі молодий&lt;br /&gt;</w:t>
        <w:br/>
        <w:t>Неначе ллє солодкі сили&lt;br /&gt;</w:t>
        <w:br/>
        <w:t>В Мазепи виснажені жили…&lt;br /&gt;</w:t>
        <w:br/>
        <w:t>Й кохана в білому вбранні&lt;br /&gt;</w:t>
        <w:br/>
        <w:t>Над ним поникла в тишині,&lt;br /&gt;</w:t>
        <w:br/>
        <w:t>Неначе янгол білокрилий…</w:t>
      </w:r>
    </w:p>
    <w:p>
      <w:r>
        <w:br/>
        <w:t>МАЗЕПА</w:t>
      </w:r>
    </w:p>
    <w:p>
      <w:r>
        <w:br/>
        <w:t>Мій геній добрий, золотий,&lt;br /&gt;</w:t>
        <w:br/>
        <w:t>Моя любов, відрадо мила!&lt;br /&gt;</w:t>
        <w:br/>
        <w:t>Якби ти знала все, то б ти&lt;br /&gt;</w:t>
        <w:br/>
        <w:t>Зі мною більше б не ходила.&lt;br /&gt;</w:t>
        <w:br/>
        <w:t>В свої долоні золоті&lt;br /&gt;</w:t>
        <w:br/>
        <w:t>Не брала б ти мого обличчя,&lt;br /&gt;</w:t>
        <w:br/>
        <w:t>А прокляла б на віки вічні&lt;br /&gt;</w:t>
        <w:br/>
        <w:t>І брови, й губи, й руки ті,&lt;br /&gt;</w:t>
        <w:br/>
        <w:t>Що ти життя своє невинне&lt;br /&gt;</w:t>
        <w:br/>
        <w:t>Зв'язала з ними до загину.&lt;br /&gt;</w:t>
        <w:br/>
        <w:t>Якби я все сказав, кохана,&lt;br /&gt;</w:t>
        <w:br/>
        <w:t>Чи дарувала б ти Івану?</w:t>
      </w:r>
    </w:p>
    <w:p>
      <w:r>
        <w:br/>
        <w:t>ЮЗЯ</w:t>
      </w:r>
    </w:p>
    <w:p>
      <w:r>
        <w:br/>
        <w:t>Мовчи, мовчи, орлюню, цить,&lt;br /&gt;</w:t>
        <w:br/>
        <w:t>Тобі не можна говорить.&lt;br /&gt;</w:t>
        <w:br/>
        <w:t>Що б не було, я добре знаю, —&lt;br /&gt;</w:t>
        <w:br/>
        <w:t>Моя любов усе прощає.</w:t>
      </w:r>
    </w:p>
    <w:p>
      <w:r>
        <w:br/>
        <w:t>Такі віддані й молоді&lt;br /&gt;</w:t>
        <w:br/>
        <w:t>Були вуста її розкриті,&lt;br /&gt;</w:t>
        <w:br/>
        <w:t>Що Йван забув усе на світі, —&lt;br /&gt;</w:t>
        <w:br/>
        <w:t>Кров налила вуста бліді,&lt;br /&gt;</w:t>
        <w:br/>
        <w:t>І він притив її к груді.&lt;br /&gt;</w:t>
        <w:br/>
        <w:t>Дивився в очі до знемоги,&lt;br /&gt;</w:t>
        <w:br/>
        <w:t>Де щастя сонцем розлилося,&lt;br /&gt;</w:t>
        <w:br/>
        <w:t>Все гладив плечі і волосся&lt;br /&gt;</w:t>
        <w:br/>
        <w:t>І цілував так довго, довго…</w:t>
      </w:r>
    </w:p>
    <w:p>
      <w:r>
        <w:br/>
        <w:t>ЮЗЯ</w:t>
      </w:r>
    </w:p>
    <w:p>
      <w:r>
        <w:br/>
        <w:t>От і пройли усі тривоги.&lt;br /&gt;</w:t>
        <w:br/>
        <w:t>Засни тепер, а я піду.</w:t>
      </w:r>
    </w:p>
    <w:p>
      <w:r>
        <w:br/>
        <w:t>Заграло сонце на дуду,&lt;br /&gt;</w:t>
        <w:br/>
        <w:t>Квітки вуста свої розкрили,&lt;br /&gt;</w:t>
        <w:br/>
        <w:t>Щоб славословить день новий,&lt;br /&gt;</w:t>
        <w:br/>
        <w:t>І за спиною, наче крила…&lt;br /&gt;</w:t>
        <w:br/>
        <w:t>Спокійний сон, коханий мій!</w:t>
      </w:r>
    </w:p>
    <w:p>
      <w:r>
        <w:br/>
        <w:t>МАЗЕПА</w:t>
      </w:r>
    </w:p>
    <w:p>
      <w:r>
        <w:br/>
        <w:t>Спокійний сон, моя кохана!</w:t>
      </w:r>
    </w:p>
    <w:p>
      <w:r>
        <w:br/>
        <w:t>І сон прийшов, і взяв Івана,&lt;br /&gt;</w:t>
        <w:br/>
        <w:t>І над морями хмар і гір&lt;br /&gt;</w:t>
        <w:br/>
        <w:t>Поніс у тихий монастир…</w:t>
      </w:r>
    </w:p>
    <w:p>
      <w:r>
        <w:br/>
        <w:t>Там, де пливуть вечірні дзвони,&lt;br /&gt;</w:t>
        <w:br/>
        <w:t>Де мати йгуменя бліда&lt;br /&gt;</w:t>
        <w:br/>
        <w:t>Перед іконою рида&lt;br /&gt;</w:t>
        <w:br/>
        <w:t>І хреститься, і б'є поклони,&lt;br /&gt;</w:t>
        <w:br/>
        <w:t>І сина згадує свого…</w:t>
      </w:r>
    </w:p>
    <w:p>
      <w:r>
        <w:br/>
        <w:t>Там тихий спів, лампад огонь,&lt;br /&gt;</w:t>
        <w:br/>
        <w:t>Черниці йдуть, мов тіні чорні,&lt;br /&gt;</w:t>
        <w:br/>
        <w:t>Рядами скорбними у тьму,&lt;br /&gt;</w:t>
        <w:br/>
        <w:t>І все нагадують йому&lt;br /&gt;</w:t>
        <w:br/>
        <w:t>Про дні дитинства неповторні,&lt;br /&gt;</w:t>
        <w:br/>
        <w:t>Про золоті хлоп'яцтва дні,&lt;br /&gt;</w:t>
        <w:br/>
        <w:t>Що пролетіли, наче птиці…</w:t>
      </w:r>
    </w:p>
    <w:p>
      <w:r>
        <w:br/>
        <w:t>Лице учительки-черниці&lt;br /&gt;</w:t>
        <w:br/>
        <w:t>Над ним схилилося… — Маля! —&lt;br /&gt;</w:t>
        <w:br/>
        <w:t>Так добре світять очі сині.&lt;br /&gt;</w:t>
        <w:br/>
        <w:t>Він з нею вільно розмовля&lt;br /&gt;</w:t>
        <w:br/>
        <w:t>І по-французьки й по латині,&lt;br /&gt;</w:t>
        <w:br/>
        <w:t>Він знає, де яка земля,&lt;br /&gt;</w:t>
        <w:br/>
        <w:t>Як там живуть чужі народи,&lt;br /&gt;</w:t>
        <w:br/>
        <w:t>Які в них звичаї і як&lt;br /&gt;</w:t>
        <w:br/>
        <w:t>Вкраїну полонив поляк,&lt;br /&gt;</w:t>
        <w:br/>
        <w:t>І, наче оводи ті злі,&lt;br /&gt;</w:t>
        <w:br/>
        <w:t>Її обсіли москалі…</w:t>
      </w:r>
    </w:p>
    <w:p>
      <w:r>
        <w:br/>
        <w:t>І очі хлопчику горять,&lt;br /&gt;</w:t>
        <w:br/>
        <w:t>Він б'є себе в маленькі груди:&lt;br /&gt;</w:t>
        <w:br/>
        <w:t>"Я Україну не забуду,&lt;br /&gt;</w:t>
        <w:br/>
        <w:t>Вона для мене, як зоря!&lt;br /&gt;</w:t>
        <w:br/>
        <w:t>Покличте знову кобзаря!&lt;br /&gt;</w:t>
        <w:br/>
        <w:t>Я так люблю його мотиви&lt;br /&gt;</w:t>
        <w:br/>
        <w:t>І золоті його слова&lt;br /&gt;</w:t>
        <w:br/>
        <w:t>Про те, що воля ще жива,&lt;br /&gt;</w:t>
        <w:br/>
        <w:t>Що наша слава не загине!..</w:t>
      </w:r>
    </w:p>
    <w:p>
      <w:r>
        <w:br/>
        <w:t>Така любов до України&lt;br /&gt;</w:t>
        <w:br/>
        <w:t>В його піснях, в очах його!..&lt;br /&gt;</w:t>
        <w:br/>
        <w:t>Од них такий іде вогонь,&lt;br /&gt;</w:t>
        <w:br/>
        <w:t>І пальці струнами невпинно&lt;br /&gt;</w:t>
        <w:br/>
        <w:t>Біжать, мов коні по степах,&lt;br /&gt;</w:t>
        <w:br/>
        <w:t>Мов сльози по щоках старечих…"&lt;br /&gt;</w:t>
        <w:br/>
        <w:t>І трусяться маленькі плечі,&lt;br /&gt;</w:t>
        <w:br/>
        <w:t>І гнів стискає кулачки:</w:t>
      </w:r>
    </w:p>
    <w:p>
      <w:r>
        <w:br/>
        <w:t>"Ми візьмем ворога в клинки&lt;br /&gt;</w:t>
        <w:br/>
        <w:t>І на кістках його проклятих&lt;br /&gt;</w:t>
        <w:br/>
        <w:t>Знов зацвіте Вкраїна-мати!"&lt;br /&gt;</w:t>
        <w:br/>
        <w:t>— Учись, Іване!.. І любов,&lt;br /&gt;</w:t>
        <w:br/>
        <w:t>Свою любов до України&lt;br /&gt;</w:t>
        <w:br/>
        <w:t>Вмій влить у формули чіткі,&lt;br /&gt;</w:t>
        <w:br/>
        <w:t>Умій спинить гарячу кров,&lt;br /&gt;</w:t>
        <w:br/>
        <w:t>Рух нерозважливий руки&lt;br /&gt;</w:t>
        <w:br/>
        <w:t>І стиснуть серце, коли треба.</w:t>
      </w:r>
    </w:p>
    <w:p>
      <w:r>
        <w:br/>
        <w:t>Хай пада все, палає небо,&lt;br /&gt;</w:t>
        <w:br/>
        <w:t>А ти іди спокійним кроком&lt;br /&gt;</w:t>
        <w:br/>
        <w:t>До точки, що намітив оком.&lt;br /&gt;</w:t>
        <w:br/>
        <w:t>Учись війни у ворогів,&lt;br /&gt;</w:t>
        <w:br/>
        <w:t>Вивчай удачу їх і зброю,&lt;br /&gt;</w:t>
        <w:br/>
        <w:t>І слава піде за тобою,&lt;br /&gt;</w:t>
        <w:br/>
        <w:t>Немов за піснею мотив.</w:t>
      </w:r>
    </w:p>
    <w:p>
      <w:r>
        <w:br/>
        <w:t>І хлопчик слухає, мов п'є,&lt;br /&gt;</w:t>
        <w:br/>
        <w:t>Слова послушниці чудові,&lt;br /&gt;</w:t>
        <w:br/>
        <w:t>Неначе серденько своє&lt;br /&gt;</w:t>
        <w:br/>
        <w:t>Він стиснуть хоче, й хмурить брови,</w:t>
      </w:r>
    </w:p>
    <w:p>
      <w:r>
        <w:br/>
        <w:t>Голівку чорну нахилив&lt;br /&gt;</w:t>
        <w:br/>
        <w:t>Перед лицем негоди злив,&lt;br /&gt;</w:t>
        <w:br/>
        <w:t>Мов приготовився до бою&lt;br /&gt;</w:t>
        <w:br/>
        <w:t>З непереможною судьбою.&lt;br /&gt;</w:t>
        <w:br/>
        <w:t>Він на війну зміняє мир,&lt;br /&gt;</w:t>
        <w:br/>
        <w:t>Щоб у вогні згоріти щиро.&lt;br /&gt;</w:t>
        <w:br/>
        <w:t>Неначе струни дивні ліри,&lt;br /&gt;</w:t>
        <w:br/>
        <w:t>Далекий дзвонить монастир…&lt;br /&gt;</w:t>
        <w:br/>
        <w:t>Там золоті Софії дзвони&lt;br /&gt;</w:t>
        <w:br/>
        <w:t>Пливуть над містом монотонно.&lt;br /&gt;</w:t>
        <w:br/>
        <w:t>Івана кличуть і гудуть:&lt;br /&gt;</w:t>
        <w:br/>
        <w:t>"Залізним будь, залізним будь!&lt;br /&gt;</w:t>
        <w:br/>
        <w:t>Умій боротись до загину&lt;br /&gt;</w:t>
        <w:br/>
        <w:t>Й свою нещасну Україну&lt;br /&gt;</w:t>
        <w:br/>
        <w:t>На чужині ти не забудь!"</w:t>
      </w:r>
    </w:p>
    <w:p>
      <w:r>
        <w:br/>
        <w:t>— Ні, не забуду! Я іду&lt;br /&gt;</w:t>
        <w:br/>
        <w:t>До тебе, краю мій убогий! —&lt;br /&gt;</w:t>
        <w:br/>
        <w:t>Іван спускає з ліжка ноги,&lt;br /&gt;</w:t>
        <w:br/>
        <w:t>Йде, як сновида, до вікна.&lt;br /&gt;</w:t>
        <w:br/>
        <w:t>— Я так люблю твої дороги,&lt;br /&gt;</w:t>
        <w:br/>
        <w:t>Моя Україно сумна!&lt;br /&gt;</w:t>
        <w:br/>
        <w:t>Ти на груді моїй, як рана…&lt;br /&gt;</w:t>
        <w:br/>
        <w:t>О, як залізно вірю я,&lt;br /&gt;</w:t>
        <w:br/>
        <w:t>Що час визволення настане,&lt;br /&gt;</w:t>
        <w:br/>
        <w:t>І шабля золота моя,&lt;br /&gt;</w:t>
        <w:br/>
        <w:t>Мазепи, гетьмана Івана,&lt;br /&gt;</w:t>
        <w:br/>
        <w:t>Над трупом ката засія!&lt;br /&gt;</w:t>
        <w:br/>
        <w:t>Скоріш коня мені, коня!&lt;br /&gt;</w:t>
        <w:br/>
        <w:t>Кричить Іван… Волосся — дуба,&lt;br /&gt;</w:t>
        <w:br/>
        <w:t>Лице натхненне і худе…&lt;br /&gt;</w:t>
        <w:br/>
        <w:t>Під місяцем біліють зуби,&lt;br /&gt;</w:t>
        <w:br/>
        <w:t>І кров тече з притислих губ…&lt;br /&gt;</w:t>
        <w:br/>
        <w:t>Він у білизні, наче труп,&lt;br /&gt;</w:t>
        <w:br/>
        <w:t>Стоїть у місячній кімнаті,&lt;br /&gt;</w:t>
        <w:br/>
        <w:t>Неначе Марко той проклятий.&lt;br /&gt;</w:t>
        <w:br/>
        <w:t>Ось повертається, іде,&lt;br /&gt;</w:t>
        <w:br/>
        <w:t>Ляга на ліжко і безмовний&lt;br /&gt;</w:t>
        <w:br/>
        <w:t>Так страшно дивиться у тьму…&lt;br /&gt;</w:t>
        <w:br/>
        <w:t>Крізь вікна — хмар кривава вовна&lt;br /&gt;</w:t>
        <w:br/>
        <w:t>Про смерть нагадує йому,&lt;br /&gt;</w:t>
        <w:br/>
        <w:t>Коли, покинутий своїми,&lt;br /&gt;</w:t>
        <w:br/>
        <w:t>Програє він рішучий бій&lt;br /&gt;</w:t>
        <w:br/>
        <w:t>І у Молдавії сумній&lt;br /&gt;</w:t>
        <w:br/>
        <w:t>Безславним сном старий спочине.</w:t>
      </w:r>
    </w:p>
    <w:p>
      <w:r>
        <w:br/>
        <w:t>Як тяжко знов! Ось по кімнаті&lt;br /&gt;</w:t>
        <w:br/>
        <w:t>Іде його старенька мати,&lt;br /&gt;</w:t>
        <w:br/>
        <w:t>Благословля його хрестом.</w:t>
      </w:r>
    </w:p>
    <w:p>
      <w:r>
        <w:br/>
        <w:t>— Готовий будь! Збирайсь, мій сину!&lt;br /&gt;</w:t>
        <w:br/>
        <w:t>Народ хвилюється кругом…&lt;br /&gt;</w:t>
        <w:br/>
        <w:t>Будь оборонцем України,&lt;br /&gt;</w:t>
        <w:br/>
        <w:t>Що на шаблюки точить рала.&lt;br /&gt;</w:t>
        <w:br/>
        <w:t>Тебе народ і бог обрали!&lt;br /&gt;</w:t>
        <w:br/>
        <w:t>Надінь шолом і меч візьми,&lt;br /&gt;</w:t>
        <w:br/>
        <w:t>Стань на чолі, здійми повстання,&lt;br /&gt;</w:t>
        <w:br/>
        <w:t>Нехай чека тебе за теє&lt;br /&gt;</w:t>
        <w:br/>
        <w:t>Страшна дорога Моїсея,&lt;br /&gt;</w:t>
        <w:br/>
        <w:t>Доноси, зрада і вигнання…&lt;br /&gt;</w:t>
        <w:br/>
        <w:t>Та доля страдників така.&lt;br /&gt;</w:t>
        <w:br/>
        <w:t>По їх дорозі в бурі часу&lt;br /&gt;</w:t>
        <w:br/>
        <w:t>Колись пройдуть нестримні маси…&lt;br /&gt;</w:t>
        <w:br/>
        <w:t>Хай не здригне твоя рука,&lt;br /&gt;</w:t>
        <w:br/>
        <w:t>Будь смолоскипом днів нових!&lt;br /&gt;</w:t>
        <w:br/>
        <w:t>Хай ти згориш, і вітру сміх&lt;br /&gt;</w:t>
        <w:br/>
        <w:t>Розвіє попелом надії, —</w:t>
      </w:r>
    </w:p>
    <w:p>
      <w:r>
        <w:br/>
        <w:t>Той не живе, хто жити вміє&lt;br /&gt;</w:t>
        <w:br/>
        <w:t>З душею темною раба.&lt;br /&gt;</w:t>
        <w:br/>
        <w:t>Життя ж — це вічна боротьба!&lt;br /&gt;</w:t>
        <w:br/>
        <w:t>І тільки сильними народи&lt;br /&gt;</w:t>
        <w:br/>
        <w:t>Куються в нації, ідуть&lt;br /&gt;</w:t>
        <w:br/>
        <w:t>Крізь бурі в радісні походи,&lt;br /&gt;</w:t>
        <w:br/>
        <w:t>Торують для нащадків путь.&lt;br /&gt;</w:t>
        <w:br/>
        <w:t>Їм не страшні ні жар, ні лід,&lt;br /&gt;</w:t>
        <w:br/>
        <w:t>Бо їхня воля, як граніт.</w:t>
      </w:r>
    </w:p>
    <w:p>
      <w:r>
        <w:br/>
        <w:t>Люби ж, мій синку, свій народ,&lt;br /&gt;</w:t>
        <w:br/>
        <w:t>Веди його і йди за ним.&lt;br /&gt;</w:t>
        <w:br/>
        <w:t>Хай не спиня пожежі дим,&lt;br /&gt;</w:t>
        <w:br/>
        <w:t>Не кривить в крик твій юний рот,&lt;br /&gt;</w:t>
        <w:br/>
        <w:t>Усе стерпи! Готовий будь!&lt;br /&gt;</w:t>
        <w:br/>
        <w:t>Хоч і тяжка твоя дорога,&lt;br /&gt;</w:t>
        <w:br/>
        <w:t>Та це, мій хлопчику, нічого.&lt;br /&gt;</w:t>
        <w:br/>
        <w:t>Сідлай коня — і швидше в путь!&lt;br /&gt;</w:t>
        <w:br/>
        <w:t>Хай не ляка тебе могила!&lt;br /&gt;</w:t>
        <w:br/>
        <w:t>Їй хрест бриснув, як меч кривавий,&lt;br /&gt;</w:t>
        <w:br/>
        <w:t>Десь загуло стократно: "Слава!.."</w:t>
      </w:r>
    </w:p>
    <w:p>
      <w:r>
        <w:br/>
        <w:t>"На смерть мене благословила, —&lt;br /&gt;</w:t>
        <w:br/>
        <w:t>Іван подумав: — Я готов.&lt;br /&gt;</w:t>
        <w:br/>
        <w:t>Тепер я знаю, що робити.&lt;br /&gt;</w:t>
        <w:br/>
        <w:t>Я розкажу, чиї ми діти,&lt;br /&gt;</w:t>
        <w:br/>
        <w:t>Я возведу ясні міста…&lt;br /&gt;</w:t>
        <w:br/>
        <w:t>Нас поведе вперед любов,&lt;br /&gt;</w:t>
        <w:br/>
        <w:t>Любов і слава золота!"&lt;br /&gt;</w:t>
        <w:br/>
        <w:t>Він довго зорив, до утоми&lt;br /&gt;</w:t>
        <w:br/>
        <w:t>В куток таємний і знайомий,&lt;br /&gt;</w:t>
        <w:br/>
        <w:t>Де мати чорна і бліда&lt;br /&gt;</w:t>
        <w:br/>
        <w:t>З хрестом пропала без сліда.</w:t>
      </w:r>
    </w:p>
    <w:p>
      <w:r>
        <w:br/>
        <w:t>Даремно звав її Іван&lt;br /&gt;</w:t>
        <w:br/>
        <w:t>І простягав до неї руки, —&lt;br /&gt;</w:t>
        <w:br/>
        <w:t>В кутку тремтів якийсь туман, —&lt;br /&gt;</w:t>
        <w:br/>
        <w:t>Ридала пісня… Й тужні звуки&lt;br /&gt;</w:t>
        <w:br/>
        <w:t>За серце тисли молоде…</w:t>
      </w:r>
    </w:p>
    <w:p>
      <w:r>
        <w:br/>
        <w:t>Незчувсь Мазепа, як вікно&lt;br /&gt;</w:t>
        <w:br/>
        <w:t>Залив багрянцем юний день,&lt;br /&gt;</w:t>
        <w:br/>
        <w:t>Як Юзя перед ним давно&lt;br /&gt;</w:t>
        <w:br/>
        <w:t>Стояла, наче на молитві.&lt;br /&gt;</w:t>
        <w:br/>
        <w:t>І снив він про походи й битви,&lt;br /&gt;</w:t>
        <w:br/>
        <w:t>Коли крові густе вино&lt;br /&gt;</w:t>
        <w:br/>
        <w:t>Поллється по степах широких,&lt;br /&gt;</w:t>
        <w:br/>
        <w:t>Де йтиме цар нестримним кроком&lt;br /&gt;</w:t>
        <w:br/>
        <w:t>"В Європу прорубать вікно…"&lt;br /&gt;</w:t>
        <w:br/>
        <w:t>Він чує, цар іде по ньому,&lt;br /&gt;</w:t>
        <w:br/>
        <w:t>У грудях грузнуть каблуки,&lt;br /&gt;</w:t>
        <w:br/>
        <w:t>Так важко дихати старому…&lt;br /&gt;</w:t>
        <w:br/>
        <w:t>— Чом ти прийшов до мого дому,&lt;br /&gt;</w:t>
        <w:br/>
        <w:t>Північний злодію? Чому&lt;br /&gt;</w:t>
        <w:br/>
        <w:t>Мене штовхаєш ти у тьму?..&lt;br /&gt;</w:t>
        <w:br/>
        <w:t>Що я зробив тобі, проклятий?..&lt;br /&gt;</w:t>
        <w:br/>
        <w:t>Але у відповідь гармати&lt;br /&gt;</w:t>
        <w:br/>
        <w:t>Гримлять під мурами Полтави,&lt;br /&gt;</w:t>
        <w:br/>
        <w:t>І заглушає крики "слава",&lt;br /&gt;</w:t>
        <w:br/>
        <w:t>Мов рух розпечений ядра,&lt;br /&gt;</w:t>
        <w:br/>
        <w:t>Погребним гуркотом "ура".&lt;br /&gt;</w:t>
        <w:br/>
        <w:t>Іван схопив себе за груди,&lt;br /&gt;</w:t>
        <w:br/>
        <w:t>Сорочку рве, кричить, рида…</w:t>
      </w:r>
    </w:p>
    <w:p>
      <w:r>
        <w:br/>
        <w:t>І панна злякана, бліда&lt;br /&gt;</w:t>
        <w:br/>
        <w:t>Його в сльозах од муки будить.</w:t>
      </w:r>
    </w:p>
    <w:p>
      <w:r>
        <w:br/>
        <w:t>МАЗЕПА</w:t>
      </w:r>
    </w:p>
    <w:p>
      <w:r>
        <w:br/>
        <w:t>Коня! Скоріш мені коня!&lt;br /&gt;</w:t>
        <w:br/>
        <w:t>Дай шаблю й чоботи, кохана,&lt;br /&gt;</w:t>
        <w:br/>
        <w:t>Тендітна горлице моя!&lt;br /&gt;</w:t>
        <w:br/>
        <w:t>Та не побачиш більш Івана,&lt;br /&gt;</w:t>
        <w:br/>
        <w:t>Цей палац покидаю я.</w:t>
      </w:r>
    </w:p>
    <w:p>
      <w:r>
        <w:br/>
        <w:t>ЮЗЯ</w:t>
      </w:r>
    </w:p>
    <w:p>
      <w:r>
        <w:br/>
        <w:t>Та що ти, любий! Ти — як тінь,&lt;br /&gt;</w:t>
        <w:br/>
        <w:t>Тебе на смерть розіб'є кінь…&lt;br /&gt;</w:t>
        <w:br/>
        <w:t>Тобі лежать ще довго треба!</w:t>
      </w:r>
    </w:p>
    <w:p>
      <w:r>
        <w:br/>
        <w:t>Але не слухає Мазепа&lt;br /&gt;</w:t>
        <w:br/>
        <w:t>І хоче встати, та легка&lt;br /&gt;</w:t>
        <w:br/>
        <w:t>Лілейна Юзина рука&lt;br /&gt;</w:t>
        <w:br/>
        <w:t>Його тримає й не пуска.</w:t>
      </w:r>
    </w:p>
    <w:p>
      <w:r>
        <w:br/>
        <w:t>МАЗЕПА</w:t>
      </w:r>
    </w:p>
    <w:p>
      <w:r>
        <w:br/>
        <w:t>Я хочу швидше відціля&lt;br /&gt;</w:t>
        <w:br/>
        <w:t>Віддячить москалю і ляху,&lt;br /&gt;</w:t>
        <w:br/>
        <w:t>Що мій народ ведуть на плаху&lt;br /&gt;</w:t>
        <w:br/>
        <w:t>Під сміх царя і короля!&lt;br /&gt;</w:t>
        <w:br/>
        <w:t>Що так знущаються над ним,&lt;br /&gt;</w:t>
        <w:br/>
        <w:t>Несуть йому ганьбу, образи!..&lt;br /&gt;</w:t>
        <w:br/>
        <w:t>А я забув його накази&lt;br /&gt;</w:t>
        <w:br/>
        <w:t>Й життя розмінюю на дим.&lt;br /&gt;</w:t>
        <w:br/>
        <w:t>Крізь мури пишні і багаті&lt;br /&gt;</w:t>
        <w:br/>
        <w:t>Я чую плач його, як дзвін…&lt;br /&gt;</w:t>
        <w:br/>
        <w:t>Я — в пишнім палаці, а він&lt;br /&gt;</w:t>
        <w:br/>
        <w:t>Гниє рабом у власній хаті.</w:t>
      </w:r>
    </w:p>
    <w:p>
      <w:r>
        <w:br/>
        <w:t>Народе мій! В твоїй журбі&lt;br /&gt;</w:t>
        <w:br/>
        <w:t>Невже нема чого робити?..&lt;br /&gt;</w:t>
        <w:br/>
        <w:t>Невже судилося тобі&lt;br /&gt;</w:t>
        <w:br/>
        <w:t>Рабів і зрадників плодити?!&lt;br /&gt;</w:t>
        <w:br/>
        <w:t>А доля іншою була б…&lt;br /&gt;</w:t>
        <w:br/>
        <w:t>Хто ж поведе тебе повстати,&lt;br /&gt;</w:t>
        <w:br/>
        <w:t>Коли і я, мов пес, мов раб,&lt;br /&gt;</w:t>
        <w:br/>
        <w:t>Тебе зміняв на ці палати?&lt;br /&gt;</w:t>
        <w:br/>
        <w:t>Де взять тобі своїх месій,&lt;br /&gt;</w:t>
        <w:br/>
        <w:t>Коли і я такий, як всі?</w:t>
      </w:r>
    </w:p>
    <w:p>
      <w:r>
        <w:br/>
        <w:t>ЮЗЯ</w:t>
      </w:r>
    </w:p>
    <w:p>
      <w:r>
        <w:br/>
        <w:t>Ой, заспокойся, любий мій!&lt;br /&gt;</w:t>
        <w:br/>
        <w:t>Не можна ж так! Я — ніби рана.&lt;br /&gt;</w:t>
        <w:br/>
        <w:t>Невже в цей час твоя кохана&lt;br /&gt;</w:t>
        <w:br/>
        <w:t>Така чужа душі твоїй?&lt;br /&gt;</w:t>
        <w:br/>
        <w:t>А я усе зроблю, мій милий,&lt;br /&gt;</w:t>
        <w:br/>
        <w:t>Щоб буть з тобою до могили,&lt;br /&gt;</w:t>
        <w:br/>
        <w:t>Піду в огонь і боротьбу,&lt;br /&gt;</w:t>
        <w:br/>
        <w:t>Я розділю твою судьбу,&lt;br /&gt;</w:t>
        <w:br/>
        <w:t>Степами буду золотими&lt;br /&gt;</w:t>
        <w:br/>
        <w:t>З тобою скрізь блукати я.&lt;br /&gt;</w:t>
        <w:br/>
        <w:t>Однині будуть хай моїми&lt;br /&gt;</w:t>
        <w:br/>
        <w:t>Любов і ненависть твоя!&lt;br /&gt;</w:t>
        <w:br/>
        <w:t>Хай коні ждуть, і шабля, й слава,&lt;br /&gt;</w:t>
        <w:br/>
        <w:t>І козаків бурхливі лави, —&lt;br /&gt;</w:t>
        <w:br/>
        <w:t>З твоїм зіллється Юзі слід,&lt;br /&gt;</w:t>
        <w:br/>
        <w:t>Коли одужаєш, як слід.</w:t>
      </w:r>
    </w:p>
    <w:p>
      <w:r>
        <w:br/>
        <w:t>Неначе хмар останнє клоччя&lt;br /&gt;</w:t>
        <w:br/>
        <w:t>Пропали привиди кругом.&lt;br /&gt;</w:t>
        <w:br/>
        <w:t>І перший раз за довгі ночі&lt;br /&gt;</w:t>
        <w:br/>
        <w:t>Іван заснув спокійним сном.</w:t>
      </w:r>
    </w:p>
    <w:p>
      <w:r>
        <w:br/>
        <w:t>IV</w:t>
      </w:r>
    </w:p>
    <w:p>
      <w:r>
        <w:br/>
        <w:t>Був день за вікнами такий,&lt;br /&gt;</w:t>
        <w:br/>
        <w:t>Коли сидіть в кімнаті жалко:&lt;br /&gt;</w:t>
        <w:br/>
        <w:t>Блискучий, тихий і лунких…&lt;br /&gt;</w:t>
        <w:br/>
        <w:t>Над нерухомим білим парком&lt;br /&gt;</w:t>
        <w:br/>
        <w:t>Тремтіла синь, кричали галки,&lt;br /&gt;</w:t>
        <w:br/>
        <w:t>І сніг летів, летів і танув&lt;br /&gt;</w:t>
        <w:br/>
        <w:t>На чорних кучерях Івана,&lt;br /&gt;</w:t>
        <w:br/>
        <w:t>Що по дорозі тих йшов&lt;br /&gt;</w:t>
        <w:br/>
        <w:t>І тепло марив про любов,&lt;br /&gt;</w:t>
        <w:br/>
        <w:t>Про дні, коли він на коневі&lt;br /&gt;</w:t>
        <w:br/>
        <w:t>Побачить знов сади вишневі,&lt;br /&gt;</w:t>
        <w:br/>
        <w:t>Там, ще колись малим він жив,&lt;br /&gt;</w:t>
        <w:br/>
        <w:t>Почує дзвін монастирів&lt;br /&gt;</w:t>
        <w:br/>
        <w:t>І шум привітної діброви,&lt;br /&gt;</w:t>
        <w:br/>
        <w:t>Дівчат і хлопців чорнобрових&lt;br /&gt;</w:t>
        <w:br/>
        <w:t>У хороводі молодім…</w:t>
      </w:r>
    </w:p>
    <w:p>
      <w:r>
        <w:br/>
        <w:t>Там рідний край, там рідний дім.&lt;br /&gt;</w:t>
        <w:br/>
        <w:t>А тут алеї нескінчимі…&lt;br /&gt;</w:t>
        <w:br/>
        <w:t>Йому давно набридло вже&lt;br /&gt;</w:t>
        <w:br/>
        <w:t>Життя розкішне і чуже&lt;br /&gt;</w:t>
        <w:br/>
        <w:t>І Юзя з синіми очима,&lt;br /&gt;</w:t>
        <w:br/>
        <w:t>Як усміх осені прощальним,&lt;br /&gt;</w:t>
        <w:br/>
        <w:t>Задуманий і золотий…&lt;br /&gt;</w:t>
        <w:br/>
        <w:t>Іван на себе тільки злий,&lt;br /&gt;</w:t>
        <w:br/>
        <w:t>Що був такий сентиментальний.&lt;br /&gt;</w:t>
        <w:br/>
        <w:t>Чужі героям почуття&lt;br /&gt;</w:t>
        <w:br/>
        <w:t>Людини тихої, малої.&lt;br /&gt;</w:t>
        <w:br/>
        <w:t>Їх вабить іншеє життя&lt;br /&gt;</w:t>
        <w:br/>
        <w:t>У шумі радісному зброї,&lt;br /&gt;</w:t>
        <w:br/>
        <w:t>Орлами думи їх летять,&lt;br /&gt;</w:t>
        <w:br/>
        <w:t>Мов до вершини снігової,&lt;br /&gt;</w:t>
        <w:br/>
        <w:t>До того, що дається з бою.&lt;br /&gt;</w:t>
        <w:br/>
        <w:t>А що само до них іде,&lt;br /&gt;</w:t>
        <w:br/>
        <w:t>Їх вабить на короткий день,&lt;br /&gt;</w:t>
        <w:br/>
        <w:t>На мить. Бо кличе їх багрянь&lt;br /&gt;</w:t>
        <w:br/>
        <w:t>Нових вражінь, де серце тане,&lt;br /&gt;</w:t>
        <w:br/>
        <w:t>Щоб знов у пристрасті шукань&lt;br /&gt;</w:t>
        <w:br/>
        <w:t>Іти до обріїв незнаних.&lt;br /&gt;</w:t>
        <w:br/>
        <w:t>Так і з Мазепою Іваном,&lt;br /&gt;</w:t>
        <w:br/>
        <w:t>Що до нових іде хотінь&lt;br /&gt;</w:t>
        <w:br/>
        <w:t>І потопає в їх отруті…&lt;br /&gt;</w:t>
        <w:br/>
        <w:t>В його душі, нічим не скутій,&lt;br /&gt;</w:t>
        <w:br/>
        <w:t>Жіночі образи забуті&lt;br /&gt;</w:t>
        <w:br/>
        <w:t>Живуть, як відгомін, як тінь,&lt;br /&gt;</w:t>
        <w:br/>
        <w:t>І тільки про Вкраїну мрія&lt;br /&gt;</w:t>
        <w:br/>
        <w:t>Над ними вічно пломеніє…</w:t>
      </w:r>
    </w:p>
    <w:p>
      <w:r>
        <w:br/>
        <w:t>V</w:t>
      </w:r>
    </w:p>
    <w:p>
      <w:r>
        <w:br/>
        <w:t>Уздрів Мазепа на балу&lt;br /&gt;</w:t>
        <w:br/>
        <w:t>Дружину одного магната…&lt;br /&gt;</w:t>
        <w:br/>
        <w:t>Забув про Юзю він і свято&lt;br /&gt;</w:t>
        <w:br/>
        <w:t>Молився білому чолу,&lt;br /&gt;</w:t>
        <w:br/>
        <w:t>Бровам і віям тим крилатим,&lt;br /&gt;</w:t>
        <w:br/>
        <w:t>Що обернули день на млу&lt;br /&gt;</w:t>
        <w:br/>
        <w:t>Для пажа. Бо була для нього&lt;br /&gt;</w:t>
        <w:br/>
        <w:t>Терезія холодна й строга.&lt;br /&gt;</w:t>
        <w:br/>
        <w:t>Вона не йшла — пливла землею…&lt;br /&gt;</w:t>
        <w:br/>
        <w:t>Її скорити він не міг,&lt;br /&gt;</w:t>
        <w:br/>
        <w:t>Хоч вився хмелеи перед нею&lt;br /&gt;</w:t>
        <w:br/>
        <w:t>Й барвінком слався їй до ніг…&lt;br /&gt;</w:t>
        <w:br/>
        <w:t>Він ніс у серці муки жало,&lt;br /&gt;</w:t>
        <w:br/>
        <w:t>Став білий світ йому, як тьма.&lt;br /&gt;</w:t>
        <w:br/>
        <w:t>Здавалося, що жить — дарма.&lt;br /&gt;</w:t>
        <w:br/>
        <w:t>Але вона все удавала,&lt;br /&gt;</w:t>
        <w:br/>
        <w:t>І в цім призналася сама&lt;br /&gt;</w:t>
        <w:br/>
        <w:t>У шумі і у сяйві бала&lt;br /&gt;</w:t>
        <w:br/>
        <w:t>Під світлий музики прибій,&lt;br /&gt;</w:t>
        <w:br/>
        <w:t>Коли на талії гнучкій&lt;br /&gt;</w:t>
        <w:br/>
        <w:t>Рука Іванова лежала.</w:t>
      </w:r>
    </w:p>
    <w:p>
      <w:r>
        <w:br/>
        <w:t>МАЗЕПА</w:t>
      </w:r>
    </w:p>
    <w:p>
      <w:r>
        <w:br/>
        <w:t>Знов світ ясний і зникла тьма,&lt;br /&gt;</w:t>
        <w:br/>
        <w:t>І в серці повно дня сіяння…</w:t>
      </w:r>
    </w:p>
    <w:p>
      <w:r>
        <w:br/>
        <w:t>ТЕРЕЗА</w:t>
      </w:r>
    </w:p>
    <w:p>
      <w:r>
        <w:br/>
        <w:t>Який це жах! Я вам сама&lt;br /&gt;</w:t>
        <w:br/>
        <w:t>Освідчилася у коханні!</w:t>
      </w:r>
    </w:p>
    <w:p>
      <w:r>
        <w:br/>
        <w:t>МАЗЕПА</w:t>
      </w:r>
    </w:p>
    <w:p>
      <w:r>
        <w:br/>
        <w:t>Для мене ви — зоря світання,&lt;br /&gt;</w:t>
        <w:br/>
        <w:t>І в світі кращої нема!&lt;br /&gt;</w:t>
        <w:br/>
        <w:t>Любов і зряча, і сліпа,&lt;br /&gt;</w:t>
        <w:br/>
        <w:t>Вона не знає меж між нами.</w:t>
      </w:r>
    </w:p>
    <w:p>
      <w:r>
        <w:br/>
        <w:t>Так розмовляли їх устами&lt;br /&gt;</w:t>
        <w:br/>
        <w:t>Серця закохані між "па".&lt;br /&gt;</w:t>
        <w:br/>
        <w:t>А Юзя вже в монастирі,&lt;br /&gt;</w:t>
        <w:br/>
        <w:t>Й перед розп'яттям, мов з туману,&lt;br /&gt;</w:t>
        <w:br/>
        <w:t>Очей сіяють дві зорі&lt;br /&gt;</w:t>
        <w:br/>
        <w:t>В жаркій молитві за Івана.&lt;br /&gt;</w:t>
        <w:br/>
        <w:t>Все в'януть губ її цвіти,&lt;br /&gt;</w:t>
        <w:br/>
        <w:t>Що все шепочуть із журбою:&lt;br /&gt;</w:t>
        <w:br/>
        <w:t>"О, пане Єзус мій, прости&lt;br /&gt;</w:t>
        <w:br/>
        <w:t>Його за зроблене зі мною!&lt;br /&gt;</w:t>
        <w:br/>
        <w:t>Тебе, святий, про це благаю,&lt;br /&gt;</w:t>
        <w:br/>
        <w:t>З собою у тяжкій борні!&lt;br /&gt;</w:t>
        <w:br/>
        <w:t>За все, що він зробив мені,&lt;br /&gt;</w:t>
        <w:br/>
        <w:t>Прости його, як я прощаю".&lt;br /&gt;</w:t>
        <w:br/>
        <w:t>Минають ночі, линуть дні,&lt;br /&gt;</w:t>
        <w:br/>
        <w:t>А Йвана Юзя все ж кохає&lt;br /&gt;</w:t>
        <w:br/>
        <w:t>У монастирській тишині.</w:t>
      </w:r>
    </w:p>
    <w:p>
      <w:r>
        <w:br/>
        <w:t>Терези муж на полювання&lt;br /&gt;</w:t>
        <w:br/>
        <w:t>Подався з друзями у гай.&lt;br /&gt;</w:t>
        <w:br/>
        <w:t>Ну, що ж, герою мій, Іване,&lt;br /&gt;</w:t>
        <w:br/>
        <w:t>Покіль ти молодий, кохай,&lt;br /&gt;</w:t>
        <w:br/>
        <w:t>Шепоче він: "Моя кохана!" —&lt;br /&gt;</w:t>
        <w:br/>
        <w:t>Забувши Юзю без жалю…&lt;br /&gt;</w:t>
        <w:br/>
        <w:t>І губи губ шукають п'яно…&lt;br /&gt;</w:t>
        <w:br/>
        <w:t>— Терезо!.. Я тебе люблю!&lt;br /&gt;</w:t>
        <w:br/>
        <w:t>— І я тебе люблю, Іване!..&lt;br /&gt;</w:t>
        <w:br/>
        <w:t>Вона шепоче, вся в огні…&lt;br /&gt;</w:t>
        <w:br/>
        <w:t>— Коханий мій! — Моя кохана!&lt;br /&gt;</w:t>
        <w:br/>
        <w:t>Глядять зірки в вікно розкрите,&lt;br /&gt;</w:t>
        <w:br/>
        <w:t>В кімнату ллється квітів пах.&lt;br /&gt;</w:t>
        <w:br/>
        <w:t>І сяйвом місячним залитий&lt;br /&gt;</w:t>
        <w:br/>
        <w:t>Спить гордий замок у садах…&lt;br /&gt;</w:t>
        <w:br/>
        <w:t>Та що це?.. Гомін… Дзвін копитний&lt;br /&gt;</w:t>
        <w:br/>
        <w:t>Ввірвався в аромати руж.&lt;br /&gt;</w:t>
        <w:br/>
        <w:t>Вернувся хмурий, непривітний,&lt;br /&gt;</w:t>
        <w:br/>
        <w:t>Старий, ревнивий пані муж.&lt;br /&gt;</w:t>
        <w:br/>
        <w:t>Він одхиляє саду віти,&lt;br /&gt;</w:t>
        <w:br/>
        <w:t>Він не чорняв, але й не рус.&lt;br /&gt;</w:t>
        <w:br/>
        <w:t>І, наче кат, гризе сердито&lt;br /&gt;</w:t>
        <w:br/>
        <w:t>І крутить, крутить довгий вус.&lt;br /&gt;</w:t>
        <w:br/>
        <w:t>— Що нам робить? — рида Тереза. —&lt;br /&gt;</w:t>
        <w:br/>
        <w:t>Тебе він візьме в гострі леза!&lt;br /&gt;</w:t>
        <w:br/>
        <w:t>Огні ж все ближче між дерев…&lt;br /&gt;</w:t>
        <w:br/>
        <w:t>— Тікай, тікай! — блага Тереза, —&lt;br /&gt;</w:t>
        <w:br/>
        <w:t>Він розтерзає нас, як лев!&lt;br /&gt;</w:t>
        <w:br/>
        <w:t>Так ніч закінчилась жадана.&lt;br /&gt;</w:t>
        <w:br/>
        <w:t>У двох серцях і мука й тьма…&lt;br /&gt;</w:t>
        <w:br/>
        <w:t>Але куди тікать Івану,&lt;br /&gt;</w:t>
        <w:br/>
        <w:t>Коли і виходу нема,&lt;br /&gt;</w:t>
        <w:br/>
        <w:t>Коли в напрузі дужих рук&lt;br /&gt;</w:t>
        <w:br/>
        <w:t>Веде коня його гайдук…&lt;br /&gt;</w:t>
        <w:br/>
        <w:t>Коли в пробуджені палати&lt;br /&gt;</w:t>
        <w:br/>
        <w:t>Іде гроза поміж дерев,&lt;br /&gt;</w:t>
        <w:br/>
        <w:t>І чуть магната хижий рев:&lt;br /&gt;</w:t>
        <w:br/>
        <w:t>— Я покажу тобі, проклятий,&lt;br /&gt;</w:t>
        <w:br/>
        <w:t>Як зводити чужих жінок,&lt;br /&gt;</w:t>
        <w:br/>
        <w:t>Так, покажу, — о правий боже, —&lt;br /&gt;</w:t>
        <w:br/>
        <w:t>Що й сам король не допоможе!&lt;br /&gt;</w:t>
        <w:br/>
        <w:t>Гримить все ближче грізний крок…&lt;br /&gt;</w:t>
        <w:br/>
        <w:t>Під владним помахом руки&lt;br /&gt;</w:t>
        <w:br/>
        <w:t>(А серце то біжить, то стане)&lt;br /&gt;</w:t>
        <w:br/>
        <w:t>Розкрились двері, й на Івана&lt;br /&gt;</w:t>
        <w:br/>
        <w:t>Накинулися гайдуки,&lt;br /&gt;</w:t>
        <w:br/>
        <w:t>Щоб взять його на гострі леза…&lt;br /&gt;</w:t>
        <w:br/>
        <w:t>Так думав він… "Прощай, мій рай!"&lt;br /&gt;</w:t>
        <w:br/>
        <w:t>Й вона йому: "Прощай, прощай!"&lt;br /&gt;</w:t>
        <w:br/>
        <w:t>Все знав зарані муж Терези,&lt;br /&gt;</w:t>
        <w:br/>
        <w:t>Не їздив в гай, у море трав…&lt;br /&gt;</w:t>
        <w:br/>
        <w:t>Не полював у хащах звіря,&lt;br /&gt;</w:t>
        <w:br/>
        <w:t>А розлютований без міри,&lt;br /&gt;</w:t>
        <w:br/>
        <w:t>Мазепу він уполював.&lt;br /&gt;</w:t>
        <w:br/>
        <w:t>З наказу пана слуги пана&lt;br /&gt;</w:t>
        <w:br/>
        <w:t>(Була недовгою борня)&lt;br /&gt;</w:t>
        <w:br/>
        <w:t>Ремнями прив'язали Йвана&lt;br /&gt;</w:t>
        <w:br/>
        <w:t>Гуртом до дикого коня&lt;br /&gt;</w:t>
        <w:br/>
        <w:t>Й бичами вдарили!.. Од брами&lt;br /&gt;</w:t>
        <w:br/>
        <w:t>З них кожний наче одлетів…&lt;br /&gt;</w:t>
        <w:br/>
        <w:t>І кінь шалений копитами&lt;br /&gt;</w:t>
        <w:br/>
        <w:t>У дике поле загримів…&lt;br /&gt;</w:t>
        <w:br/>
        <w:t>"Прощай, прощай, моя кохана!" —&lt;br /&gt;</w:t>
        <w:br/>
        <w:t>Шепнув нещасний і зомлів.</w:t>
      </w:r>
    </w:p>
    <w:p>
      <w:r>
        <w:br/>
        <w:t>VI</w:t>
      </w:r>
    </w:p>
    <w:p>
      <w:r>
        <w:br/>
        <w:t>Кого це кінь несе у полі&lt;br /&gt;</w:t>
        <w:br/>
        <w:t>З скаженим тупотом у синь?&lt;br /&gt;</w:t>
        <w:br/>
        <w:t>І за конем у далі голі&lt;br /&gt;</w:t>
        <w:br/>
        <w:t>Між довгих трав стрибає тінь.&lt;br /&gt;</w:t>
        <w:br/>
        <w:t>Юнак прив'язаний до нього,&lt;br /&gt;</w:t>
        <w:br/>
        <w:t>З спини його звисає вниз.&lt;br /&gt;</w:t>
        <w:br/>
        <w:t>Йому скрутили руки й ноги&lt;br /&gt;</w:t>
        <w:br/>
        <w:t>Ремнями туго… Моря бриз&lt;br /&gt;</w:t>
        <w:br/>
        <w:t>Нагадує безмежне поле.&lt;br /&gt;</w:t>
        <w:br/>
        <w:t>Під вітром трави, як води&lt;br /&gt;</w:t>
        <w:br/>
        <w:t>Мінливі пасма на просторі,&lt;br /&gt;</w:t>
        <w:br/>
        <w:t>Все хиляться туди й сюди,&lt;br /&gt;</w:t>
        <w:br/>
        <w:t>Неначе хвилі в синім морі…&lt;br /&gt;</w:t>
        <w:br/>
        <w:t>За жінку пана постраждав&lt;br /&gt;</w:t>
        <w:br/>
        <w:t>Юнак і мчить безмежним степом&lt;br /&gt;</w:t>
        <w:br/>
        <w:t>І тоне в океані трав…&lt;br /&gt;</w:t>
        <w:br/>
        <w:t>Хто цей юнак?&lt;br /&gt;</w:t>
        <w:br/>
        <w:t>Та це ж Мазепа…&lt;br /&gt;</w:t>
        <w:br/>
        <w:t>Йому нічого вже не треба, —&lt;br /&gt;</w:t>
        <w:br/>
        <w:t>Коня частиною він став.&lt;br /&gt;</w:t>
        <w:br/>
        <w:t>В нестямі він. І кров обличчя&lt;br /&gt;</w:t>
        <w:br/>
        <w:t>Ось-ось розірве… Небеса&lt;br /&gt;</w:t>
        <w:br/>
        <w:t>До нього хиляться все ближче,&lt;br /&gt;</w:t>
        <w:br/>
        <w:t>А голова його звиса&lt;br /&gt;</w:t>
        <w:br/>
        <w:t>З коня все нижче і все нижче…&lt;br /&gt;</w:t>
        <w:br/>
        <w:t>Та що це зникла в травах тінь,&lt;br /&gt;</w:t>
        <w:br/>
        <w:t>І вдарився об землю кінь!..&lt;br /&gt;</w:t>
        <w:br/>
        <w:t>Його сховали довгі трави&lt;br /&gt;</w:t>
        <w:br/>
        <w:t>В своїй зеленій глушині!..&lt;br /&gt;</w:t>
        <w:br/>
        <w:t>Лиш чули хрип його кривавий&lt;br /&gt;</w:t>
        <w:br/>
        <w:t>Орли в гарячій вишині…&lt;br /&gt;</w:t>
        <w:br/>
        <w:t>Та ось наблизилося двоє&lt;br /&gt;</w:t>
        <w:br/>
        <w:t>І з коней злізли. Юнака&lt;br /&gt;</w:t>
        <w:br/>
        <w:t>Звільнила дужая рука,&lt;br /&gt;</w:t>
        <w:br/>
        <w:t>Ремні розрізавши тугії,&lt;br /&gt;</w:t>
        <w:br/>
        <w:t>І затремтіли довгі вії…&lt;br /&gt;</w:t>
        <w:br/>
        <w:t>А вдалині тумани гір…&lt;br /&gt;</w:t>
        <w:br/>
        <w:t>Неначе обважнілі хмари…&lt;br /&gt;</w:t>
        <w:br/>
        <w:t>Одкрив Мазепа синій зір,&lt;br /&gt;</w:t>
        <w:br/>
        <w:t>А перед ним стоять татари…</w:t>
      </w:r>
    </w:p>
    <w:p>
      <w:r>
        <w:br/>
        <w:t>VII</w:t>
      </w:r>
    </w:p>
    <w:p>
      <w:r>
        <w:br/>
        <w:t>І от Мазепа у Криму&lt;br /&gt;</w:t>
        <w:br/>
        <w:t>На виноградниках працює,&lt;br /&gt;</w:t>
        <w:br/>
        <w:t>А в дар за це — лиш бич йому…&lt;br /&gt;</w:t>
        <w:br/>
        <w:t>Жага в душі його вирує,&lt;br /&gt;</w:t>
        <w:br/>
        <w:t>Жага свободи, щоб летіть&lt;br /&gt;</w:t>
        <w:br/>
        <w:t>У полі на коні баскому&lt;br /&gt;</w:t>
        <w:br/>
        <w:t>І не коритися нікому,&lt;br /&gt;</w:t>
        <w:br/>
        <w:t>І були вільним кожну мить.&lt;br /&gt;</w:t>
        <w:br/>
        <w:t>І буде так. Бо так він хоче.&lt;br /&gt;</w:t>
        <w:br/>
        <w:t>Розквітне знов йому весна.&lt;br /&gt;</w:t>
        <w:br/>
        <w:t>В його уяві карі очі,&lt;br /&gt;</w:t>
        <w:br/>
        <w:t>Що бачив з ханського вікна,&lt;br /&gt;</w:t>
        <w:br/>
        <w:t>Коли стинали рожі леза.&lt;br /&gt;</w:t>
        <w:br/>
        <w:t>Оксани очі — не Терези,&lt;br /&gt;</w:t>
        <w:br/>
        <w:t>Яка причиною була&lt;br /&gt;</w:t>
        <w:br/>
        <w:t>Того, що він в степу глухому,&lt;br /&gt;</w:t>
        <w:br/>
        <w:t>Де лиш орли у вишині,&lt;br /&gt;</w:t>
        <w:br/>
        <w:t>Ледь не загинув на коні.&lt;br /&gt;</w:t>
        <w:br/>
        <w:t>Вночі він буде в тім саду,&lt;br /&gt;</w:t>
        <w:br/>
        <w:t>Де із вікна побачив очі&lt;br /&gt;</w:t>
        <w:br/>
        <w:t>Та дві коси важкі дівочі&lt;br /&gt;</w:t>
        <w:br/>
        <w:t>У сонця жовтому меду,&lt;br /&gt;</w:t>
        <w:br/>
        <w:t>Що розганяв туман на клоччя…&lt;br /&gt;</w:t>
        <w:br/>
        <w:t>Вони умовились втекти,&lt;br /&gt;</w:t>
        <w:br/>
        <w:t>І на конюшні хана коня,&lt;br /&gt;</w:t>
        <w:br/>
        <w:t>Що вкраде він, копитом б'ють,&lt;br /&gt;</w:t>
        <w:br/>
        <w:t>Неначе вершників двох ждуть,&lt;br /&gt;</w:t>
        <w:br/>
        <w:t>І очі їм горять червоні,&lt;br /&gt;</w:t>
        <w:br/>
        <w:t>Щоб в далі їх нести ясні,&lt;br /&gt;</w:t>
        <w:br/>
        <w:t>Татарські коні вороні.</w:t>
      </w:r>
    </w:p>
    <w:p>
      <w:r>
        <w:br/>
        <w:t>І ніч прийшла. Іде Іван.&lt;br /&gt;</w:t>
        <w:br/>
        <w:t>А по траві повзе туман,&lt;br /&gt;</w:t>
        <w:br/>
        <w:t>Росою мочить юні руки,&lt;br /&gt;</w:t>
        <w:br/>
        <w:t>За ним глухі копитні звуки,&lt;br /&gt;</w:t>
        <w:br/>
        <w:t>Веде він коней вороних,&lt;br /&gt;</w:t>
        <w:br/>
        <w:t>Як слід осідланих, як треба…&lt;br /&gt;</w:t>
        <w:br/>
        <w:t>Лиш зорі бачили із неба,&lt;br /&gt;</w:t>
        <w:br/>
        <w:t>Коли украв Мазепа їх.&lt;br /&gt;</w:t>
        <w:br/>
        <w:t>В кущах він коней залишив&lt;br /&gt;</w:t>
        <w:br/>
        <w:t>І через мур у сад подався.&lt;br /&gt;</w:t>
        <w:br/>
        <w:t>Й таким солодким показався&lt;br /&gt;</w:t>
        <w:br/>
        <w:t>Мазепі соловейка спів,&lt;br /&gt;</w:t>
        <w:br/>
        <w:t>Що срібним сміхом заливався&lt;br /&gt;</w:t>
        <w:br/>
        <w:t>Поміж трояндових кущів.&lt;br /&gt;</w:t>
        <w:br/>
        <w:t>Він жде. Шепоче він: "Кохана!&lt;br /&gt;</w:t>
        <w:br/>
        <w:t>Виходь. Я жду, я твій Іван,&lt;br /&gt;</w:t>
        <w:br/>
        <w:t>Щоб пригорнуть гнучкий твій стан,&lt;br /&gt;</w:t>
        <w:br/>
        <w:t>Моя солодка і жадана!"&lt;br /&gt;</w:t>
        <w:br/>
        <w:t>А зорям дальнім, наче ранам,&lt;br /&gt;</w:t>
        <w:br/>
        <w:t>Нема числа у вишині…&lt;br /&gt;</w:t>
        <w:br/>
        <w:t>Вони далекі і ясні,&lt;br /&gt;</w:t>
        <w:br/>
        <w:t>Горять незлічним караваном&lt;br /&gt;</w:t>
        <w:br/>
        <w:t>У неосяжній глибині…&lt;br /&gt;</w:t>
        <w:br/>
        <w:t>І вийшла янголом туманним&lt;br /&gt;</w:t>
        <w:br/>
        <w:t>У сяйві місячнім Оксана…&lt;br /&gt;</w:t>
        <w:br/>
        <w:t>І бачив місяць, як в траві&lt;br /&gt;</w:t>
        <w:br/>
        <w:t>За муром зникли тіні дві,&lt;br /&gt;</w:t>
        <w:br/>
        <w:t>Що віддались обіймам долі…&lt;br /&gt;</w:t>
        <w:br/>
        <w:t>А потім бачив їх у полі,&lt;br /&gt;</w:t>
        <w:br/>
        <w:t>Де квіти слались їм до ніг…&lt;br /&gt;</w:t>
        <w:br/>
        <w:t>За Перекопом бачив їх…</w:t>
      </w:r>
    </w:p>
    <w:p>
      <w:r>
        <w:br/>
        <w:t>VIII</w:t>
      </w:r>
    </w:p>
    <w:p>
      <w:r>
        <w:br/>
        <w:t>В тривозі хан. І серце в'яне.&lt;br /&gt;</w:t>
        <w:br/>
        <w:t>Оксана зникла. Все дарма.&lt;br /&gt;</w:t>
        <w:br/>
        <w:t>Він од любові, наче п'яний…&lt;br /&gt;</w:t>
        <w:br/>
        <w:t>А раз нема його Оксани,&lt;br /&gt;</w:t>
        <w:br/>
        <w:t>То і життя йому нема.&lt;br /&gt;</w:t>
        <w:br/>
        <w:t>— До мене! Гей, сідлайте коні,&lt;br /&gt;</w:t>
        <w:br/>
        <w:t>Відважні вершникі мої!&lt;br /&gt;</w:t>
        <w:br/>
        <w:t>Степ затрясеться од погоні,&lt;br /&gt;</w:t>
        <w:br/>
        <w:t>В садах замовкнуть солов'ї…&lt;br /&gt;</w:t>
        <w:br/>
        <w:t>Хай до шабель сверблять долоні, —&lt;br /&gt;</w:t>
        <w:br/>
        <w:t>Узнають всі мою могуть.&lt;br /&gt;</w:t>
        <w:br/>
        <w:t>Коли ж догнать не зможуть коні, —&lt;br /&gt;</w:t>
        <w:br/>
        <w:t>Гяурів стріли доженуть!</w:t>
      </w:r>
    </w:p>
    <w:p>
      <w:r>
        <w:br/>
        <w:t>Вперед, о вершники! До брані!&lt;br /&gt;</w:t>
        <w:br/>
        <w:t>Загін готов. Сіяє хан,&lt;br /&gt;</w:t>
        <w:br/>
        <w:t>Немов алмаз в своїм убранні…&lt;br /&gt;</w:t>
        <w:br/>
        <w:t>Він очі виріже кохані,&lt;br /&gt;</w:t>
        <w:br/>
        <w:t>Гнучкий її зламає стан!..</w:t>
      </w:r>
    </w:p>
    <w:p>
      <w:r>
        <w:br/>
        <w:t>— Вперед, о вершники, вперед!&lt;br /&gt;</w:t>
        <w:br/>
        <w:t>Він весь, немов кривавий бред…&lt;br /&gt;</w:t>
        <w:br/>
        <w:t>І одчиняють дзвонні брами&lt;br /&gt;</w:t>
        <w:br/>
        <w:t>Раби смуглявими руками…&lt;br /&gt;</w:t>
        <w:br/>
        <w:t>Татари в сідлах, як один…&lt;br /&gt;</w:t>
        <w:br/>
        <w:t>І в гори вирушив загін.</w:t>
      </w:r>
    </w:p>
    <w:p>
      <w:r>
        <w:br/>
        <w:t>IX</w:t>
      </w:r>
    </w:p>
    <w:p>
      <w:r>
        <w:br/>
        <w:t>Все степ і степ… Імлу німую&lt;br /&gt;</w:t>
        <w:br/>
        <w:t>Проміння рве в ранковій млі,&lt;br /&gt;</w:t>
        <w:br/>
        <w:t>І даль двох вершників малює&lt;br /&gt;</w:t>
        <w:br/>
        <w:t>На тлі багряної зорі.&lt;br /&gt;</w:t>
        <w:br/>
        <w:t>Вони летять, немов лелеки,&lt;br /&gt;</w:t>
        <w:br/>
        <w:t>Стомився страшно з них один.&lt;br /&gt;</w:t>
        <w:br/>
        <w:t>За ними чуть глухий, далекий&lt;br /&gt;</w:t>
        <w:br/>
        <w:t>І зброї, і копитів дзвін.&lt;br /&gt;</w:t>
        <w:br/>
        <w:t>Все ближче він… І все сумніше&lt;br /&gt;</w:t>
        <w:br/>
        <w:t>Оксана дивиться в блакить…&lt;br /&gt;</w:t>
        <w:br/>
        <w:t>Під нею кінь так важко дише,&lt;br /&gt;</w:t>
        <w:br/>
        <w:t>І спотикається, й хрипить.&lt;br /&gt;</w:t>
        <w:br/>
        <w:t>А хан все ближче… Чути крики…&lt;br /&gt;</w:t>
        <w:br/>
        <w:t>Його загін у льоті дикім&lt;br /&gt;</w:t>
        <w:br/>
        <w:t>Протори рве… Сивіє мла.&lt;br /&gt;</w:t>
        <w:br/>
        <w:t>Оксані серце муки тисне…&lt;br /&gt;</w:t>
        <w:br/>
        <w:t>І дзвоном радісним стріла&lt;br /&gt;</w:t>
        <w:br/>
        <w:t>Уже співає смерті пісню…&lt;br /&gt;</w:t>
        <w:br/>
        <w:t>За нею друга… Без кінця&lt;br /&gt;</w:t>
        <w:br/>
        <w:t>Вони летять жагучим роєм,&lt;br /&gt;</w:t>
        <w:br/>
        <w:t>Співаючи над головою,&lt;br /&gt;</w:t>
        <w:br/>
        <w:t>І все страшніше пісня ця&lt;br /&gt;</w:t>
        <w:br/>
        <w:t>То підіймається, то тане&lt;br /&gt;</w:t>
        <w:br/>
        <w:t>І пропадає без сліда…&lt;br /&gt;</w:t>
        <w:br/>
        <w:t>Мазепа мчить і на Оксану&lt;br /&gt;</w:t>
        <w:br/>
        <w:t>З журбою скоса погляда.&lt;br /&gt;</w:t>
        <w:br/>
        <w:t>Співають стріл кругом рої…&lt;br /&gt;</w:t>
        <w:br/>
        <w:t>Ось кінь захеканий її&lt;br /&gt;</w:t>
        <w:br/>
        <w:t>Спіткнувся на обидві ноги&lt;br /&gt;</w:t>
        <w:br/>
        <w:t>Й почав хилитися набік…&lt;br /&gt;</w:t>
        <w:br/>
        <w:t>І повний смертної тривоги&lt;br /&gt;</w:t>
        <w:br/>
        <w:t>Протяв далінь Оксани крик.&lt;br /&gt;</w:t>
        <w:br/>
        <w:t>Вона лице схилила біле&lt;br /&gt;</w:t>
        <w:br/>
        <w:t>Коневі в гриву, впала з ним,&lt;br /&gt;</w:t>
        <w:br/>
        <w:t>Стріла в спині їй затремтіла&lt;br /&gt;</w:t>
        <w:br/>
        <w:t>Кінцем роздвоєним своїм…&lt;br /&gt;</w:t>
        <w:br/>
        <w:t>Нічого більше їй не треба.&lt;br /&gt;</w:t>
        <w:br/>
        <w:t>Й спинив коня свого Мазепа.&lt;br /&gt;</w:t>
        <w:br/>
        <w:t>"Умерти з нею!" — дума він.&lt;br /&gt;</w:t>
        <w:br/>
        <w:t>То чий, то чий летить загін,&lt;br /&gt;</w:t>
        <w:br/>
        <w:t>Подібний до важкої хмари?..&lt;br /&gt;</w:t>
        <w:br/>
        <w:t>Чому спинилися татари&lt;br /&gt;</w:t>
        <w:br/>
        <w:t>Й замовк побідний їхній сміх?&lt;br /&gt;</w:t>
        <w:br/>
        <w:t>Невже злякав Мазепа їх?&lt;br /&gt;</w:t>
        <w:br/>
        <w:t>Над полем вітер тужно лине&lt;br /&gt;</w:t>
        <w:br/>
        <w:t>І сходить сонце. Буде бій.&lt;br /&gt;</w:t>
        <w:br/>
        <w:t>То запорожців з України&lt;br /&gt;</w:t>
        <w:br/>
        <w:t>Веде вусатий курінний.&lt;br /&gt;</w:t>
        <w:br/>
        <w:t>За бідних сестер, матерів,&lt;br /&gt;</w:t>
        <w:br/>
        <w:t>За поневолених братів,&lt;br /&gt;</w:t>
        <w:br/>
        <w:t>За спалені безжально хати&lt;br /&gt;</w:t>
        <w:br/>
        <w:t>Він їх веде в огонь відплати,&lt;br /&gt;</w:t>
        <w:br/>
        <w:t>Старий, та з серцем молодим,&lt;br /&gt;</w:t>
        <w:br/>
        <w:t>На дикий, непокірний Крим.&lt;br /&gt;</w:t>
        <w:br/>
        <w:t>Все степ і степ. Без крику й мови&lt;br /&gt;</w:t>
        <w:br/>
        <w:t>Мчить козаків страшна підкова&lt;br /&gt;</w:t>
        <w:br/>
        <w:t>Туди, де кров не спинить біг,&lt;br /&gt;</w:t>
        <w:br/>
        <w:t>Де грізно ждуть татари їх…&lt;br /&gt;</w:t>
        <w:br/>
        <w:t>Вони стоять залізним ладом,&lt;br /&gt;</w:t>
        <w:br/>
        <w:t>З-під брів горять їх очі злі,&lt;br /&gt;</w:t>
        <w:br/>
        <w:t>І ллється сонце водоспадом&lt;br /&gt;</w:t>
        <w:br/>
        <w:t>На їх оголені шаблі…&lt;br /&gt;</w:t>
        <w:br/>
        <w:t>Хай не один на цій землі&lt;br /&gt;</w:t>
        <w:br/>
        <w:t>Впаде, і очі під чадрою&lt;br /&gt;</w:t>
        <w:br/>
        <w:t>Заплачуть теплою сльозою, —&lt;br /&gt;</w:t>
        <w:br/>
        <w:t>За те вгорі, де неба муть,&lt;br /&gt;</w:t>
        <w:br/>
        <w:t>Покірні гурії їх ждуть.&lt;br /&gt;</w:t>
        <w:br/>
        <w:t>Їм Азраїл відчинить браму&lt;br /&gt;</w:t>
        <w:br/>
        <w:t>Туди, де музика, де спів…&lt;br /&gt;</w:t>
        <w:br/>
        <w:t>І витягненими шаблями&lt;br /&gt;</w:t>
        <w:br/>
        <w:t>Вони стрічають козаків…&lt;br /&gt;</w:t>
        <w:br/>
        <w:t>За вдар удар, і смерть, і мука&lt;br /&gt;</w:t>
        <w:br/>
        <w:t>Об тіло сталь так тупо стука,&lt;br /&gt;</w:t>
        <w:br/>
        <w:t>В одній юрбі свої й чужі…&lt;br /&gt;</w:t>
        <w:br/>
        <w:t>Мов після довгої розлуки&lt;br /&gt;</w:t>
        <w:br/>
        <w:t>Зустрілися товариші,&lt;br /&gt;</w:t>
        <w:br/>
        <w:t>Веселі лицарі пригожі,&lt;br /&gt;</w:t>
        <w:br/>
        <w:t>Й націлуватися не можуть…&lt;br /&gt;</w:t>
        <w:br/>
        <w:t>Вже коні мчать без верхівців,&lt;br /&gt;</w:t>
        <w:br/>
        <w:t>Що осідлали їх востаннє&lt;br /&gt;</w:t>
        <w:br/>
        <w:t>Чужим на сльози і на жах,&lt;br /&gt;</w:t>
        <w:br/>
        <w:t>І марно кличе їх іржання&lt;br /&gt;</w:t>
        <w:br/>
        <w:t>Своїх соратників в боях.&lt;br /&gt;</w:t>
        <w:br/>
        <w:t>В крові рубається Мазепа,&lt;br /&gt;</w:t>
        <w:br/>
        <w:t>Навколо все, немов пожар…&lt;br /&gt;</w:t>
        <w:br/>
        <w:t>І лицарі чубаті степу&lt;br /&gt;</w:t>
        <w:br/>
        <w:t>Все дужче тиснуть на татар,&lt;br /&gt;</w:t>
        <w:br/>
        <w:t>З боків обходять їх… Нікого,&lt;br /&gt;</w:t>
        <w:br/>
        <w:t>Нікого випустить… "Живого&lt;br /&gt;</w:t>
        <w:br/>
        <w:t>Хватайте хана! Гей, хватай!"&lt;br /&gt;</w:t>
        <w:br/>
        <w:t>Горить клинків кривавий гай…&lt;br /&gt;</w:t>
        <w:br/>
        <w:t>І раптом шабля курінного&lt;br /&gt;</w:t>
        <w:br/>
        <w:t>З рукою впала на дорогу,&lt;br /&gt;</w:t>
        <w:br/>
        <w:t>Став гаснуть зір його швидкий…&lt;br /&gt;</w:t>
        <w:br/>
        <w:t>І захитались козаки…&lt;br /&gt;</w:t>
        <w:br/>
        <w:t>Ослаб їх тиск… Татарську зброю&lt;br /&gt;</w:t>
        <w:br/>
        <w:t>Вже не зламать сьогодні їм.&lt;br /&gt;</w:t>
        <w:br/>
        <w:t>І джура вивів з кола бою&lt;br /&gt;</w:t>
        <w:br/>
        <w:t>Коня з нестямним курінним.&lt;br /&gt;</w:t>
        <w:br/>
        <w:t>Вже козакам не бачить Криму,&lt;br /&gt;</w:t>
        <w:br/>
        <w:t>Там, за горами голубими…&lt;br /&gt;</w:t>
        <w:br/>
        <w:t>І вал чубів, як в бурю сад,&lt;br /&gt;</w:t>
        <w:br/>
        <w:t>Почав котитися назад,&lt;br /&gt;</w:t>
        <w:br/>
        <w:t>Мов захитались далі степу…&lt;br /&gt;</w:t>
        <w:br/>
        <w:t>В цю мить жахливу крик Мазепи&lt;br /&gt;</w:t>
        <w:br/>
        <w:t>Нову енергію бійцям&lt;br /&gt;</w:t>
        <w:br/>
        <w:t>Улив. "До мене, товариство!"&lt;br /&gt;</w:t>
        <w:br/>
        <w:t>І коні буряною ристю&lt;br /&gt;</w:t>
        <w:br/>
        <w:t>Помчали з кола козаків,&lt;br /&gt;</w:t>
        <w:br/>
        <w:t>Що вже стискалися грозово…&lt;br /&gt;</w:t>
        <w:br/>
        <w:t>Удар! Удар! І знов, і знову&lt;br /&gt;</w:t>
        <w:br/>
        <w:t>Впав на Мазепу… Світ хитнувсь…&lt;br /&gt;</w:t>
        <w:br/>
        <w:t>Та кінь під ним не спотикнувсь…&lt;br /&gt;</w:t>
        <w:br/>
        <w:t>Його за повід хтось рукою&lt;br /&gt;</w:t>
        <w:br/>
        <w:t>Й Мазепу вивів з пекла бою.&lt;br /&gt;</w:t>
        <w:br/>
        <w:t>Коли ж розкрив зіниць огні, —&lt;br /&gt;</w:t>
        <w:br/>
        <w:t>Це що таке? О добрі люди!&lt;br /&gt;</w:t>
        <w:br/>
        <w:t>Маленький дяк з хрестом на грудях&lt;br /&gt;</w:t>
        <w:br/>
        <w:t>Летів з ним поруч на коні…&lt;br /&gt;</w:t>
        <w:br/>
        <w:t>Та знов наскочили татари.&lt;br /&gt;</w:t>
        <w:br/>
        <w:t>Дощем посипались удари,&lt;br /&gt;</w:t>
        <w:br/>
        <w:t>Було лиш чуть: тупу-тупу!..&lt;br /&gt;</w:t>
        <w:br/>
        <w:t>І довго гналися татари&lt;br /&gt;</w:t>
        <w:br/>
        <w:t>За козаками по степу.&lt;br /&gt;</w:t>
        <w:br/>
        <w:t>Зайшло вже сонце. Зорі небо&lt;br /&gt;</w:t>
        <w:br/>
        <w:t>Поволі вкрили без доріг.&lt;br /&gt;</w:t>
        <w:br/>
        <w:t>Але ще довго чув Мазепа&lt;br /&gt;</w:t>
        <w:br/>
        <w:t>Погоні крики в тишині…</w:t>
      </w:r>
    </w:p>
    <w:p>
      <w:r>
        <w:br/>
        <w:t>X</w:t>
      </w:r>
    </w:p>
    <w:p>
      <w:r>
        <w:br/>
        <w:t>Гарматні жерла з-за валів&lt;br /&gt;</w:t>
        <w:br/>
        <w:t>На хвилі дивляться суворо…&lt;br /&gt;</w:t>
        <w:br/>
        <w:t>То Мати-Січ… Музика й співи&lt;br /&gt;</w:t>
        <w:br/>
        <w:t>Між куренів, як і учора.&lt;br /&gt;</w:t>
        <w:br/>
        <w:t>В жагучім блисканні шабель,&lt;br /&gt;</w:t>
        <w:br/>
        <w:t>Немов шабаш чортячий сниться,&lt;br /&gt;</w:t>
        <w:br/>
        <w:t>І поміж ними дяк-п'яниця,&lt;br /&gt;</w:t>
        <w:br/>
        <w:t>Немов Пилип із конопель.</w:t>
      </w:r>
    </w:p>
    <w:p>
      <w:r>
        <w:br/>
        <w:t>ДЯК</w:t>
      </w:r>
    </w:p>
    <w:p>
      <w:r>
        <w:br/>
        <w:t>Пий, товариство! Хто не п'є,&lt;br /&gt;</w:t>
        <w:br/>
        <w:t>У того в голові макуха.&lt;br /&gt;</w:t>
        <w:br/>
        <w:t>В ім'я отця й святого духа,&lt;br /&gt;</w:t>
        <w:br/>
        <w:t>Панове, пий, як пити є!&lt;br /&gt;</w:t>
        <w:br/>
        <w:t>Хай тонуть горе і досада,&lt;br /&gt;</w:t>
        <w:br/>
        <w:t>В горілці лиш одній відрада,&lt;br /&gt;</w:t>
        <w:br/>
        <w:t>Бо як зберешся в дальню путь&lt;br /&gt;</w:t>
        <w:br/>
        <w:t>У пеклі випить не дадуть!</w:t>
      </w:r>
    </w:p>
    <w:p>
      <w:r>
        <w:br/>
        <w:t>МАЗЕПА</w:t>
      </w:r>
    </w:p>
    <w:p>
      <w:r>
        <w:br/>
        <w:t>Я за визволення своє&lt;br /&gt;</w:t>
        <w:br/>
        <w:t>З тобою п'ю, великий дяче!&lt;br /&gt;</w:t>
        <w:br/>
        <w:t>Ти врятував життя моє,&lt;br /&gt;</w:t>
        <w:br/>
        <w:t>І я тобі за це віддячу.&lt;br /&gt;</w:t>
        <w:br/>
        <w:t>Обрали писарем мене,&lt;br /&gt;</w:t>
        <w:br/>
        <w:t>Щоб ваші подвиги у книги&lt;br /&gt;</w:t>
        <w:br/>
        <w:t>Всі записать… Буття жахне&lt;br /&gt;</w:t>
        <w:br/>
        <w:t>Мене навчило… Як вериги&lt;br /&gt;</w:t>
        <w:br/>
        <w:t>Тягар судьби я ніс в журбі,&lt;br /&gt;</w:t>
        <w:br/>
        <w:t>Та розтопило сонце кригу,&lt;br /&gt;</w:t>
        <w:br/>
        <w:t>І з снігу квіти голубі&lt;br /&gt;</w:t>
        <w:br/>
        <w:t>Щасливих днів життя в степах&lt;br /&gt;</w:t>
        <w:br/>
        <w:t>На мене глянули в сльозах…&lt;br /&gt;</w:t>
        <w:br/>
        <w:t>І попрощався я з журбою,&lt;br /&gt;</w:t>
        <w:br/>
        <w:t>Так пий же, дяче, я з тобою!</w:t>
      </w:r>
    </w:p>
    <w:p>
      <w:r>
        <w:br/>
        <w:t>На Січ проміння сонця скоса&lt;br /&gt;</w:t>
        <w:br/>
        <w:t>Багряно глянуло… перо&lt;br /&gt;</w:t>
        <w:br/>
        <w:t>Хмарок, неначе листя стоси…&lt;br /&gt;</w:t>
        <w:br/>
        <w:t>А сонця золоте цебро&lt;br /&gt;</w:t>
        <w:br/>
        <w:t>З зеленим обрієм злилося,&lt;br /&gt;</w:t>
        <w:br/>
        <w:t>І вечір голубі покоси&lt;br /&gt;</w:t>
        <w:br/>
        <w:t>Поклав на стомлений Дніпро…&lt;br /&gt;</w:t>
        <w:br/>
        <w:t>Спахнули вогнища в Січі, —&lt;br /&gt;</w:t>
        <w:br/>
        <w:t>Там бубни б'ють в дзвінкі долоні…&lt;br /&gt;</w:t>
        <w:br/>
        <w:t>В гаю замовкнули пташки.&lt;br /&gt;</w:t>
        <w:br/>
        <w:t>І наче коні на припоні,&lt;br /&gt;</w:t>
        <w:br/>
        <w:t>У берег б'ються байдаки…</w:t>
      </w:r>
    </w:p>
    <w:p>
      <w:r>
        <w:br/>
        <w:t>XI</w:t>
      </w:r>
    </w:p>
    <w:p>
      <w:r>
        <w:br/>
        <w:t>Мазепа — писар курінний,&lt;br /&gt;</w:t>
        <w:br/>
        <w:t>Юнак лукавий і хоробрий.&lt;br /&gt;</w:t>
        <w:br/>
        <w:t>Його життя розширив обрій&lt;br /&gt;</w:t>
        <w:br/>
        <w:t>З життям безперестанний бій,&lt;br /&gt;</w:t>
        <w:br/>
        <w:t>Щоб знявсь він птахом до зірок.&lt;br /&gt;</w:t>
        <w:br/>
        <w:t>Та жаль, в Січі нема жінок.&lt;br /&gt;</w:t>
        <w:br/>
        <w:t>Вперед! Любов'ю я горю,&lt;br /&gt;</w:t>
        <w:br/>
        <w:t>І до народу, чий він син,&lt;br /&gt;</w:t>
        <w:br/>
        <w:t>Чия в бою не схибить зброя.&lt;br /&gt;</w:t>
        <w:br/>
        <w:t>Я ж українець, як і він,&lt;br /&gt;</w:t>
        <w:br/>
        <w:t>Дитя Комуни світової,&lt;br /&gt;</w:t>
        <w:br/>
        <w:t>Я партії своєї син&lt;br /&gt;</w:t>
        <w:br/>
        <w:t>І син донецького я степу,&lt;br /&gt;</w:t>
        <w:br/>
        <w:t>Що розірвав потали гать,&lt;br /&gt;</w:t>
        <w:br/>
        <w:t>Я серцем хочу показать&lt;br /&gt;</w:t>
        <w:br/>
        <w:t>Страшну трагедію Мазепи,&lt;br /&gt;</w:t>
        <w:br/>
        <w:t>І в ній&lt;br /&gt;</w:t>
        <w:br/>
        <w:t>в той час страшний незгоди&lt;br /&gt;</w:t>
        <w:br/>
        <w:t>Трагедію мого народу:&lt;br /&gt;</w:t>
        <w:br/>
        <w:t>Мазепа не осяг висот,&lt;br /&gt;</w:t>
        <w:br/>
        <w:t>Куди ведуть життя ідеї…&lt;br /&gt;</w:t>
        <w:br/>
        <w:t>В години зради і негод&lt;br /&gt;</w:t>
        <w:br/>
        <w:t>Його програло лихо злеє&lt;br /&gt;</w:t>
        <w:br/>
        <w:t>З землі омріяних свобод,&lt;br /&gt;</w:t>
        <w:br/>
        <w:t>Як богом обраний народ&lt;br /&gt;</w:t>
        <w:br/>
        <w:t>Прогнав в легенді Моїсея.&lt;br /&gt;</w:t>
        <w:br/>
        <w:t>Любив Вкраїну він душею&lt;br /&gt;</w:t>
        <w:br/>
        <w:t>І зрадником не був для неї.&lt;br /&gt;</w:t>
        <w:br/>
        <w:t>А Карл Дванадцятий?!. Це — так,&lt;br /&gt;</w:t>
        <w:br/>
        <w:t>Як Вашінгтонові французи&lt;br /&gt;</w:t>
        <w:br/>
        <w:t>Допомагали. Аж ніяк&lt;br /&gt;</w:t>
        <w:br/>
        <w:t>Це, мій товаришу і брате,&lt;br /&gt;</w:t>
        <w:br/>
        <w:t>Не можна зрадою назвати.&lt;br /&gt;</w:t>
        <w:br/>
        <w:t>І хай упав він в боротьбі&lt;br /&gt;</w:t>
        <w:br/>
        <w:t>На злі, скривавлені дороги…&lt;br /&gt;</w:t>
        <w:br/>
        <w:t>Цар православіє собі&lt;br /&gt;</w:t>
        <w:br/>
        <w:t>Взяв за союзника страшного.&lt;br /&gt;</w:t>
        <w:br/>
        <w:t>Церкви Мазепа будував,&lt;br /&gt;</w:t>
        <w:br/>
        <w:t>А цар із дзвонів лив гармати, —&lt;br /&gt;</w:t>
        <w:br/>
        <w:t>І цим, товаришу і брате,&lt;br /&gt;</w:t>
        <w:br/>
        <w:t>Хребет Мазепі поламав.&lt;br /&gt;</w:t>
        <w:br/>
        <w:t>І красеня зів'яли брови&lt;br /&gt;</w:t>
        <w:br/>
        <w:t>Разом із серцем у Молдові.&lt;br /&gt;</w:t>
        <w:br/>
        <w:t>Він серцем біль народу чув,&lt;br /&gt;</w:t>
        <w:br/>
        <w:t>Що вдаль дивився крізь багнети.&lt;br /&gt;</w:t>
        <w:br/>
        <w:t>І єзуїтом він не був, —&lt;br /&gt;</w:t>
        <w:br/>
        <w:t>Це тільки вигадка поета.&lt;br /&gt;</w:t>
        <w:br/>
        <w:t>І кров стікала на ріллю,&lt;br /&gt;</w:t>
        <w:br/>
        <w:t>Стискалось коло вужче й вужче…&lt;br /&gt;</w:t>
        <w:br/>
        <w:t>О Пушкін, я тебе люблю,&lt;br /&gt;</w:t>
        <w:br/>
        <w:t>Та істину люблю це дужче!&lt;br /&gt;</w:t>
        <w:br/>
        <w:t>Колись казав мені Коряк:&lt;br /&gt;</w:t>
        <w:br/>
        <w:t>"Петро був волею прогреса",&lt;br /&gt;</w:t>
        <w:br/>
        <w:t>І розумів поет це так,&lt;br /&gt;</w:t>
        <w:br/>
        <w:t>Що впав під кулею Дантеса,&lt;br /&gt;</w:t>
        <w:br/>
        <w:t>Хоч Коряка він і не чув.&lt;br /&gt;</w:t>
        <w:br/>
        <w:t>І не хотів це зрозуміти,&lt;br /&gt;</w:t>
        <w:br/>
        <w:t>Петра вважаючи бандитом,&lt;br /&gt;</w:t>
        <w:br/>
        <w:t>Що в нас кріпацтва вік завів&lt;br /&gt;</w:t>
        <w:br/>
        <w:t>На радість злу багатіїв.&lt;br /&gt;</w:t>
        <w:br/>
        <w:t>Коряк казав: "Що — ваш Мазепа!&lt;br /&gt;</w:t>
        <w:br/>
        <w:t>Батурин бідний в нього був,&lt;br /&gt;</w:t>
        <w:br/>
        <w:t>А у Петра був Пітер!.. Степом&lt;br /&gt;</w:t>
        <w:br/>
        <w:t>Мазепа аж в Бендери гув,&lt;br /&gt;</w:t>
        <w:br/>
        <w:t>Історії розбитий цепом".</w:t>
      </w:r>
    </w:p>
    <w:p>
      <w:r>
        <w:br/>
        <w:t>Я думав: "Як же Вашінгтон,&lt;br /&gt;</w:t>
        <w:br/>
        <w:t>Коли був Лондон у англійців,&lt;br /&gt;</w:t>
        <w:br/>
        <w:t>Що збагатилися від вівців&lt;br /&gt;</w:t>
        <w:br/>
        <w:t>І задавали стіту тон!&lt;br /&gt;</w:t>
        <w:br/>
        <w:t>Що із Нью-Йорком Вашінгтон,&lt;br /&gt;</w:t>
        <w:br/>
        <w:t>З селом нещасним міг зробити&lt;br /&gt;</w:t>
        <w:br/>
        <w:t>Проти гіганта з островів!..&lt;br /&gt;</w:t>
        <w:br/>
        <w:t>І все ж гіганта він розбив,&lt;br /&gt;</w:t>
        <w:br/>
        <w:t>Як вітер розбивав сердитий&lt;br /&gt;</w:t>
        <w:br/>
        <w:t>Громади хвиль під радий спів,&lt;br /&gt;</w:t>
        <w:br/>
        <w:t>Коли ламає саду віти!&lt;br /&gt;</w:t>
        <w:br/>
        <w:t>Чого ж Мазепа не розбив&lt;br /&gt;</w:t>
        <w:br/>
        <w:t>І не злетів він до висот?..&lt;br /&gt;</w:t>
        <w:br/>
        <w:t>Бо не пішов за ним народ&lt;br /&gt;</w:t>
        <w:br/>
        <w:t>Шляхом і радості й надії.&lt;br /&gt;</w:t>
        <w:br/>
        <w:t>Не зрозумів його він мрії…&lt;br /&gt;</w:t>
        <w:br/>
        <w:t>Та й як він зрозуміти міг&lt;br /&gt;</w:t>
        <w:br/>
        <w:t>На перехресті злих доріг,&lt;br /&gt;</w:t>
        <w:br/>
        <w:t>Під ураганами негод!..&lt;br /&gt;</w:t>
        <w:br/>
        <w:t>Бо помиляється й народ,&lt;br /&gt;</w:t>
        <w:br/>
        <w:t>І гнеться, як від бур лозина,&lt;br /&gt;</w:t>
        <w:br/>
        <w:t>Та не ламається з негод.&lt;br /&gt;</w:t>
        <w:br/>
        <w:t>Прости мене, моя Вкраїно!&lt;br /&gt;</w:t>
        <w:br/>
        <w:t>Тобі молюсь… Мене прости!&lt;br /&gt;</w:t>
        <w:br/>
        <w:t>Мене ж бо породила ти,&lt;br /&gt;</w:t>
        <w:br/>
        <w:t>Мені дала ти карі очі,&lt;br /&gt;</w:t>
        <w:br/>
        <w:t>Й я бути виродком не хочу.&lt;br /&gt;</w:t>
        <w:br/>
        <w:t>Ти у кривавих злих вітрах&lt;br /&gt;</w:t>
        <w:br/>
        <w:t>Ішла, не маючи кордонів,&lt;br /&gt;</w:t>
        <w:br/>
        <w:t>В глухих оголених степах&lt;br /&gt;</w:t>
        <w:br/>
        <w:t>На люту радість царських тронів,&lt;br /&gt;</w:t>
        <w:br/>
        <w:t>Не так, як Венгрія. В горах&lt;br /&gt;</w:t>
        <w:br/>
        <w:t>Була її відпорна сила,&lt;br /&gt;</w:t>
        <w:br/>
        <w:t>Хоч тьма і Венгрію давила,&lt;br /&gt;</w:t>
        <w:br/>
        <w:t>Хоч предком був її Атілла.&lt;br /&gt;</w:t>
        <w:br/>
        <w:t>Не досягли ми тих висот,&lt;br /&gt;</w:t>
        <w:br/>
        <w:t>Що сяють іншим в морі слави…&lt;br /&gt;</w:t>
        <w:br/>
        <w:t>Бо помиляється й народ,&lt;br /&gt;</w:t>
        <w:br/>
        <w:t>Коли немає ще держави.&lt;br /&gt;</w:t>
        <w:br/>
        <w:t>Неначе збите градом жито,&lt;br /&gt;</w:t>
        <w:br/>
        <w:t>Були ми серед чорних піль…&lt;br /&gt;</w:t>
        <w:br/>
        <w:t>Бо не могли іще робити&lt;br /&gt;</w:t>
        <w:br/>
        <w:t>Централізованих зусиль,&lt;br /&gt;</w:t>
        <w:br/>
        <w:t>Не панували в власній хаті,&lt;br /&gt;</w:t>
        <w:br/>
        <w:t>Програвши з долею двобій,&lt;br /&gt;</w:t>
        <w:br/>
        <w:t>Як росіяни в дні прокляті,&lt;br /&gt;</w:t>
        <w:br/>
        <w:t>Коли їх полонив Батий.</w:t>
      </w:r>
    </w:p>
    <w:p>
      <w:r>
        <w:br/>
        <w:t>В нас Академія була&lt;br /&gt;</w:t>
        <w:br/>
        <w:t>У той далекий, дальній час,&lt;br /&gt;</w:t>
        <w:br/>
        <w:t>Коли культура в нас цвіла,&lt;br /&gt;</w:t>
        <w:br/>
        <w:t>І навіть німці вчились в нас.&lt;br /&gt;</w:t>
        <w:br/>
        <w:t>А Мати-Січ! Ядро звитяг!&lt;br /&gt;</w:t>
        <w:br/>
        <w:t>Іще Вольтер писав про неї,&lt;br /&gt;</w:t>
        <w:br/>
        <w:t>Про малиновий слави стяг,&lt;br /&gt;</w:t>
        <w:br/>
        <w:t>Що гордо маяв над землею,&lt;br /&gt;</w:t>
        <w:br/>
        <w:t>Аж від Дунаю по Сиваш,&lt;br /&gt;</w:t>
        <w:br/>
        <w:t>Щоб нам в віках не знать загину&lt;br /&gt;</w:t>
        <w:br/>
        <w:t>І славив нашу Україну&lt;br /&gt;</w:t>
        <w:br/>
        <w:t>Сам Сагайдак — Суворов наш.&lt;br /&gt;</w:t>
        <w:br/>
        <w:t>Хіба це викреслиш? О ні!&lt;br /&gt;</w:t>
        <w:br/>
        <w:t>Це — серце вирвати із болем&lt;br /&gt;</w:t>
        <w:br/>
        <w:t>Із грудей власних, що гудуть&lt;br /&gt;</w:t>
        <w:br/>
        <w:t>Од бур чуття… Ні, не забуть&lt;br /&gt;</w:t>
        <w:br/>
        <w:t>Нам Войнаровського ніколи!&lt;br /&gt;</w:t>
        <w:br/>
        <w:t>В Сибіру згас він, одстраждав&lt;br /&gt;</w:t>
        <w:br/>
        <w:t>Під плач тайги і рев негоди…&lt;br /&gt;</w:t>
        <w:br/>
        <w:t>Його Рилєєв оспівав,&lt;br /&gt;</w:t>
        <w:br/>
        <w:t>Безсмертний син свого народу.&lt;br /&gt;</w:t>
        <w:br/>
        <w:t>Судьбу поетову кандальну&lt;br /&gt;</w:t>
        <w:br/>
        <w:t>Клянусь я оспівати теж&lt;br /&gt;</w:t>
        <w:br/>
        <w:t>І смерть його на тлі пожеж…&lt;br /&gt;</w:t>
        <w:br/>
        <w:t>Це буде пісня привітальна.&lt;br /&gt;</w:t>
        <w:br/>
        <w:t>Про це кажу, щоб кожен знав.&lt;br /&gt;</w:t>
        <w:br/>
        <w:t>Про "Малоросію печальну"&lt;br /&gt;</w:t>
        <w:br/>
        <w:t>Й сам Пушкін теж колись писав&lt;br /&gt;</w:t>
        <w:br/>
        <w:t>В своїй "Полтаві". Наш Тарас,&lt;br /&gt;</w:t>
        <w:br/>
        <w:t>Що батьком став навік для нас,&lt;br /&gt;</w:t>
        <w:br/>
        <w:t>Не полюбив її, братове,&lt;br /&gt;</w:t>
        <w:br/>
        <w:t>Хоч і у ній натхненне слово&lt;br /&gt;</w:t>
        <w:br/>
        <w:t>Чеканне, наче кроків мідь.&lt;br /&gt;</w:t>
        <w:br/>
        <w:t>Та і за що її любить!&lt;br /&gt;</w:t>
        <w:br/>
        <w:t>"Донос на гетьмана-злодея&lt;br /&gt;</w:t>
        <w:br/>
        <w:t>Царю Петру от Кочубея"?!&lt;br /&gt;</w:t>
        <w:br/>
        <w:t>Бо бідний гетьман не "злодей",&lt;br /&gt;</w:t>
        <w:br/>
        <w:t>А Кочубей — це ж Кучук-бей,&lt;br /&gt;</w:t>
        <w:br/>
        <w:t>Тому й такі його діла.&lt;br /&gt;</w:t>
        <w:br/>
        <w:t>Батия кров у нім текла,&lt;br /&gt;</w:t>
        <w:br/>
        <w:t>У голові, що вийшла з степу,&lt;br /&gt;</w:t>
        <w:br/>
        <w:t>Що відрубав її Мазепа.</w:t>
      </w:r>
    </w:p>
    <w:p>
      <w:r>
        <w:br/>
        <w:t>Ну, годі відступів. Пора!&lt;br /&gt;</w:t>
        <w:br/>
        <w:t>Пора, товаришу і брате,&lt;br /&gt;</w:t>
        <w:br/>
        <w:t>Коня крилатого сідлати,&lt;br /&gt;</w:t>
        <w:br/>
        <w:t>Щоб знову лет його відчуть, —&lt;br /&gt;</w:t>
        <w:br/>
        <w:t>І "з Богом", як то кажуть, в путь!</w:t>
      </w:r>
    </w:p>
    <w:p>
      <w:r>
        <w:br/>
        <w:t>XII</w:t>
      </w:r>
    </w:p>
    <w:p>
      <w:r>
        <w:br/>
        <w:t>А час летів і днів підкови&lt;br /&gt;</w:t>
        <w:br/>
        <w:t>Губив, як зорі — блиск в траву…&lt;br /&gt;</w:t>
        <w:br/>
        <w:t>І Самойлович сумнобровий&lt;br /&gt;</w:t>
        <w:br/>
        <w:t>Віддав Мазепі булаву,&lt;br /&gt;</w:t>
        <w:br/>
        <w:t>І той узяв її з любов'ю.&lt;br /&gt;</w:t>
        <w:br/>
        <w:t>Збудує він життя нове&lt;br /&gt;</w:t>
        <w:br/>
        <w:t>І зійде на його вершини.&lt;br /&gt;</w:t>
        <w:br/>
        <w:t>А крик гримить: "Нехай живе&lt;br /&gt;</w:t>
        <w:br/>
        <w:t>Великий гетьман України!"</w:t>
      </w:r>
    </w:p>
    <w:p>
      <w:r>
        <w:br/>
        <w:t>XIII</w:t>
      </w:r>
    </w:p>
    <w:p>
      <w:r>
        <w:br/>
        <w:t>Так ось він, Київ, що йому&lt;br /&gt;</w:t>
        <w:br/>
        <w:t>В Варшаві снився і в Криму,&lt;br /&gt;</w:t>
        <w:br/>
        <w:t>Коли розлука з ним проклята&lt;br /&gt;</w:t>
        <w:br/>
        <w:t>Дні обернула на тюрму,&lt;br /&gt;</w:t>
        <w:br/>
        <w:t>Якою волею судьби,&lt;br /&gt;</w:t>
        <w:br/>
        <w:t>Щоб знов любити і страждати,&lt;br /&gt;</w:t>
        <w:br/>
        <w:t>Він попрощався без журби.&lt;br /&gt;</w:t>
        <w:br/>
        <w:t>Тополі листячко лапате&lt;br /&gt;</w:t>
        <w:br/>
        <w:t>І весняний каштанів сніг…&lt;br /&gt;</w:t>
        <w:br/>
        <w:t>Ось чорнобривії дівчата&lt;br /&gt;</w:t>
        <w:br/>
        <w:t>В вінках із квітів голубих&lt;br /&gt;</w:t>
        <w:br/>
        <w:t>Попід зеленою горою&lt;br /&gt;</w:t>
        <w:br/>
        <w:t>Ідуть шумливою юрбою.&lt;br /&gt;</w:t>
        <w:br/>
        <w:t>І глянула не раз, не двічі&lt;br /&gt;</w:t>
        <w:br/>
        <w:t>Одна із них Мазепі і вічі.&lt;br /&gt;</w:t>
        <w:br/>
        <w:t>Він у червоному жупані,&lt;br /&gt;</w:t>
        <w:br/>
        <w:t>Байдужий, наче кам'яний…&lt;br /&gt;</w:t>
        <w:br/>
        <w:t>Він снить про зір з-під довгих вій,&lt;br /&gt;</w:t>
        <w:br/>
        <w:t>Бо все віддав своїй Оксані,&lt;br /&gt;</w:t>
        <w:br/>
        <w:t>Що десь, де сиві ковилі,&lt;br /&gt;</w:t>
        <w:br/>
        <w:t>Заснула на чужій землі.&lt;br /&gt;</w:t>
        <w:br/>
        <w:t>Там лиш вовків огненні очі,&lt;br /&gt;</w:t>
        <w:br/>
        <w:t>Немов свічки, горять у тьмі,&lt;br /&gt;</w:t>
        <w:br/>
        <w:t>Коли із неба зорі ночі&lt;br /&gt;</w:t>
        <w:br/>
        <w:t>Шлють промені, як сни німі…&lt;br /&gt;</w:t>
        <w:br/>
        <w:t>І дума він — о серця біг! —&lt;br /&gt;</w:t>
        <w:br/>
        <w:t>Оксани очі серед них.&lt;br /&gt;</w:t>
        <w:br/>
        <w:t>А сонце встане над травою,&lt;br /&gt;</w:t>
        <w:br/>
        <w:t>Немов над маревом ріки…&lt;br /&gt;</w:t>
        <w:br/>
        <w:t>Мазепо, тут вона з тобою,&lt;br /&gt;</w:t>
        <w:br/>
        <w:t>Як помах білої руки,&lt;br /&gt;</w:t>
        <w:br/>
        <w:t>Що проводжала в бурі бою&lt;br /&gt;</w:t>
        <w:br/>
        <w:t>Чи на бенкет… Згадки, згадки&lt;br /&gt;</w:t>
        <w:br/>
        <w:t>Течуть лазурною рікою.&lt;br /&gt;</w:t>
        <w:br/>
        <w:t>Подібні до Дніпра-ріки.&lt;br /&gt;</w:t>
        <w:br/>
        <w:t>. . . . . . . . . . . . . . . . . . . . .&lt;br /&gt;</w:t>
        <w:br/>
        <w:t>Красу він Києва відчув&lt;br /&gt;</w:t>
        <w:br/>
        <w:t>І матір бачив на хвилину.&lt;br /&gt;</w:t>
        <w:br/>
        <w:t>Та в Києві недовго був&lt;br /&gt;</w:t>
        <w:br/>
        <w:t>І в Білу Церкву знов полинув.&lt;br /&gt;</w:t>
        <w:br/>
        <w:t>У Кочубея гроші й слава,&lt;br /&gt;</w:t>
        <w:br/>
        <w:t>Його життя, немов весна,&lt;br /&gt;</w:t>
        <w:br/>
        <w:t>Й та, що любила Броніслава,&lt;br /&gt;</w:t>
        <w:br/>
        <w:t>Вже Кочубеєва жона,&lt;br /&gt;</w:t>
        <w:br/>
        <w:t>Вродлива жінка і лукава.&lt;br /&gt;</w:t>
        <w:br/>
        <w:t>Мазепу жду в саду вона.&lt;br /&gt;</w:t>
        <w:br/>
        <w:t>В кущах сіренький тьохка птах&lt;br /&gt;</w:t>
        <w:br/>
        <w:t>І очі мружить з насолоди,&lt;br /&gt;</w:t>
        <w:br/>
        <w:t>Там, де роса і прохолода…&lt;br /&gt;</w:t>
        <w:br/>
        <w:t>І в срібнім сяйві з небозвода&lt;br /&gt;</w:t>
        <w:br/>
        <w:t>Спить Біла Церква у садах.&lt;br /&gt;</w:t>
        <w:br/>
        <w:t>Спить Кочубей, йому й не сниться&lt;br /&gt;</w:t>
        <w:br/>
        <w:t>Про те, що за його вікном&lt;br /&gt;</w:t>
        <w:br/>
        <w:t>Його красуня-молодиця&lt;br /&gt;</w:t>
        <w:br/>
        <w:t>Тому, хто ніжний і мов криця,&lt;br /&gt;</w:t>
        <w:br/>
        <w:t>Схилилась на плече чолом.</w:t>
      </w:r>
    </w:p>
    <w:p>
      <w:r>
        <w:br/>
        <w:t>МАЗЕПА</w:t>
      </w:r>
    </w:p>
    <w:p>
      <w:r>
        <w:br/>
        <w:t>О, дай на тебе надивиться,&lt;br /&gt;</w:t>
        <w:br/>
        <w:t>Моя ти горлице ясна,&lt;br /&gt;</w:t>
        <w:br/>
        <w:t>Колись була ти цар-дівиця,&lt;br /&gt;</w:t>
        <w:br/>
        <w:t>Тепер татарина жона…</w:t>
      </w:r>
    </w:p>
    <w:p>
      <w:r>
        <w:br/>
        <w:t>Горять зірки, мовчить алея,&lt;br /&gt;</w:t>
        <w:br/>
        <w:t>То стала вічність, наче мить.&lt;br /&gt;</w:t>
        <w:br/>
        <w:t>В обіймах гетьмана тремтить&lt;br /&gt;</w:t>
        <w:br/>
        <w:t>Жона нащадка Кучук-бея,&lt;br /&gt;</w:t>
        <w:br/>
        <w:t>А Кочубей, хильнувши, спить.&lt;br /&gt;</w:t>
        <w:br/>
        <w:t>У сні він, мов дитина, хлипа,&lt;br /&gt;</w:t>
        <w:br/>
        <w:t>Мов доля б'є його лиха.&lt;br /&gt;</w:t>
        <w:br/>
        <w:t>А за вікном зітхає липа,&lt;br /&gt;</w:t>
        <w:br/>
        <w:t>І Кочубеїха зітха.</w:t>
      </w:r>
    </w:p>
    <w:p>
      <w:r>
        <w:br/>
        <w:t>КОЧУБЕЇХА</w:t>
      </w:r>
    </w:p>
    <w:p>
      <w:r>
        <w:br/>
        <w:t>Буть треба далі од гріха,&lt;br /&gt;</w:t>
        <w:br/>
        <w:t>Та це зробить мені несила.&lt;br /&gt;</w:t>
        <w:br/>
        <w:t>Що я не мщу, а полюбила, —&lt;br /&gt;</w:t>
        <w:br/>
        <w:t>Моя вже доленька така.</w:t>
      </w:r>
    </w:p>
    <w:p>
      <w:r>
        <w:br/>
        <w:t>Ти пам'ятаєш Броніслава?..</w:t>
      </w:r>
    </w:p>
    <w:p>
      <w:r>
        <w:br/>
        <w:t>І знов цілунки й тишина…&lt;br /&gt;</w:t>
        <w:br/>
        <w:t>У Кочубея гроші й слава&lt;br /&gt;</w:t>
        <w:br/>
        <w:t>Та ще й зрадливая жона.&lt;br /&gt;</w:t>
        <w:br/>
        <w:t>Про щастя мріяла алея,&lt;br /&gt;</w:t>
        <w:br/>
        <w:t>Де соловей, квітки й роса…&lt;br /&gt;</w:t>
        <w:br/>
        <w:t>І день настав… У Кочубея&lt;br /&gt;</w:t>
        <w:br/>
        <w:t>З'явилась дівчинка-краса.&lt;br /&gt;</w:t>
        <w:br/>
        <w:t>Сидить господар-недотепа,&lt;br /&gt;</w:t>
        <w:br/>
        <w:t>Не зводить з дівчинки очей.&lt;br /&gt;</w:t>
        <w:br/>
        <w:t>Сміється радісно Мазепа,&lt;br /&gt;</w:t>
        <w:br/>
        <w:t>Мовчить рогатий Кочубей.&lt;br /&gt;</w:t>
        <w:br/>
        <w:t>А Кочубеїха (так треба, —&lt;br /&gt;</w:t>
        <w:br/>
        <w:t>Не марно тьохкав соловей)&lt;br /&gt;</w:t>
        <w:br/>
        <w:t>Від сивоусого Мазепи&lt;br /&gt;</w:t>
        <w:br/>
        <w:t>Не може одвести очей.&lt;br /&gt;</w:t>
        <w:br/>
        <w:t>В її уяві ніч… алея…&lt;br /&gt;</w:t>
        <w:br/>
        <w:t>І незабутня та весна…&lt;br /&gt;</w:t>
        <w:br/>
        <w:t>І до сумного Кочубея&lt;br /&gt;</w:t>
        <w:br/>
        <w:t>Говорить з усміхом вона.</w:t>
      </w:r>
    </w:p>
    <w:p>
      <w:r>
        <w:br/>
        <w:t>КОЧУБЕЇХА</w:t>
      </w:r>
    </w:p>
    <w:p>
      <w:r>
        <w:br/>
        <w:t>Чого мовчиш?.. Твоя ж дитина.&lt;br /&gt;</w:t>
        <w:br/>
        <w:t>А чи гадаєш, не твоя?..</w:t>
      </w:r>
    </w:p>
    <w:p>
      <w:r>
        <w:br/>
        <w:t>І зашарілась, мов калина,&lt;br /&gt;</w:t>
        <w:br/>
        <w:t>Од серенади солов'я.</w:t>
      </w:r>
    </w:p>
    <w:p>
      <w:r>
        <w:br/>
        <w:t>КОЧУБЕЇХА</w:t>
      </w:r>
    </w:p>
    <w:p>
      <w:r>
        <w:br/>
        <w:t>Вона на тебе схожа дуже,&lt;br /&gt;</w:t>
        <w:br/>
        <w:t>А очі, очі, мов блакить.&lt;br /&gt;</w:t>
        <w:br/>
        <w:t>Усе мовчиш, сердитий муже,&lt;br /&gt;</w:t>
        <w:br/>
        <w:t>Хрещений батько ж не мовчить.</w:t>
      </w:r>
    </w:p>
    <w:p>
      <w:r>
        <w:br/>
        <w:t>МАЗЕПА</w:t>
      </w:r>
    </w:p>
    <w:p>
      <w:r>
        <w:br/>
        <w:t>Пощо мовчать, коли так ясно,&lt;br /&gt;</w:t>
        <w:br/>
        <w:t>Як у дитини на душі.&lt;br /&gt;</w:t>
        <w:br/>
        <w:t>Моя хрещениця прекрасна,&lt;br /&gt;</w:t>
        <w:br/>
        <w:t>Як місяць у нічній тиші.</w:t>
      </w:r>
    </w:p>
    <w:p>
      <w:r>
        <w:br/>
        <w:t>(До Кочубея)</w:t>
      </w:r>
    </w:p>
    <w:p>
      <w:r>
        <w:br/>
        <w:t>І схожа так на тебе дуже,&lt;br /&gt;</w:t>
        <w:br/>
        <w:t>Така ж смугленька, як і ти.</w:t>
      </w:r>
    </w:p>
    <w:p>
      <w:r>
        <w:br/>
        <w:t>КОЧУБЕЇХА</w:t>
      </w:r>
    </w:p>
    <w:p>
      <w:r>
        <w:br/>
        <w:t>Скажи хоч слово, любий муже!</w:t>
      </w:r>
    </w:p>
    <w:p>
      <w:r>
        <w:br/>
        <w:t>КОЧУБЕЙ</w:t>
      </w:r>
    </w:p>
    <w:p>
      <w:r>
        <w:br/>
        <w:t>До церкви треба скоро йти&lt;br /&gt;</w:t>
        <w:br/>
        <w:t>І помолитись за Мотрону,&lt;br /&gt;</w:t>
        <w:br/>
        <w:t>Щоб, як троянда, розцвіла&lt;br /&gt;</w:t>
        <w:br/>
        <w:t>Вона у домі білім цьому&lt;br /&gt;</w:t>
        <w:br/>
        <w:t>І, як тополенька, росла.</w:t>
      </w:r>
    </w:p>
    <w:p>
      <w:r>
        <w:br/>
        <w:t>МАЗЕПА</w:t>
      </w:r>
    </w:p>
    <w:p>
      <w:r>
        <w:br/>
        <w:t>Ну, що ж. До церкви вам дорога,&lt;br /&gt;</w:t>
        <w:br/>
        <w:t>Мені ж державнії діла.&lt;br /&gt;</w:t>
        <w:br/>
        <w:t>Я буду теж молитись богу,&lt;br /&gt;</w:t>
        <w:br/>
        <w:t>Щоб Мотренька, як цвіт, цвіла,&lt;br /&gt;</w:t>
        <w:br/>
        <w:t>Щоб не закрили світ їй тучі,&lt;br /&gt;</w:t>
        <w:br/>
        <w:t>Не знала щоб нужди заков.&lt;br /&gt;</w:t>
        <w:br/>
        <w:t>Не марно в ній тече жагуча&lt;br /&gt;</w:t>
        <w:br/>
        <w:t>Татарсько-українська кров.&lt;br /&gt;</w:t>
        <w:br/>
        <w:t>Кров степовая, не байдужа.&lt;br /&gt;</w:t>
        <w:br/>
        <w:t>Здорові будьте! Я пішов!</w:t>
      </w:r>
    </w:p>
    <w:p>
      <w:r>
        <w:br/>
        <w:t>І вийшов він, як тінь багряна,&lt;br /&gt;</w:t>
        <w:br/>
        <w:t>З господи білої, мов вгруз&lt;br /&gt;</w:t>
        <w:br/>
        <w:t>У день, мов явір у тумани…&lt;br /&gt;</w:t>
        <w:br/>
        <w:t>. . . . . . . . . . . . . . . . . . . . . . . .&lt;br /&gt;</w:t>
        <w:br/>
        <w:t>А Кочубеїсі коханий&lt;br /&gt;</w:t>
        <w:br/>
        <w:t>Все снився й снився. Довгий вус&lt;br /&gt;</w:t>
        <w:br/>
        <w:t>Торкавсь до губ її гарячих,&lt;br /&gt;</w:t>
        <w:br/>
        <w:t>І сад пахтів диханням руж…&lt;br /&gt;</w:t>
        <w:br/>
        <w:t>Вона проснулась. Мотря плаче…&lt;br /&gt;</w:t>
        <w:br/>
        <w:t>А поруч спить рогатий мужж.</w:t>
      </w:r>
    </w:p>
    <w:p>
      <w:r>
        <w:br/>
        <w:t>Минали дні, минали роки,&lt;br /&gt;</w:t>
        <w:br/>
        <w:t>Пливли, як в сонці та ріка.&lt;br /&gt;</w:t>
        <w:br/>
        <w:t>Росла смуглява й синьоока&lt;br /&gt;</w:t>
        <w:br/>
        <w:t>У Кочубеїхи дочка,&lt;br /&gt;</w:t>
        <w:br/>
        <w:t>На батька схожа, особливо&lt;br /&gt;</w:t>
        <w:br/>
        <w:t>Коли ще був він молодим.&lt;br /&gt;</w:t>
        <w:br/>
        <w:t>Росла струнка, росла щаслива.&lt;br /&gt;</w:t>
        <w:br/>
        <w:t>Щастило їй в житті у всім!&lt;br /&gt;</w:t>
        <w:br/>
        <w:t>Росла, тополенька неначе&lt;br /&gt;</w:t>
        <w:br/>
        <w:t>В киреї неба голубій,&lt;br /&gt;</w:t>
        <w:br/>
        <w:t>Швидка, нервова і гаряча,&lt;br /&gt;</w:t>
        <w:br/>
        <w:t>Як в спеку вітер степовий…&lt;br /&gt;</w:t>
        <w:br/>
        <w:t>Ну та ж татарська, видно, вдача в неї,&lt;br /&gt;</w:t>
        <w:br/>
        <w:t>Як у старого Кочубея,&lt;br /&gt;</w:t>
        <w:br/>
        <w:t>І викликають мрій рої&lt;br /&gt;</w:t>
        <w:br/>
        <w:t>Монгольські вилиці її…&lt;br /&gt;</w:t>
        <w:br/>
        <w:t>Росла і виросла на диво&lt;br /&gt;</w:t>
        <w:br/>
        <w:t>Така, як всі і не як всі,&lt;br /&gt;</w:t>
        <w:br/>
        <w:t>Не мовчазна й не говірлива,&lt;br /&gt;</w:t>
        <w:br/>
        <w:t>Немов конвалія в росі.&lt;br /&gt;</w:t>
        <w:br/>
        <w:t>Старий Мазепа все дивився&lt;br /&gt;</w:t>
        <w:br/>
        <w:t>І надивитися не міг&lt;br /&gt;</w:t>
        <w:br/>
        <w:t>У очі їй, немов молився&lt;br /&gt;</w:t>
        <w:br/>
        <w:t>Лиш їй, забувши про святих.</w:t>
      </w:r>
    </w:p>
    <w:p>
      <w:r>
        <w:br/>
        <w:t>Як золота зорі бандура,&lt;br /&gt;</w:t>
        <w:br/>
        <w:t>Душа акорди струн бере…&lt;br /&gt;</w:t>
        <w:br/>
        <w:t>І протяла стріла амура&lt;br /&gt;</w:t>
        <w:br/>
        <w:t>Два серця — юне і старе.&lt;br /&gt;</w:t>
        <w:br/>
        <w:t>Неначе блискавка сліпуча,&lt;br /&gt;</w:t>
        <w:br/>
        <w:t>Пройшла крізь них не для біди,&lt;br /&gt;</w:t>
        <w:br/>
        <w:t>І стиснулись вони жагуче,&lt;br /&gt;</w:t>
        <w:br/>
        <w:t>Щоб битись разом назавжди.&lt;br /&gt;</w:t>
        <w:br/>
        <w:t>Мазепу все, усе тривожить,&lt;br /&gt;</w:t>
        <w:br/>
        <w:t>Він жити, жити поспіша.&lt;br /&gt;</w:t>
        <w:br/>
        <w:t>О, як старий любити може,&lt;br /&gt;</w:t>
        <w:br/>
        <w:t>Коли за обрій йде душа,&lt;br /&gt;</w:t>
        <w:br/>
        <w:t>Неначе сонце, що заходить&lt;br /&gt;</w:t>
        <w:br/>
        <w:t>Туди, де холод, тиша й мла,&lt;br /&gt;</w:t>
        <w:br/>
        <w:t>Й землі востаннє з небозводу&lt;br /&gt;</w:t>
        <w:br/>
        <w:t>Воно проміння посила…</w:t>
      </w:r>
    </w:p>
    <w:p>
      <w:r>
        <w:br/>
        <w:t>Іще нема зорі заграви,&lt;br /&gt;</w:t>
        <w:br/>
        <w:t>І коників змовкає хруст.&lt;br /&gt;</w:t>
        <w:br/>
        <w:t>А сонечко цілує трави&lt;br /&gt;</w:t>
        <w:br/>
        <w:t>Вогнем своїх кривавих уст…&lt;br /&gt;</w:t>
        <w:br/>
        <w:t>І довго ще печаллю степу&lt;br /&gt;</w:t>
        <w:br/>
        <w:t>Горить зоря… Так і Мазепа,&lt;br /&gt;</w:t>
        <w:br/>
        <w:t>Старий, як осені мотив,&lt;br /&gt;</w:t>
        <w:br/>
        <w:t>У Мотрі юність полюбив,&lt;br /&gt;</w:t>
        <w:br/>
        <w:t>І груди рвуть йому зітхання.&lt;br /&gt;</w:t>
        <w:br/>
        <w:t>Він знає, це — любов остання.</w:t>
      </w:r>
    </w:p>
    <w:p>
      <w:r>
        <w:br/>
        <w:t>А Кочубеїха, як вир,&lt;br /&gt;</w:t>
        <w:br/>
        <w:t>Зла на дочку і на Мазепу…&lt;br /&gt;</w:t>
        <w:br/>
        <w:t>Її терзає любий звір,&lt;br /&gt;</w:t>
        <w:br/>
        <w:t>І звір цей — ревнощі.&lt;br /&gt;</w:t>
        <w:br/>
        <w:t>Не треба&lt;br /&gt;</w:t>
        <w:br/>
        <w:t>Їй різких доказів. Все ясно.&lt;br /&gt;</w:t>
        <w:br/>
        <w:t>До сліз закохана в Мазепу&lt;br /&gt;</w:t>
        <w:br/>
        <w:t>Її дочка, як день, прекрасна.</w:t>
      </w:r>
    </w:p>
    <w:p>
      <w:r>
        <w:br/>
        <w:t>КОЧУБЕЇХА (до Мотрі)</w:t>
      </w:r>
    </w:p>
    <w:p>
      <w:r>
        <w:br/>
        <w:t>Забудь його, бо він старий,&lt;br /&gt;</w:t>
        <w:br/>
        <w:t>Та ще й хрещений батько твій.&lt;br /&gt;</w:t>
        <w:br/>
        <w:t>Ти молода, а він примара.&lt;br /&gt;</w:t>
        <w:br/>
        <w:t>І юності старе — не пара.</w:t>
      </w:r>
    </w:p>
    <w:p>
      <w:r>
        <w:br/>
        <w:t>МОТРЯ</w:t>
      </w:r>
    </w:p>
    <w:p>
      <w:r>
        <w:br/>
        <w:t>Ні, пара! пара! Ти — примара,&lt;br /&gt;</w:t>
        <w:br/>
        <w:t>Коли на нього кажеш це!&lt;br /&gt;</w:t>
        <w:br/>
        <w:t>Чого гориш, як од пожару,&lt;br /&gt;</w:t>
        <w:br/>
        <w:t>Коли уздриш його лице?!</w:t>
      </w:r>
    </w:p>
    <w:p>
      <w:r>
        <w:br/>
        <w:t>Гадаєш, я не помічаю.&lt;br /&gt;</w:t>
        <w:br/>
        <w:t>Мов мак, лице твоє цвіте…&lt;br /&gt;</w:t>
        <w:br/>
        <w:t>Так знай же, я його кохаю.&lt;br /&gt;</w:t>
        <w:br/>
        <w:t>Хрещений батько! Це — пусте,&lt;br /&gt;</w:t>
        <w:br/>
        <w:t>Любов ніяких меж не знає.&lt;br /&gt;</w:t>
        <w:br/>
        <w:t>Моє він сонце золоте.&lt;br /&gt;</w:t>
        <w:br/>
        <w:t>Й я сонця іншого не знаю.</w:t>
      </w:r>
    </w:p>
    <w:p>
      <w:r>
        <w:br/>
        <w:t>Од люті мати ломить руки,&lt;br /&gt;</w:t>
        <w:br/>
        <w:t>З очей її пашить вогонь.</w:t>
      </w:r>
    </w:p>
    <w:p>
      <w:r>
        <w:br/>
        <w:t>КОЧУБЕЇХА</w:t>
      </w:r>
    </w:p>
    <w:p>
      <w:r>
        <w:br/>
        <w:t>Я прокляну тебе, гадюко,&lt;br /&gt;</w:t>
        <w:br/>
        <w:t>Забудь його, забудь його!</w:t>
      </w:r>
    </w:p>
    <w:p>
      <w:r>
        <w:br/>
        <w:t>Але для Мотрі перепони&lt;br /&gt;</w:t>
        <w:br/>
        <w:t>Немає і не може бути.&lt;br /&gt;</w:t>
        <w:br/>
        <w:t>Забуть Мазепу, щастя сон,&lt;br /&gt;</w:t>
        <w:br/>
        <w:t>Це значить дихати забути.</w:t>
      </w:r>
    </w:p>
    <w:p>
      <w:r>
        <w:br/>
        <w:t>Неначе буря у палаті,&lt;br /&gt;</w:t>
        <w:br/>
        <w:t>Мов я із Мотрею кричу.</w:t>
      </w:r>
    </w:p>
    <w:p>
      <w:r>
        <w:br/>
        <w:t>МОТРЯ</w:t>
      </w:r>
    </w:p>
    <w:p>
      <w:r>
        <w:br/>
        <w:t>Як так, то будьте ви прокляті,&lt;br /&gt;</w:t>
        <w:br/>
        <w:t>Я до Мазепи утечу!&lt;br /&gt;</w:t>
        <w:br/>
        <w:t>Люблю його я щиро, чисто.&lt;br /&gt;</w:t>
        <w:br/>
        <w:t>І він мене не улещав.&lt;br /&gt;</w:t>
        <w:br/>
        <w:t>Я віддала йому намисто,&lt;br /&gt;</w:t>
        <w:br/>
        <w:t>Щоб він про мене пам'ятав,&lt;br /&gt;</w:t>
        <w:br/>
        <w:t>Щоб думав він, що я неначе&lt;br /&gt;</w:t>
        <w:br/>
        <w:t>Злила з ним серденька вогонь,&lt;br /&gt;</w:t>
        <w:br/>
        <w:t>Щоб відчував, як кров гаряча&lt;br /&gt;</w:t>
        <w:br/>
        <w:t>Тече із жил моїх в його…</w:t>
      </w:r>
    </w:p>
    <w:p>
      <w:r>
        <w:br/>
        <w:t>На Білу Церкву світять зорі,&lt;br /&gt;</w:t>
        <w:br/>
        <w:t>І лист тополі шелестить.&lt;br /&gt;</w:t>
        <w:br/>
        <w:t>Замкнули Мотрю у коморі.&lt;br /&gt;</w:t>
        <w:br/>
        <w:t>Заснуло все. Вона ж не спить.&lt;br /&gt;</w:t>
        <w:br/>
        <w:t>Для нього все вона забула,&lt;br /&gt;</w:t>
        <w:br/>
        <w:t>А у саду кипить весна…&lt;br /&gt;</w:t>
        <w:br/>
        <w:t>І Мотря привидом майнула&lt;br /&gt;</w:t>
        <w:br/>
        <w:t>В траву з високого вікна.</w:t>
      </w:r>
    </w:p>
    <w:p>
      <w:r>
        <w:br/>
        <w:t>Хіба для неї перепони&lt;br /&gt;</w:t>
        <w:br/>
        <w:t>Старої матері прокльони&lt;br /&gt;</w:t>
        <w:br/>
        <w:t>І навіть бог, що як блакить…&lt;br /&gt;</w:t>
        <w:br/>
        <w:t>Вона біжить повз вишні й клени,&lt;br /&gt;</w:t>
        <w:br/>
        <w:t>У палац гетьмана біжить…&lt;br /&gt;</w:t>
        <w:br/>
        <w:t>А серце б'ється так шалено,&lt;br /&gt;</w:t>
        <w:br/>
        <w:t>І кров у жилах так горить…&lt;br /&gt;</w:t>
        <w:br/>
        <w:t>Буть тільки з ним! І більш не треба&lt;br /&gt;</w:t>
        <w:br/>
        <w:t>Нічого їй. Буть тільки з ним!&lt;br /&gt;</w:t>
        <w:br/>
        <w:t>І от вона уже в Мазепи,&lt;br /&gt;</w:t>
        <w:br/>
        <w:t>В його покої голубім.</w:t>
      </w:r>
    </w:p>
    <w:p>
      <w:r>
        <w:br/>
        <w:t>МАЗЕПА</w:t>
      </w:r>
    </w:p>
    <w:p>
      <w:r>
        <w:br/>
        <w:t>Як ти прийшла, моя кохана,&lt;br /&gt;</w:t>
        <w:br/>
        <w:t>Як ти могла таке зробить?&lt;br /&gt;</w:t>
        <w:br/>
        <w:t>Як серце у твого гетьмана&lt;br /&gt;</w:t>
        <w:br/>
        <w:t>У грудях стогне і болить!&lt;br /&gt;</w:t>
        <w:br/>
        <w:t>Що скажуть люди?! Як це можна?&lt;br /&gt;</w:t>
        <w:br/>
        <w:t>Втекти до мене од батьків!&lt;br /&gt;</w:t>
        <w:br/>
        <w:t>Горить душа моя тривожна,&lt;br /&gt;</w:t>
        <w:br/>
        <w:t>Мене лякає божий гнів&lt;br /&gt;</w:t>
        <w:br/>
        <w:t>І людський суд. Моя хрещена!&lt;br /&gt;</w:t>
        <w:br/>
        <w:t>Та людям мук моїх не знать.&lt;br /&gt;</w:t>
        <w:br/>
        <w:t>О, як хотів би "наречена"&lt;br /&gt;</w:t>
        <w:br/>
        <w:t>При всіх на тебе я сказать.&lt;br /&gt;</w:t>
        <w:br/>
        <w:t>Твоїх батьків я ублагаю&lt;br /&gt;</w:t>
        <w:br/>
        <w:t>Вогнем моїх пекучих сліз.</w:t>
      </w:r>
    </w:p>
    <w:p>
      <w:r>
        <w:br/>
        <w:t>І гетьман в сад, що все зітхає,&lt;br /&gt;</w:t>
        <w:br/>
        <w:t>Мотрону на руках поніс.&lt;br /&gt;</w:t>
        <w:br/>
        <w:t>Несе, а горе скалить ікла,&lt;br /&gt;</w:t>
        <w:br/>
        <w:t>І серце крає меч біди…&lt;br /&gt;</w:t>
        <w:br/>
        <w:t>Ось Мотря вирвалась і зникла&lt;br /&gt;</w:t>
        <w:br/>
        <w:t>З очей, неначе назавжди.</w:t>
      </w:r>
    </w:p>
    <w:p>
      <w:r>
        <w:br/>
        <w:t>Вона гарячим вітром степу&lt;br /&gt;</w:t>
        <w:br/>
        <w:t>Помчала й зникла у кущах.&lt;br /&gt;</w:t>
        <w:br/>
        <w:t>І наче зорі, у Мазепи&lt;br /&gt;</w:t>
        <w:br/>
        <w:t>Мотрони очі у очах…</w:t>
      </w:r>
    </w:p>
    <w:p>
      <w:r>
        <w:br/>
        <w:t>В тиші палат журба безкрая,&lt;br /&gt;</w:t>
        <w:br/>
        <w:t>Десь плаче Мотря, вся в сльозах…&lt;br /&gt;</w:t>
        <w:br/>
        <w:t>А Кочубеїха благає&lt;br /&gt;</w:t>
        <w:br/>
        <w:t>Свого татарина, на жах&lt;br /&gt;</w:t>
        <w:br/>
        <w:t>Йому й собі, — вся гнів і крик, —&lt;br /&gt;</w:t>
        <w:br/>
        <w:t>За Мотрю, зганьблену навік,&lt;br /&gt;</w:t>
        <w:br/>
        <w:t>І потай дума сумовито:&lt;br /&gt;</w:t>
        <w:br/>
        <w:t>"І за мою любов розбиту,&lt;br /&gt;</w:t>
        <w:br/>
        <w:t>За все Мазепі відплати!"</w:t>
      </w:r>
    </w:p>
    <w:p>
      <w:r>
        <w:br/>
        <w:t>КОЧУБЕЇХА</w:t>
      </w:r>
    </w:p>
    <w:p>
      <w:r>
        <w:br/>
        <w:t>Втекти від нас! Його це чари!&lt;br /&gt;</w:t>
        <w:br/>
        <w:t>Як серце рветься од тривог!&lt;br /&gt;</w:t>
        <w:br/>
        <w:t>Ніколи їм не були в парі,&lt;br /&gt;</w:t>
        <w:br/>
        <w:t>Цього не хочуть церква й бог.</w:t>
      </w:r>
    </w:p>
    <w:p>
      <w:r>
        <w:br/>
        <w:t>Як не блага він, не ворожить,&lt;br /&gt;</w:t>
        <w:br/>
        <w:t>Закляттям загубивши лік,&lt;br /&gt;</w:t>
        <w:br/>
        <w:t>Та за дружину буть не може&lt;br /&gt;</w:t>
        <w:br/>
        <w:t>Йому хрещениця повік.&lt;br /&gt;</w:t>
        <w:br/>
        <w:t>Та ще він зрадник. Чорні мрії&lt;br /&gt;</w:t>
        <w:br/>
        <w:t>В душі од всіх охороня&lt;br /&gt;</w:t>
        <w:br/>
        <w:t>І проти матері-Росії&lt;br /&gt;</w:t>
        <w:br/>
        <w:t>Готує тайно повстання.</w:t>
      </w:r>
    </w:p>
    <w:p>
      <w:r>
        <w:br/>
        <w:t>Я знаю все. Пиши Петрові,&lt;br /&gt;</w:t>
        <w:br/>
        <w:t>Пиши, покіль ми ще живі,&lt;br /&gt;</w:t>
        <w:br/>
        <w:t>А то настануть дні грозові,&lt;br /&gt;</w:t>
        <w:br/>
        <w:t>І ми потонемо в крові…</w:t>
      </w:r>
    </w:p>
    <w:p>
      <w:r>
        <w:br/>
        <w:t>Й хтозна, чи виринемо потім,&lt;br /&gt;</w:t>
        <w:br/>
        <w:t>Бо вся Вкраїна — збройний стан.&lt;br /&gt;</w:t>
        <w:br/>
        <w:t>Буть швидко вибуху. Це — злодій,&lt;br /&gt;</w:t>
        <w:br/>
        <w:t>Це супостат, а не гетьман.</w:t>
      </w:r>
    </w:p>
    <w:p>
      <w:r>
        <w:br/>
        <w:t>Петрові будем ми в пригоді,&lt;br /&gt;</w:t>
        <w:br/>
        <w:t>Й він не забуде нас. Пиши.&lt;br /&gt;</w:t>
        <w:br/>
        <w:t>І пише Кочубей: "…він злодій…"&lt;br /&gt;</w:t>
        <w:br/>
        <w:t>Лиш Мотря плаче у тиші…</w:t>
      </w:r>
    </w:p>
    <w:p>
      <w:r>
        <w:br/>
        <w:t>XIV</w:t>
      </w:r>
    </w:p>
    <w:p>
      <w:r>
        <w:br/>
        <w:t>Кто при звездах и при луне&lt;br /&gt;</w:t>
        <w:br/>
        <w:t>Так поздно скачет на коне?&lt;br /&gt;</w:t>
        <w:br/>
        <w:t>О. Пушкін</w:t>
      </w:r>
    </w:p>
    <w:p>
      <w:r>
        <w:br/>
        <w:t>У сяйві зоряних огнів&lt;br /&gt;</w:t>
        <w:br/>
        <w:t>Кого це кінь шаленим скоком&lt;br /&gt;</w:t>
        <w:br/>
        <w:t>Несе на північ, в даль степів?..&lt;br /&gt;</w:t>
        <w:br/>
        <w:t>Це красень Іскра, що любив&lt;br /&gt;</w:t>
        <w:br/>
        <w:t>Над зорі Мотрю синьооку&lt;br /&gt;</w:t>
        <w:br/>
        <w:t>І тільки нею в мріях жив.&lt;br /&gt;</w:t>
        <w:br/>
        <w:t>Він нею жив. Ночей немало&lt;br /&gt;</w:t>
        <w:br/>
        <w:t>Не спав од дум, що, як ріка,&lt;br /&gt;</w:t>
        <w:br/>
        <w:t>Йому всю душу заливали…&lt;br /&gt;</w:t>
        <w:br/>
        <w:t>А Мотря тільки кепкувала&lt;br /&gt;</w:t>
        <w:br/>
        <w:t>З закоханого юнака.&lt;br /&gt;</w:t>
        <w:br/>
        <w:t>Хоч трохи, може, й жалкувала.&lt;br /&gt;</w:t>
        <w:br/>
        <w:t>Та що ж, знать, бог так захотів,&lt;br /&gt;</w:t>
        <w:br/>
        <w:t>Що чорні брови проміняла&lt;br /&gt;</w:t>
        <w:br/>
        <w:t>Вона на злами сивих брів,&lt;br /&gt;</w:t>
        <w:br/>
        <w:t>І гетьмана рабою стала.&lt;br /&gt;</w:t>
        <w:br/>
        <w:t>Як жар, у жилах юна кров…&lt;br /&gt;</w:t>
        <w:br/>
        <w:t>Летить козак удаль досвітну…&lt;br /&gt;</w:t>
        <w:br/>
        <w:t>Його ненависть і любов&lt;br /&gt;</w:t>
        <w:br/>
        <w:t>Женуть на північ непривітну…&lt;br /&gt;</w:t>
        <w:br/>
        <w:t>Так. Перед ним мета одна,&lt;br /&gt;</w:t>
        <w:br/>
        <w:t>Це — жало видерти зміїне&lt;br /&gt;</w:t>
        <w:br/>
        <w:t>З зрадливих уст! Не знають сна&lt;br /&gt;</w:t>
        <w:br/>
        <w:t>В нім лють на гетьмана страшна&lt;br /&gt;</w:t>
        <w:br/>
        <w:t>Й любов до Мотрі й України.&lt;br /&gt;</w:t>
        <w:br/>
        <w:t>Біжить назустріч далина,&lt;br /&gt;</w:t>
        <w:br/>
        <w:t>Що ледь світає над землею…&lt;br /&gt;</w:t>
        <w:br/>
        <w:t>А серце сеє — журби мара…&lt;br /&gt;</w:t>
        <w:br/>
        <w:t>Летить з доносом Кочубея&lt;br /&gt;</w:t>
        <w:br/>
        <w:t>Полковник Іскра до Петра.</w:t>
      </w:r>
    </w:p>
    <w:p>
      <w:r>
        <w:br/>
        <w:t>Цар не повірив в діло злеє,&lt;br /&gt;</w:t>
        <w:br/>
        <w:t>Не скинув ще довіри пут.&lt;br /&gt;</w:t>
        <w:br/>
        <w:t>Віддав він Іскру й Кочубея&lt;br /&gt;</w:t>
        <w:br/>
        <w:t>Мазепі на суворий суд.</w:t>
      </w:r>
    </w:p>
    <w:p>
      <w:r>
        <w:br/>
        <w:t>І от. Шумить майдан широкий&lt;br /&gt;</w:t>
        <w:br/>
        <w:t>Од розхвильованих людей…&lt;br /&gt;</w:t>
        <w:br/>
        <w:t>А біля плахи сумноокий&lt;br /&gt;</w:t>
        <w:br/>
        <w:t>В сорочці довгій Кочубей.&lt;br /&gt;</w:t>
        <w:br/>
        <w:t>Усе в зловісних фарбах тоне,&lt;br /&gt;</w:t>
        <w:br/>
        <w:t>Для нього даль вже нежива…&lt;br /&gt;</w:t>
        <w:br/>
        <w:t>І коло ніг його холоне&lt;br /&gt;</w:t>
        <w:br/>
        <w:t>Кривава Іскри голова.</w:t>
      </w:r>
    </w:p>
    <w:p>
      <w:r>
        <w:br/>
        <w:t>Кат одрубав її… На жертву&lt;br /&gt;</w:t>
        <w:br/>
        <w:t>Пішов юнак, а міг би жить…&lt;br /&gt;</w:t>
        <w:br/>
        <w:t>І очі холодно і мертво&lt;br /&gt;</w:t>
        <w:br/>
        <w:t>В холодну дивляться блакить…</w:t>
      </w:r>
    </w:p>
    <w:p>
      <w:r>
        <w:br/>
        <w:t>Над батьком Мотрі небо хмуре…&lt;br /&gt;</w:t>
        <w:br/>
        <w:t>Дочка десь плаче у юрбі,&lt;br /&gt;</w:t>
        <w:br/>
        <w:t>І, наче траурна бандура,&lt;br /&gt;</w:t>
        <w:br/>
        <w:t>Ридають далі голубі…</w:t>
      </w:r>
    </w:p>
    <w:p>
      <w:r>
        <w:br/>
        <w:t>Так світло й легко над землею,&lt;br /&gt;</w:t>
        <w:br/>
        <w:t>А на землі в сльозах любов.&lt;br /&gt;</w:t>
        <w:br/>
        <w:t>І на сорочці Кочубея&lt;br /&gt;</w:t>
        <w:br/>
        <w:t>Горить багряно Іскри кров…</w:t>
      </w:r>
    </w:p>
    <w:p>
      <w:r>
        <w:br/>
        <w:t>"Держіть її! Держіть!" Юрбою,&lt;br /&gt;</w:t>
        <w:br/>
        <w:t>Немов потоком, хтось пливе…&lt;br /&gt;</w:t>
        <w:br/>
        <w:t>Обличчя, наче неживе,&lt;br /&gt;</w:t>
        <w:br/>
        <w:t>І очі з чорною журбою</w:t>
      </w:r>
    </w:p>
    <w:p>
      <w:r>
        <w:br/>
        <w:t>У простір дивляться… "Держіть!"&lt;br /&gt;</w:t>
        <w:br/>
        <w:t>То Кочубеїха… Не в силі&lt;br /&gt;</w:t>
        <w:br/>
        <w:t>Страшного горя пережить.&lt;br /&gt;</w:t>
        <w:br/>
        <w:t>За грані волі в ній, як хвилі,&lt;br /&gt;</w:t>
        <w:br/>
        <w:t>Душі розхлюпалась блакить…&lt;br /&gt;</w:t>
        <w:br/>
        <w:t>"Держіть її!.. Держіть!.. Держіть!.."</w:t>
      </w:r>
    </w:p>
    <w:p>
      <w:r>
        <w:br/>
        <w:t>Любило так це серце щире…&lt;br /&gt;</w:t>
        <w:br/>
        <w:t>Кому ж його любов жива?&lt;br /&gt;</w:t>
        <w:br/>
        <w:t>На шию впав удар сокири,&lt;br /&gt;</w:t>
        <w:br/>
        <w:t>І покотилась голова&lt;br /&gt;</w:t>
        <w:br/>
        <w:t>По ешафоту і землею…</w:t>
      </w:r>
    </w:p>
    <w:p>
      <w:r>
        <w:br/>
        <w:t>Красиві зайві тут слова.&lt;br /&gt;</w:t>
        <w:br/>
        <w:t>Така вже доля Кочубея…&lt;br /&gt;</w:t>
        <w:br/>
        <w:t>Там десь прозорий хорів спів…&lt;br /&gt;</w:t>
        <w:br/>
        <w:t>А він лежить, мов небо лине…&lt;br /&gt;</w:t>
        <w:br/>
        <w:t>Він теж по-своєму любив&lt;br /&gt;</w:t>
        <w:br/>
        <w:t>Свою нещасну Україну.</w:t>
      </w:r>
    </w:p>
    <w:p>
      <w:r>
        <w:br/>
        <w:t>А Кочубеїха! Вона&lt;br /&gt;</w:t>
        <w:br/>
        <w:t>З наказу гетьмана Мазепи&lt;br /&gt;</w:t>
        <w:br/>
        <w:t>Худа, розпатлана й страшна&lt;br /&gt;</w:t>
        <w:br/>
        <w:t>Мчить за конем широким степом…&lt;br /&gt;</w:t>
        <w:br/>
        <w:t>Вона біжить, а кінь — все швидше&lt;br /&gt;</w:t>
        <w:br/>
        <w:t>З хвостом нап'ятим, як струна,&lt;br /&gt;</w:t>
        <w:br/>
        <w:t>Летить, копитом б'є в обличчя&lt;br /&gt;</w:t>
        <w:br/>
        <w:t>Нещасну страдницю… Одна&lt;br /&gt;</w:t>
        <w:br/>
        <w:t>В широкім і безжальнім полі&lt;br /&gt;</w:t>
        <w:br/>
        <w:t>На жертву і коневі й долі&lt;br /&gt;</w:t>
        <w:br/>
        <w:t>Катами віддана вона.</w:t>
      </w:r>
    </w:p>
    <w:p>
      <w:r>
        <w:br/>
        <w:t>Ремні їй вгризлись туго в руки.&lt;br /&gt;</w:t>
        <w:br/>
        <w:t>Вона ж не розуміє муки,&lt;br /&gt;</w:t>
        <w:br/>
        <w:t>Співає щось і об грудки&lt;br /&gt;</w:t>
        <w:br/>
        <w:t>Грудьми все б'ється…&lt;br /&gt;</w:t>
        <w:br/>
        <w:t>Тіло рветься,&lt;br /&gt;</w:t>
        <w:br/>
        <w:t>Земля оголює кістки&lt;br /&gt;</w:t>
        <w:br/>
        <w:t>Од м'яса їй… Вона ж сміється…&lt;br /&gt;</w:t>
        <w:br/>
        <w:t>Аж доки… Доки лиш кістяк&lt;br /&gt;</w:t>
        <w:br/>
        <w:t>Пропав, де в житі квітне мак.&lt;br /&gt;</w:t>
        <w:br/>
        <w:t>У хмарку місяць загорнувся,&lt;br /&gt;</w:t>
        <w:br/>
        <w:t>В траву лив сльози золоті…&lt;br /&gt;</w:t>
        <w:br/>
        <w:t>А кінь додому повернувся&lt;br /&gt;</w:t>
        <w:br/>
        <w:t>З ремня огризком на хвості…</w:t>
      </w:r>
    </w:p>
    <w:p>
      <w:r>
        <w:br/>
        <w:t>Так важко дихав чорногривий,&lt;br /&gt;</w:t>
        <w:br/>
        <w:t>Неначе гору поборов…&lt;br /&gt;</w:t>
        <w:br/>
        <w:t>І довго конюх буркітливий&lt;br /&gt;</w:t>
        <w:br/>
        <w:t>Стирав з хвоста засохлу кров.</w:t>
      </w:r>
    </w:p>
    <w:p>
      <w:r>
        <w:br/>
        <w:t>XV</w:t>
      </w:r>
    </w:p>
    <w:p>
      <w:r>
        <w:br/>
        <w:t>Іще в Січі, о даль моя,&lt;br /&gt;</w:t>
        <w:br/>
        <w:t>Ховаючи таємні мрії,&lt;br /&gt;</w:t>
        <w:br/>
        <w:t>Йван зненавидив Палія&lt;br /&gt;</w:t>
        <w:br/>
        <w:t>За те, що він любив Росію.&lt;br /&gt;</w:t>
        <w:br/>
        <w:t>А скільки в нім таємних мрій,&lt;br /&gt;</w:t>
        <w:br/>
        <w:t>Що він беріг в ім'я любові&lt;br /&gt;</w:t>
        <w:br/>
        <w:t>До України, боже мій!&lt;br /&gt;</w:t>
        <w:br/>
        <w:t>Тепер полковником Палій&lt;br /&gt;</w:t>
        <w:br/>
        <w:t>На правім березі Дніпровім.</w:t>
      </w:r>
    </w:p>
    <w:p>
      <w:r>
        <w:br/>
        <w:t>"Літа, літа… Промчали ви…&lt;br /&gt;</w:t>
        <w:br/>
        <w:t>Невже рабом і я загину?"…&lt;br /&gt;</w:t>
        <w:br/>
        <w:t>А довгі руки із Москви&lt;br /&gt;</w:t>
        <w:br/>
        <w:t>Все обіймають Україну…</w:t>
      </w:r>
    </w:p>
    <w:p>
      <w:r>
        <w:br/>
        <w:t>"Ні, лобом не розбить бетону&lt;br /&gt;</w:t>
        <w:br/>
        <w:t>Й сказать, де наші, де чужі,&lt;br /&gt;</w:t>
        <w:br/>
        <w:t>Коли стрілецькі гарнізони&lt;br /&gt;</w:t>
        <w:br/>
        <w:t>У кожнім місті, як ножі!.."</w:t>
      </w:r>
    </w:p>
    <w:p>
      <w:r>
        <w:br/>
        <w:t>Так думав він, а кінь копитом&lt;br /&gt;</w:t>
        <w:br/>
        <w:t>Простори рве і землю б'є&lt;br /&gt;</w:t>
        <w:br/>
        <w:t>Під вітром злякано-сердитим…&lt;br /&gt;</w:t>
        <w:br/>
        <w:t>Земля моя, життя моє!</w:t>
      </w:r>
    </w:p>
    <w:p>
      <w:r>
        <w:br/>
        <w:t>Іван Степанович старіє,&lt;br /&gt;</w:t>
        <w:br/>
        <w:t>Для нього це не новина.&lt;br /&gt;</w:t>
        <w:br/>
        <w:t>Його волосся й давні мрії&lt;br /&gt;</w:t>
        <w:br/>
        <w:t>Вже вкрила років сивина…</w:t>
      </w:r>
    </w:p>
    <w:p>
      <w:r>
        <w:br/>
        <w:t>"Ах, той Палій!.. Палій, Паліє!&lt;br /&gt;</w:t>
        <w:br/>
        <w:t>Тобі дорога вся ясна.&lt;br /&gt;</w:t>
        <w:br/>
        <w:t>Мені ж…" І гетьман шаленіє,&lt;br /&gt;</w:t>
        <w:br/>
        <w:t>А в серці ненависть одна.&lt;br /&gt;</w:t>
        <w:br/>
        <w:t>В його очах горить багряно&lt;br /&gt;</w:t>
        <w:br/>
        <w:t>Якийсь огонь… "Пора, пора!.."&lt;br /&gt;</w:t>
        <w:br/>
        <w:t>А кінь летить у морі трав,&lt;br /&gt;</w:t>
        <w:br/>
        <w:t>Нема кінця і краю степу.&lt;br /&gt;</w:t>
        <w:br/>
        <w:t>Од мрій не звільниться Мазепа…&lt;br /&gt;</w:t>
        <w:br/>
        <w:t>Він Кочубеїху згадав…&lt;br /&gt;</w:t>
        <w:br/>
        <w:t>В траві копита б'ють не лунко,&lt;br /&gt;</w:t>
        <w:br/>
        <w:t>Земля вже скоро буде в тьмі…&lt;br /&gt;</w:t>
        <w:br/>
        <w:t>Згадав Мазепа поцілунки&lt;br /&gt;</w:t>
        <w:br/>
        <w:t>І шепіт пристрасний у тьмі…</w:t>
      </w:r>
    </w:p>
    <w:p>
      <w:r>
        <w:br/>
        <w:t>"Як сяє місяць!.. Скрізь так тихо…&lt;br /&gt;</w:t>
        <w:br/>
        <w:t>І так шумить гаряча кров… —&lt;br /&gt;</w:t>
        <w:br/>
        <w:t>Йому шепоче молодиха. —</w:t>
      </w:r>
    </w:p>
    <w:p>
      <w:r>
        <w:br/>
        <w:t>Од всіх ховаєм ми любов.&lt;br /&gt;</w:t>
        <w:br/>
        <w:t>Це — гріх, мій гетьмане коханий,&lt;br /&gt;</w:t>
        <w:br/>
        <w:t>Це гріх великий, о повір! —&lt;br /&gt;</w:t>
        <w:br/>
        <w:t>Шепочуть повні губи п'яно:&lt;br /&gt;</w:t>
        <w:br/>
        <w:t>— Мій сивоусий богатир!.."</w:t>
      </w:r>
    </w:p>
    <w:p>
      <w:r>
        <w:br/>
        <w:t>Давно, давно… Дочка у неї,&lt;br /&gt;</w:t>
        <w:br/>
        <w:t>Смуглява Мотря… Чи ж його?..&lt;br /&gt;</w:t>
        <w:br/>
        <w:t>Ах, ніч! Та ніч у зір інеї&lt;br /&gt;</w:t>
        <w:br/>
        <w:t>І щастя повного вогонь!..</w:t>
      </w:r>
    </w:p>
    <w:p>
      <w:r>
        <w:br/>
        <w:t>Минулих днів далекі тіні&lt;br /&gt;</w:t>
        <w:br/>
        <w:t>Ніяк не тонуть в років млі…&lt;br /&gt;</w:t>
        <w:br/>
        <w:t>Те щастя — айстри в дні осінні,&lt;br /&gt;</w:t>
        <w:br/>
        <w:t>Що запізнились на землі.</w:t>
      </w:r>
    </w:p>
    <w:p>
      <w:r>
        <w:br/>
        <w:t>А серце ниє… В вухах дзвін,&lt;br /&gt;</w:t>
        <w:br/>
        <w:t>Мов од копит, що б'ють нестримно.&lt;br /&gt;</w:t>
        <w:br/>
        <w:t>І на душі так дико й димно…&lt;br /&gt;</w:t>
        <w:br/>
        <w:t>Хрещений батько Мотрі він.</w:t>
      </w:r>
    </w:p>
    <w:p>
      <w:r>
        <w:br/>
        <w:t>Знов, як раніш, всі в зорях ночі,&lt;br /&gt;</w:t>
        <w:br/>
        <w:t>Останні, може, у житті…&lt;br /&gt;</w:t>
        <w:br/>
        <w:t>Йому все сняться владні очі,&lt;br /&gt;</w:t>
        <w:br/>
        <w:t>Мотрони очі золоті…</w:t>
      </w:r>
    </w:p>
    <w:p>
      <w:r>
        <w:br/>
        <w:t>А роки мчать кудись шалено,&lt;br /&gt;</w:t>
        <w:br/>
        <w:t>За силуетом силует…&lt;br /&gt;</w:t>
        <w:br/>
        <w:t>Він кличе Палія Семена.&lt;br /&gt;</w:t>
        <w:br/>
        <w:t>І от шумить уже бенкет…&lt;br /&gt;</w:t>
        <w:br/>
        <w:t>Зір Палія за мури лине…&lt;br /&gt;</w:t>
        <w:br/>
        <w:t>А брови — крил орлиних змах…&lt;br /&gt;</w:t>
        <w:br/>
        <w:t>Сидить вся в золоті старшина.&lt;br /&gt;</w:t>
        <w:br/>
        <w:t>В багрянім бархаті, в шовках…&lt;br /&gt;</w:t>
        <w:br/>
        <w:t>Палій між нею, наче цвях:&lt;br /&gt;</w:t>
        <w:br/>
        <w:t>"Тут зрадою і кров'ю віє".&lt;br /&gt;</w:t>
        <w:br/>
        <w:t>Думок не глушить чарок дзвін.&lt;br /&gt;</w:t>
        <w:br/>
        <w:t>За те, що любить він Росію,&lt;br /&gt;</w:t>
        <w:br/>
        <w:t>Його не люблять, знає він.&lt;br /&gt;</w:t>
        <w:br/>
        <w:t>"Росія — щит наш од негод.&lt;br /&gt;</w:t>
        <w:br/>
        <w:t>Незборний з нею наш народ.&lt;br /&gt;</w:t>
        <w:br/>
        <w:t>А од старшини лиш халепа".&lt;br /&gt;</w:t>
        <w:br/>
        <w:t>Так дума він… І, як сова,&lt;br /&gt;</w:t>
        <w:br/>
        <w:t>На нього дивиться Мазепа&lt;br /&gt;</w:t>
        <w:br/>
        <w:t>Й вина у чарку підлива.&lt;br /&gt;</w:t>
        <w:br/>
        <w:t>Він з Палія не зводить віч,&lt;br /&gt;</w:t>
        <w:br/>
        <w:t>У них щось темне і вороже.&lt;br /&gt;</w:t>
        <w:br/>
        <w:t>Він сивий весь, як та, що в ніч&lt;br /&gt;</w:t>
        <w:br/>
        <w:t>Літа, а вдень літать не може.&lt;br /&gt;</w:t>
        <w:br/>
        <w:t>Одного помаху руки&lt;br /&gt;</w:t>
        <w:br/>
        <w:t>Було достатньо і немало.&lt;br /&gt;</w:t>
        <w:br/>
        <w:t>На знак цей дужі сердюки&lt;br /&gt;</w:t>
        <w:br/>
        <w:t>Біля Семена грізно стали…</w:t>
      </w:r>
    </w:p>
    <w:p>
      <w:r>
        <w:br/>
        <w:t>"В'яжіть його!" І от Палій&lt;br /&gt;</w:t>
        <w:br/>
        <w:t>У путах весь, блідий, блідий…&lt;br /&gt;</w:t>
        <w:br/>
        <w:t>"Невже кінець?.. От так халепа!.."&lt;br /&gt;</w:t>
        <w:br/>
        <w:t>"Він зрадник!" — вигукнув Мазепа.</w:t>
      </w:r>
    </w:p>
    <w:p>
      <w:r>
        <w:br/>
        <w:t>XVI</w:t>
      </w:r>
    </w:p>
    <w:p>
      <w:r>
        <w:br/>
        <w:t>Туман у серці і кругом,&lt;br /&gt;</w:t>
        <w:br/>
        <w:t>Як дим мутний на полі бою…&lt;br /&gt;</w:t>
        <w:br/>
        <w:t>Стоїть Палій перед Петром.&lt;br /&gt;</w:t>
        <w:br/>
        <w:t>Горять докором і журбою&lt;br /&gt;</w:t>
        <w:br/>
        <w:t>Семена очі… В них любов&lt;br /&gt;</w:t>
        <w:br/>
        <w:t>Злилася з гнівом невимовним,&lt;br /&gt;</w:t>
        <w:br/>
        <w:t>Що то спахне, то згасне знов…&lt;br /&gt;</w:t>
        <w:br/>
        <w:t>Стоїть перед Петром безмовним&lt;br /&gt;</w:t>
        <w:br/>
        <w:t>Семен… Вкраїни береги&lt;br /&gt;</w:t>
        <w:br/>
        <w:t>Далеко десь одтуманіли…&lt;br /&gt;</w:t>
        <w:br/>
        <w:t>"Дай сил мені, о краю милий!"&lt;br /&gt;</w:t>
        <w:br/>
        <w:t>Але залізом ланцюги, —&lt;br /&gt;</w:t>
        <w:br/>
        <w:t>Яка ганьба, і мука, й жах! —&lt;br /&gt;</w:t>
        <w:br/>
        <w:t>Глузливо дзвонять на ногах…</w:t>
      </w:r>
    </w:p>
    <w:p>
      <w:r>
        <w:br/>
        <w:t>Тюрма… Далеко ще до ранку.&lt;br /&gt;</w:t>
        <w:br/>
        <w:t>Ось перервав Петро мовчанку.&lt;br /&gt;</w:t>
        <w:br/>
        <w:t>"Так це така любов твоя!..&lt;br /&gt;</w:t>
        <w:br/>
        <w:t>На милість не зміню я гнів!..&lt;br /&gt;</w:t>
        <w:br/>
        <w:t>Мазепі тільки й вірю я,&lt;br /&gt;</w:t>
        <w:br/>
        <w:t>Найкращому з моїх братів…"&lt;br /&gt;</w:t>
        <w:br/>
        <w:t>Петро на ліжкові сидів,&lt;br /&gt;</w:t>
        <w:br/>
        <w:t>А вищий був за Палія.&lt;br /&gt;</w:t>
        <w:br/>
        <w:t>"Тобі прощенія не знать.&lt;br /&gt;</w:t>
        <w:br/>
        <w:t>Готуйсь до кари, сучий сину!&lt;br /&gt;</w:t>
        <w:br/>
        <w:t>Хотів навіки одірвать&lt;br /&gt;</w:t>
        <w:br/>
        <w:t>Ти від Росії Україну…&lt;br /&gt;</w:t>
        <w:br/>
        <w:t>Загинеш ти, як хижий звір!" —&lt;br /&gt;</w:t>
        <w:br/>
        <w:t>Не давши вимовить і слова,&lt;br /&gt;</w:t>
        <w:br/>
        <w:t>Петро, од люті весь багровий,&lt;br /&gt;</w:t>
        <w:br/>
        <w:t>Пішов. І от його нема.&lt;br /&gt;</w:t>
        <w:br/>
        <w:t>Кайдани… Туга і тюрма…&lt;br /&gt;</w:t>
        <w:br/>
        <w:t>Крізь грати зір огні вишневі,&lt;br /&gt;</w:t>
        <w:br/>
        <w:t>Як скорбні думи Палієві…&lt;br /&gt;</w:t>
        <w:br/>
        <w:t>"Там сонце світить на ріллю,&lt;br /&gt;</w:t>
        <w:br/>
        <w:t>На квіти і людей обличчя…&lt;br /&gt;</w:t>
        <w:br/>
        <w:t>Я Україну так люблю,&lt;br /&gt;</w:t>
        <w:br/>
        <w:t>Її простори бунтівничі,&lt;br /&gt;</w:t>
        <w:br/>
        <w:t>Її тополі і зірки…&lt;br /&gt;</w:t>
        <w:br/>
        <w:t>О, краю мій, моє ти небо!&lt;br /&gt;</w:t>
        <w:br/>
        <w:t>Якби я довгі жив віки,&lt;br /&gt;</w:t>
        <w:br/>
        <w:t>Не надивився б я на тебе!..&lt;br /&gt;</w:t>
        <w:br/>
        <w:t>Я все дивився б на траву,&lt;br /&gt;</w:t>
        <w:br/>
        <w:t>Що переливно вітер хилить…&lt;br /&gt;</w:t>
        <w:br/>
        <w:t>Для тебе тільки я й живу,&lt;br /&gt;</w:t>
        <w:br/>
        <w:t>Моя ти Україно мила!&lt;br /&gt;</w:t>
        <w:br/>
        <w:t>Хоч перед смертю надивлюсь&lt;br /&gt;</w:t>
        <w:br/>
        <w:t>На тебе, краю мій коханий,&lt;br /&gt;</w:t>
        <w:br/>
        <w:t>Душі очима, мила Русь,&lt;br /&gt;</w:t>
        <w:br/>
        <w:t>Мій Київ, сонцем осіянний!&lt;br /&gt;</w:t>
        <w:br/>
        <w:t>Ти, в синь здіймаючи свій спів,&lt;br /&gt;</w:t>
        <w:br/>
        <w:t>На зло ворожої стихії&lt;br /&gt;</w:t>
        <w:br/>
        <w:t>Став матір'ю всіх городів&lt;br /&gt;</w:t>
        <w:br/>
        <w:t>Непереможної Росії.&lt;br /&gt;</w:t>
        <w:br/>
        <w:t>Хай славою синів жива&lt;br /&gt;</w:t>
        <w:br/>
        <w:t>Не ображається Москва,&lt;br /&gt;</w:t>
        <w:br/>
        <w:t>Чий крок в світах гримить залізно,&lt;br /&gt;</w:t>
        <w:br/>
        <w:t>Щоб славить у віках вітчизну.</w:t>
      </w:r>
    </w:p>
    <w:p>
      <w:r>
        <w:br/>
        <w:t>У дружбі, наче сталь єдина,&lt;br /&gt;</w:t>
        <w:br/>
        <w:t>Живуть Росія й Україна.&lt;br /&gt;</w:t>
        <w:br/>
        <w:t>Вони — це слави світла рать,&lt;br /&gt;</w:t>
        <w:br/>
        <w:t>Що стереже простори милі,&lt;br /&gt;</w:t>
        <w:br/>
        <w:t>І вже ніякій в світі силі&lt;br /&gt;</w:t>
        <w:br/>
        <w:t>Єднання їх не розірвать.&lt;br /&gt;</w:t>
        <w:br/>
        <w:t>Не раз вони в вітрах загину&lt;br /&gt;</w:t>
        <w:br/>
        <w:t>Лили червонеє вино…&lt;br /&gt;</w:t>
        <w:br/>
        <w:t>Тому й люблю тебе, Вкраїно,&lt;br /&gt;</w:t>
        <w:br/>
        <w:t>Що ти й Росія — це одно!"&lt;br /&gt;</w:t>
        <w:br/>
        <w:t>І ці думки у тьмі й тиші,&lt;br /&gt;</w:t>
        <w:br/>
        <w:t>Як пісня, ллються із душі.</w:t>
      </w:r>
    </w:p>
    <w:p>
      <w:r>
        <w:br/>
        <w:t>XVII</w:t>
      </w:r>
    </w:p>
    <w:p>
      <w:r>
        <w:br/>
        <w:t>Палій на каторзі. Несила&lt;br /&gt;</w:t>
        <w:br/>
        <w:t>Йому дивитись на сніги.&lt;br /&gt;</w:t>
        <w:br/>
        <w:t>І м'ясо до кісток проїли&lt;br /&gt;</w:t>
        <w:br/>
        <w:t>Йому іржаві ланцюги.&lt;br /&gt;</w:t>
        <w:br/>
        <w:t>Поміж дерев виття звірине,&lt;br /&gt;</w:t>
        <w:br/>
        <w:t>Сичить поземка, як змія…&lt;br /&gt;</w:t>
        <w:br/>
        <w:t>А десь далеко Україна&lt;br /&gt;</w:t>
        <w:br/>
        <w:t>Садами кличе Палія,&lt;br /&gt;</w:t>
        <w:br/>
        <w:t>Там, де зеленою юрбою&lt;br /&gt;</w:t>
        <w:br/>
        <w:t>Тополі зводяться увись,&lt;br /&gt;</w:t>
        <w:br/>
        <w:t>І над Дніпровою водою&lt;br /&gt;</w:t>
        <w:br/>
        <w:t>Крильми дві чайки обнялись…</w:t>
      </w:r>
    </w:p>
    <w:p>
      <w:r>
        <w:br/>
        <w:t>В його хатині стогне лихо.&lt;br /&gt;</w:t>
        <w:br/>
        <w:t>Там тільки сльози й тишина…&lt;br /&gt;</w:t>
        <w:br/>
        <w:t>І у зажурі Паліїха&lt;br /&gt;</w:t>
        <w:br/>
        <w:t>Сидить край синього вікна.</w:t>
      </w:r>
    </w:p>
    <w:p>
      <w:r>
        <w:br/>
        <w:t>До бою твоє серце звичне,&lt;br /&gt;</w:t>
        <w:br/>
        <w:t>Але чому ти був такий,&lt;br /&gt;</w:t>
        <w:br/>
        <w:t>Петром брутально і цинічно&lt;br /&gt;</w:t>
        <w:br/>
        <w:t>Утилізований, Палій?..&lt;br /&gt;</w:t>
        <w:br/>
        <w:t>З релігії, неначе з водки,&lt;br /&gt;</w:t>
        <w:br/>
        <w:t>Ти кату ноги цілував…&lt;br /&gt;</w:t>
        <w:br/>
        <w:t>Не міг ти бути Полуботком,&lt;br /&gt;</w:t>
        <w:br/>
        <w:t>Що за Вкраїну кров пролляв.&lt;br /&gt;</w:t>
        <w:br/>
        <w:t>Віддав за неї серце щире,&lt;br /&gt;</w:t>
        <w:br/>
        <w:t>Та не пішов на чорну гру,&lt;br /&gt;</w:t>
        <w:br/>
        <w:t>Й під гострим вилиском сокири&lt;br /&gt;</w:t>
        <w:br/>
        <w:t>Не покорився він Петру.</w:t>
      </w:r>
    </w:p>
    <w:p>
      <w:r>
        <w:br/>
        <w:t>За те, що грав ти і програвся,&lt;br /&gt;</w:t>
        <w:br/>
        <w:t>Бо виграв лиш Петро лихий,&lt;br /&gt;</w:t>
        <w:br/>
        <w:t>А ти у монастир подався&lt;br /&gt;</w:t>
        <w:br/>
        <w:t>Свої замолювать гріхи.&lt;br /&gt;</w:t>
        <w:br/>
        <w:t>Чи ж замолив? Бо Україну,&lt;br /&gt;</w:t>
        <w:br/>
        <w:t>Не ту Вкраїну бачив ти.&lt;br /&gt;</w:t>
        <w:br/>
        <w:t>Од мрій твоїх, козачий сину,&lt;br /&gt;</w:t>
        <w:br/>
        <w:t>Лишилися одні хрести.</w:t>
      </w:r>
    </w:p>
    <w:p>
      <w:r>
        <w:br/>
        <w:t>XVIII</w:t>
      </w:r>
    </w:p>
    <w:p>
      <w:r>
        <w:br/>
        <w:t>Мазепа дума, як на крицю&lt;br /&gt;</w:t>
        <w:br/>
        <w:t>Знайти ще дужчу силу — гнів…&lt;br /&gt;</w:t>
        <w:br/>
        <w:t>Щоб будувать свою столицю,&lt;br /&gt;</w:t>
        <w:br/>
        <w:t>Петро все просить козаків.</w:t>
      </w:r>
    </w:p>
    <w:p>
      <w:r>
        <w:br/>
        <w:t>Вони в болоті там втопають,&lt;br /&gt;</w:t>
        <w:br/>
        <w:t>Ллючи в Неву і піт, і кров,&lt;br /&gt;</w:t>
        <w:br/>
        <w:t>І на кістках їх виростають&lt;br /&gt;</w:t>
        <w:br/>
        <w:t>Гранітні велетні будов…</w:t>
      </w:r>
    </w:p>
    <w:p>
      <w:r>
        <w:br/>
        <w:t>Петру ж все мало… Ще, Мазепо!&lt;br /&gt;</w:t>
        <w:br/>
        <w:t>Все ще і ще… Прокляте "ще"&lt;br /&gt;</w:t>
        <w:br/>
        <w:t>Терзає серце без потреби,&lt;br /&gt;</w:t>
        <w:br/>
        <w:t>І серце, як вогонь, пече…&lt;br /&gt;</w:t>
        <w:br/>
        <w:t>І йдуть на північ діти півдня&lt;br /&gt;</w:t>
        <w:br/>
        <w:t>Й своє офірують життя,&lt;br /&gt;</w:t>
        <w:br/>
        <w:t>Ідуть під спів прощальний півня&lt;br /&gt;</w:t>
        <w:br/>
        <w:t>Без вороття, без вороття…</w:t>
      </w:r>
    </w:p>
    <w:p>
      <w:r>
        <w:br/>
        <w:t>"Ну, як йому заткнути пельку?" —&lt;br /&gt;</w:t>
        <w:br/>
        <w:t>Мазепа дума. Пелька ж та&lt;br /&gt;</w:t>
        <w:br/>
        <w:t>Все ширше зуби розгорта&lt;br /&gt;</w:t>
        <w:br/>
        <w:t>Й ковта чуби, шлики, петельки —&lt;br /&gt;</w:t>
        <w:br/>
        <w:t>І вже назад не поверта.</w:t>
      </w:r>
    </w:p>
    <w:p>
      <w:r>
        <w:br/>
        <w:t>XIX</w:t>
      </w:r>
    </w:p>
    <w:p>
      <w:r>
        <w:br/>
        <w:t>А небо дихає грозою&lt;br /&gt;</w:t>
        <w:br/>
        <w:t>Над синім вилиском штика…&lt;br /&gt;</w:t>
        <w:br/>
        <w:t>То Карл Дванадцятий до бою&lt;br /&gt;</w:t>
        <w:br/>
        <w:t>Петра з фіордів заклика.</w:t>
      </w:r>
    </w:p>
    <w:p>
      <w:r>
        <w:br/>
        <w:t>Відважний лицар опівночі&lt;br /&gt;</w:t>
        <w:br/>
        <w:t>Полки хоробрі ізбирав…&lt;br /&gt;</w:t>
        <w:br/>
        <w:t>Петро ж іти туди не хоче,&lt;br /&gt;</w:t>
        <w:br/>
        <w:t>І швед рушає не Петра…</w:t>
      </w:r>
    </w:p>
    <w:p>
      <w:r>
        <w:br/>
        <w:t>Та не шляхом Наполеона&lt;br /&gt;</w:t>
        <w:br/>
        <w:t>Йде завойовник молодий…&lt;br /&gt;</w:t>
        <w:br/>
        <w:t>Зіткнулися в грозі два трона…&lt;br /&gt;</w:t>
        <w:br/>
        <w:t>Хто переможе?.. Буде бій!..</w:t>
      </w:r>
    </w:p>
    <w:p>
      <w:r>
        <w:br/>
        <w:t>І не один. Вкраїна сниться,&lt;br /&gt;</w:t>
        <w:br/>
        <w:t>Вікінгу сниться вся в садах…&lt;br /&gt;</w:t>
        <w:br/>
        <w:t>Мазепа жде його, і криця —&lt;br /&gt;</w:t>
        <w:br/>
        <w:t>Петро розсиплеться у прах.</w:t>
      </w:r>
    </w:p>
    <w:p>
      <w:r>
        <w:br/>
        <w:t>Лиш треба здвоєно ударить&lt;br /&gt;</w:t>
        <w:br/>
        <w:t>Його у точку, ще й одну!..&lt;br /&gt;</w:t>
        <w:br/>
        <w:t>І загудуть кругом пожари,&lt;br /&gt;</w:t>
        <w:br/>
        <w:t>І шведи виграють війну.</w:t>
      </w:r>
    </w:p>
    <w:p>
      <w:r>
        <w:br/>
        <w:t>Шматочок ласий Україна.&lt;br /&gt;</w:t>
        <w:br/>
        <w:t>Так дума Карл — напівдитина,&lt;br /&gt;</w:t>
        <w:br/>
        <w:t>Що раз уже Петра розбив&lt;br /&gt;</w:t>
        <w:br/>
        <w:t>Біля балтійських берегів.</w:t>
      </w:r>
    </w:p>
    <w:p>
      <w:r>
        <w:br/>
        <w:t>XX</w:t>
      </w:r>
    </w:p>
    <w:p>
      <w:r>
        <w:br/>
        <w:t>Не для бенкету, не параду,&lt;br /&gt;</w:t>
        <w:br/>
        <w:t>Відкривши таємниці тьму,&lt;br /&gt;</w:t>
        <w:br/>
        <w:t>Мазепа скликав на нараду&lt;br /&gt;</w:t>
        <w:br/>
        <w:t>Старшину, віддану йому.</w:t>
      </w:r>
    </w:p>
    <w:p>
      <w:r>
        <w:br/>
        <w:t>МАЗЕПА</w:t>
      </w:r>
    </w:p>
    <w:p>
      <w:r>
        <w:br/>
        <w:t>Панове, вже прийшла година&lt;br /&gt;</w:t>
        <w:br/>
        <w:t>В кривавій величі своїй.&lt;br /&gt;</w:t>
        <w:br/>
        <w:t>А чи готові за Вкраїну&lt;br /&gt;</w:t>
        <w:br/>
        <w:t>Ви всі іти на смертний бій?&lt;br /&gt;</w:t>
        <w:br/>
        <w:t>За нашу націю нещасну,&lt;br /&gt;</w:t>
        <w:br/>
        <w:t>Що лиха випила до дна.&lt;br /&gt;</w:t>
        <w:br/>
        <w:t>Щоб путь її була прекрасна&lt;br /&gt;</w:t>
        <w:br/>
        <w:t>І стала вільною вона?</w:t>
      </w:r>
    </w:p>
    <w:p>
      <w:r>
        <w:br/>
        <w:t>СТАРШИНА</w:t>
      </w:r>
    </w:p>
    <w:p>
      <w:r>
        <w:br/>
        <w:t>Готові! Ми давно готові!&lt;br /&gt;</w:t>
        <w:br/>
        <w:t>Веди нас, батьку! І шаблі,&lt;br /&gt;</w:t>
        <w:br/>
        <w:t>Неначе блискавки грозові,&lt;br /&gt;</w:t>
        <w:br/>
        <w:t>Немов огненні жала злі,&lt;br /&gt;</w:t>
        <w:br/>
        <w:t>Повітря разом розітнули&lt;br /&gt;</w:t>
        <w:br/>
        <w:t>В покої гетьмана… "Веди!&lt;br /&gt;</w:t>
        <w:br/>
        <w:t>Щоб нашу вольність нам вернули,&lt;br /&gt;</w:t>
        <w:br/>
        <w:t>Маєтки наші і сади!"</w:t>
      </w:r>
    </w:p>
    <w:p>
      <w:r>
        <w:br/>
        <w:t>ОДИН ІЗ ЗМОВНИКІВ</w:t>
      </w:r>
    </w:p>
    <w:p>
      <w:r>
        <w:br/>
        <w:t>Але де візьмем збройну силу,&lt;br /&gt;</w:t>
        <w:br/>
        <w:t>Щоб нас Петро не поламав,&lt;br /&gt;</w:t>
        <w:br/>
        <w:t>Неначе хмиз?</w:t>
      </w:r>
    </w:p>
    <w:p>
      <w:r>
        <w:br/>
        <w:t>ЩЕ ОДИН</w:t>
      </w:r>
    </w:p>
    <w:p>
      <w:r>
        <w:br/>
        <w:t>Нас мало. Їх же… Я сказав…</w:t>
      </w:r>
    </w:p>
    <w:p>
      <w:r>
        <w:br/>
        <w:t>МАЗЕПА</w:t>
      </w:r>
    </w:p>
    <w:p>
      <w:r>
        <w:br/>
        <w:t>Цього не бійтесь. Це — нічого.&lt;br /&gt;</w:t>
        <w:br/>
        <w:t>Нам Карл Дванадцятий — помога.&lt;br /&gt;</w:t>
        <w:br/>
        <w:t>Звичайно, на за наші очі&lt;br /&gt;</w:t>
        <w:br/>
        <w:t>Нам буде Карл допомагать.&lt;br /&gt;</w:t>
        <w:br/>
        <w:t>Загарбать він Вкраїну хоче, —&lt;br /&gt;</w:t>
        <w:br/>
        <w:t>І це нам треба добре знать.&lt;br /&gt;</w:t>
        <w:br/>
        <w:t>Далеко Швеція. Ми потім&lt;br /&gt;</w:t>
        <w:br/>
        <w:t>Її розіб'ємо ярмо.&lt;br /&gt;</w:t>
        <w:br/>
        <w:t>Це не Росія, що так близько.&lt;br /&gt;</w:t>
        <w:br/>
        <w:t>Та й січове хоробре військо&lt;br /&gt;</w:t>
        <w:br/>
        <w:t>У нас в руках. В нас козир є.&lt;br /&gt;</w:t>
        <w:br/>
        <w:t>Хай перше Карл Петра поб'є.&lt;br /&gt;</w:t>
        <w:br/>
        <w:t>Й йому, ослаблому, ми будем,&lt;br /&gt;</w:t>
        <w:br/>
        <w:t>Мой братове, добрі люди,&lt;br /&gt;</w:t>
        <w:br/>
        <w:t>Козацьку волю диктувать.&lt;br /&gt;</w:t>
        <w:br/>
        <w:t>Про це нам треба пам'ятать.</w:t>
      </w:r>
    </w:p>
    <w:p>
      <w:r>
        <w:br/>
        <w:t>І повні ненависті й шалу,&lt;br /&gt;</w:t>
        <w:br/>
        <w:t>Вони розходитися стали&lt;br /&gt;</w:t>
        <w:br/>
        <w:t>В передчутті страшних негод.&lt;br /&gt;</w:t>
        <w:br/>
        <w:t>Та ні словечка не сказали&lt;br /&gt;</w:t>
        <w:br/>
        <w:t>На цій нараді про народ,&lt;br /&gt;</w:t>
        <w:br/>
        <w:t>Немов його й не існувало.&lt;br /&gt;</w:t>
        <w:br/>
        <w:t>Тож знай, жупанство малинове,&lt;br /&gt;</w:t>
        <w:br/>
        <w:t>Народ останнє скаже слово!</w:t>
      </w:r>
    </w:p>
    <w:p>
      <w:r>
        <w:br/>
        <w:t>XXI</w:t>
      </w:r>
    </w:p>
    <w:p>
      <w:r>
        <w:br/>
        <w:t>Як Палія любила Січ,&lt;br /&gt;</w:t>
        <w:br/>
        <w:t>І як його ще й зараз любить…&lt;br /&gt;</w:t>
        <w:br/>
        <w:t>Коли він кине грізний клич,&lt;br /&gt;</w:t>
        <w:br/>
        <w:t>Вони підставлять смерті груди&lt;br /&gt;</w:t>
        <w:br/>
        <w:t>І ринуть бурею за ним&lt;br /&gt;</w:t>
        <w:br/>
        <w:t>Крізь канонади лютий дим…&lt;br /&gt;</w:t>
        <w:br/>
        <w:t>Він бачить бронзові обличчя&lt;br /&gt;</w:t>
        <w:br/>
        <w:t>Своїх братів по боротьбі&lt;br /&gt;</w:t>
        <w:br/>
        <w:t>За Україну й славу Січі…&lt;br /&gt;</w:t>
        <w:br/>
        <w:t>В журбі чоло він нахиляє,&lt;br /&gt;</w:t>
        <w:br/>
        <w:t>А за вікном тайга ридає,&lt;br /&gt;</w:t>
        <w:br/>
        <w:t>І в тундрі голос її лине…&lt;br /&gt;</w:t>
        <w:br/>
        <w:t>Ні, то ридає Україна&lt;br /&gt;</w:t>
        <w:br/>
        <w:t>У горі-розпачі німім&lt;br /&gt;</w:t>
        <w:br/>
        <w:t>За сином зрадженим своїм.&lt;br /&gt;</w:t>
        <w:br/>
        <w:t>Як довго лине ніч зимова,&lt;br /&gt;</w:t>
        <w:br/>
        <w:t>З морозу все вікно рябе…&lt;br /&gt;</w:t>
        <w:br/>
        <w:t>Щоб виправдать йому себе,&lt;br /&gt;</w:t>
        <w:br/>
        <w:t>Петро не дав сказать ні слова.&lt;br /&gt;</w:t>
        <w:br/>
        <w:t>І в дерев'яному бараці&lt;br /&gt;</w:t>
        <w:br/>
        <w:t>Снуються думи про того,&lt;br /&gt;</w:t>
        <w:br/>
        <w:t>Хто застромив ножа вогонь&lt;br /&gt;</w:t>
        <w:br/>
        <w:t>У вірне серце небораці&lt;br /&gt;</w:t>
        <w:br/>
        <w:t>В жахній зрадливості своїй.&lt;br /&gt;</w:t>
        <w:br/>
        <w:t>І гнівно думає Палій:&lt;br /&gt;</w:t>
        <w:br/>
        <w:t>"Я відплачу йому, собаці!&lt;br /&gt;</w:t>
        <w:br/>
        <w:t>І буде, як завжди, незмінно&lt;br /&gt;</w:t>
        <w:br/>
        <w:t>Росії вірна Україна!&lt;br /&gt;</w:t>
        <w:br/>
        <w:t>Одна в нас правда і могуть,&lt;br /&gt;</w:t>
        <w:br/>
        <w:t>Як і одна в майбутнє путь!"</w:t>
      </w:r>
    </w:p>
    <w:p>
      <w:r>
        <w:br/>
        <w:t>Кривив Петро вуста вишневі…&lt;br /&gt;</w:t>
        <w:br/>
        <w:t>Він же не вірив Палієві…&lt;br /&gt;</w:t>
        <w:br/>
        <w:t>І от, нарешті, зрозумів&lt;br /&gt;</w:t>
        <w:br/>
        <w:t>(У серці невимовний гнів).&lt;br /&gt;</w:t>
        <w:br/>
        <w:t>Що, як довірливу дитину,&lt;br /&gt;</w:t>
        <w:br/>
        <w:t>Його Мазепа обдурив.</w:t>
      </w:r>
    </w:p>
    <w:p>
      <w:r>
        <w:br/>
        <w:t>XXII</w:t>
      </w:r>
    </w:p>
    <w:p>
      <w:r>
        <w:br/>
        <w:t>Вже Карл Дванадцятий кордони&lt;br /&gt;</w:t>
        <w:br/>
        <w:t>В пихатій величі пройшов…&lt;br /&gt;</w:t>
        <w:br/>
        <w:t>Пора, пора набить патрони,&lt;br /&gt;</w:t>
        <w:br/>
        <w:t>Пролить нападників злу кров!&lt;br /&gt;</w:t>
        <w:br/>
        <w:t>Там, там, до Ворскли, до ріки&lt;br /&gt;</w:t>
        <w:br/>
        <w:t>Іде юнак в царя короні.&lt;br /&gt;</w:t>
        <w:br/>
        <w:t>Титан із золота в броні&lt;br /&gt;</w:t>
        <w:br/>
        <w:t>І йдуть прославлені, швидкі&lt;br /&gt;</w:t>
        <w:br/>
        <w:t>По манію його руки&lt;br /&gt;</w:t>
        <w:br/>
        <w:t>По всій, по всій та оболоні,&lt;br /&gt;</w:t>
        <w:br/>
        <w:t>Блакитні Швеції полки.&lt;br /&gt;</w:t>
        <w:br/>
        <w:t>Їх запорожців стріли лави&lt;br /&gt;</w:t>
        <w:br/>
        <w:t>Тих, що Мазепа сивий вів…&lt;br /&gt;</w:t>
        <w:br/>
        <w:t>Музика грала, крики "слава"&lt;br /&gt;</w:t>
        <w:br/>
        <w:t>Й різнокольорових прапорів&lt;br /&gt;</w:t>
        <w:br/>
        <w:t>На вітрі гомін… Як у сні…</w:t>
      </w:r>
    </w:p>
    <w:p>
      <w:r>
        <w:br/>
        <w:t>І от під мурами Полтави&lt;br /&gt;</w:t>
        <w:br/>
        <w:t>Полки спинилися, міцні&lt;br /&gt;</w:t>
        <w:br/>
        <w:t>В своїй злютованості грізній,&lt;br /&gt;</w:t>
        <w:br/>
        <w:t>На горе Матері-вітчизні.&lt;br /&gt;</w:t>
        <w:br/>
        <w:t>. . . . . . . . . . . . . . . . . . . . . . . . . .&lt;br /&gt;</w:t>
        <w:br/>
        <w:t>За штурмом штурм… Але Полтава,&lt;br /&gt;</w:t>
        <w:br/>
        <w:t>Так, як стояла, і стоїть…&lt;br /&gt;</w:t>
        <w:br/>
        <w:t>Пожеж все ширшає заграва,&lt;br /&gt;</w:t>
        <w:br/>
        <w:t>В диму затьмарилась блакить…&lt;br /&gt;</w:t>
        <w:br/>
        <w:t>І лицарі чубаті степу&lt;br /&gt;</w:t>
        <w:br/>
        <w:t>Полтавських досягти висот&lt;br /&gt;</w:t>
        <w:br/>
        <w:t>Ніяк не можуть, бо Мазепу&lt;br /&gt;</w:t>
        <w:br/>
        <w:t>Прокляв, як зрадника, народ&lt;br /&gt;</w:t>
        <w:br/>
        <w:t>Й на нього свій обрушив гнів&lt;br /&gt;</w:t>
        <w:br/>
        <w:t>За те, що шведів він привів,&lt;br /&gt;</w:t>
        <w:br/>
        <w:t>Що віддає, достойний згину,&lt;br /&gt;</w:t>
        <w:br/>
        <w:t>Їм на поталу Україну…&lt;br /&gt;</w:t>
        <w:br/>
        <w:t>Лютує Карл і по намету&lt;br /&gt;</w:t>
        <w:br/>
        <w:t>Нервово ходить без кінця…&lt;br /&gt;</w:t>
        <w:br/>
        <w:t>Не можуть шведськії багнети&lt;br /&gt;</w:t>
        <w:br/>
        <w:t>Зломить народного бійця,&lt;br /&gt;</w:t>
        <w:br/>
        <w:t>Що встав за віру православну,&lt;br /&gt;</w:t>
        <w:br/>
        <w:t>За рідну землю і церкви,&lt;br /&gt;</w:t>
        <w:br/>
        <w:t>Щоб записать сторінку славну&lt;br /&gt;</w:t>
        <w:br/>
        <w:t>В єднанні Києва й Москви&lt;br /&gt;</w:t>
        <w:br/>
        <w:t>В скрижалі пам'яті людської,&lt;br /&gt;</w:t>
        <w:br/>
        <w:t>Й проти чужинців став стіною.&lt;br /&gt;</w:t>
        <w:br/>
        <w:t>Одна надія в них на Бога,&lt;br /&gt;</w:t>
        <w:br/>
        <w:t>Щоб захистить своє добро…&lt;br /&gt;</w:t>
        <w:br/>
        <w:t>Полтаві йде на допомогу&lt;br /&gt;</w:t>
        <w:br/>
        <w:t>З полками юними Петро —&lt;br /&gt;</w:t>
        <w:br/>
        <w:t>Вість принесла розвідка степу.&lt;br /&gt;</w:t>
        <w:br/>
        <w:t>І хмуро дивиться Мазепа,&lt;br /&gt;</w:t>
        <w:br/>
        <w:t>І довгі вуса, наче кіт,&lt;br /&gt;</w:t>
        <w:br/>
        <w:t>Гризе він у безсилій люті.&lt;br /&gt;</w:t>
        <w:br/>
        <w:t>Ні! Не зламать Петра могуті!&lt;br /&gt;</w:t>
        <w:br/>
        <w:t>Передчуває він, і піт,&lt;br /&gt;</w:t>
        <w:br/>
        <w:t>Смертельний піт, воложить скроні…&lt;br /&gt;</w:t>
        <w:br/>
        <w:t>Й стоять напоготові коні.&lt;br /&gt;</w:t>
        <w:br/>
        <w:t>Згадав він Мотрину любов,&lt;br /&gt;</w:t>
        <w:br/>
        <w:t>Солодку, незрадливу, чисту,&lt;br /&gt;</w:t>
        <w:br/>
        <w:t>І мацає її намисто&lt;br /&gt;</w:t>
        <w:br/>
        <w:t>На шиї зморщеній ізнов…&lt;br /&gt;</w:t>
        <w:br/>
        <w:t>Згадав сокири блиск іскристий,&lt;br /&gt;</w:t>
        <w:br/>
        <w:t>На пласі Кочубея кров&lt;br /&gt;</w:t>
        <w:br/>
        <w:t>І на сорочці його білій…&lt;br /&gt;</w:t>
        <w:br/>
        <w:t>Згадки туманять часу хвилі,&lt;br /&gt;</w:t>
        <w:br/>
        <w:t>Та у згадках чи є потреба&lt;br /&gt;</w:t>
        <w:br/>
        <w:t>Час не такий тепер наспів.&lt;br /&gt;</w:t>
        <w:br/>
        <w:t>Як з Палієм, Петра Мазепа&lt;br /&gt;</w:t>
        <w:br/>
        <w:t>І з Кочубеєм обдурив.&lt;br /&gt;</w:t>
        <w:br/>
        <w:t>"Палій, Палій… Злі хуртовини&lt;br /&gt;</w:t>
        <w:br/>
        <w:t>Тепер ти слухаєш в тайзі&lt;br /&gt;</w:t>
        <w:br/>
        <w:t>Далеко десь на Україні,&lt;br /&gt;</w:t>
        <w:br/>
        <w:t>Неначе пес "на ланцюзі".&lt;br /&gt;</w:t>
        <w:br/>
        <w:t>А стрілянина все лунає,&lt;br /&gt;</w:t>
        <w:br/>
        <w:t>Й Петра Мазепа проклинає,&lt;br /&gt;</w:t>
        <w:br/>
        <w:t>Як той його. Він ще не знав:&lt;br /&gt;</w:t>
        <w:br/>
        <w:t>Його в церквах Петро прокляв,&lt;br /&gt;</w:t>
        <w:br/>
        <w:t>І вся Вкраїна проклинає.&lt;br /&gt;</w:t>
        <w:br/>
        <w:t>Якби він знав, якби ж він знав!</w:t>
      </w:r>
    </w:p>
    <w:p>
      <w:r>
        <w:br/>
        <w:t>КАРЛ (Мазепі)</w:t>
      </w:r>
    </w:p>
    <w:p>
      <w:r>
        <w:br/>
        <w:t>Ти обіцяв алмазні гори,&lt;br /&gt;</w:t>
        <w:br/>
        <w:t>Мій бідний спільнику, і я&lt;br /&gt;</w:t>
        <w:br/>
        <w:t>Повірив, як у блиск Аврори,&lt;br /&gt;</w:t>
        <w:br/>
        <w:t>Як в пісню-казку солов'я,&lt;br /&gt;</w:t>
        <w:br/>
        <w:t>Що нас зустріне Україна,&lt;br /&gt;</w:t>
        <w:br/>
        <w:t>Як дорогих братів своїх…&lt;br /&gt;</w:t>
        <w:br/>
        <w:t>А що ми бачимо?! Звірина&lt;br /&gt;</w:t>
        <w:br/>
        <w:t>Ненависть стріла нас. Батіг&lt;br /&gt;</w:t>
        <w:br/>
        <w:t>Та штик допомогти не зможуть&lt;br /&gt;</w:t>
        <w:br/>
        <w:t>Без ласки братньої тепла.&lt;br /&gt;</w:t>
        <w:br/>
        <w:t>І все це так мене тривожить…&lt;br /&gt;</w:t>
        <w:br/>
        <w:t>Да. Кепські нашії діла.&lt;br /&gt;</w:t>
        <w:br/>
        <w:t>Допоможи нам, правий Боже,&lt;br /&gt;</w:t>
        <w:br/>
        <w:t>Охорони од кривди й зла&lt;br /&gt;</w:t>
        <w:br/>
        <w:t>В країні, де усе вороже!</w:t>
      </w:r>
    </w:p>
    <w:p>
      <w:r>
        <w:br/>
        <w:t>МАЗЕПА</w:t>
      </w:r>
    </w:p>
    <w:p>
      <w:r>
        <w:br/>
        <w:t>Хто знає все, той все уміє.&lt;br /&gt;</w:t>
        <w:br/>
        <w:t>На Бога лиш одна надія.&lt;br /&gt;</w:t>
        <w:br/>
        <w:t>Могутній він в своїх ділах&lt;br /&gt;</w:t>
        <w:br/>
        <w:t>Там, де людина тільки прах,&lt;br /&gt;</w:t>
        <w:br/>
        <w:t>Пушинка у його руках.&lt;br /&gt;</w:t>
        <w:br/>
        <w:t>На Бога лиш одна надія.</w:t>
      </w:r>
    </w:p>
    <w:p>
      <w:r>
        <w:br/>
        <w:t>І Карл наметом знову ходить,&lt;br /&gt;</w:t>
        <w:br/>
        <w:t>А думкою далеко бродить&lt;br /&gt;</w:t>
        <w:br/>
        <w:t>Там, між озер і скель стрімких,&lt;br /&gt;</w:t>
        <w:br/>
        <w:t>Що з малих літ так любить їх…</w:t>
      </w:r>
    </w:p>
    <w:p>
      <w:r>
        <w:br/>
        <w:t>КАРЛ</w:t>
      </w:r>
    </w:p>
    <w:p>
      <w:r>
        <w:br/>
        <w:t>Я бив Петра. Він знає добре,&lt;br /&gt;</w:t>
        <w:br/>
        <w:t>Та і не дуже він хоробрий,&lt;br /&gt;</w:t>
        <w:br/>
        <w:t>Бо з Нарви так од нас тікав,&lt;br /&gt;</w:t>
        <w:br/>
        <w:t>Що у медаль на сміх попав.&lt;br /&gt;</w:t>
        <w:br/>
        <w:t>Але тепер вже інша справа.&lt;br /&gt;</w:t>
        <w:br/>
        <w:t>Навчена вже його орава,&lt;br /&gt;</w:t>
        <w:br/>
        <w:t>Та так навчена, що ого!&lt;br /&gt;</w:t>
        <w:br/>
        <w:t>Чи я, чи він, о духи злі!&lt;br /&gt;</w:t>
        <w:br/>
        <w:t>Удвох нам тісно на землі.</w:t>
      </w:r>
    </w:p>
    <w:p>
      <w:r>
        <w:br/>
        <w:t>XXIII</w:t>
      </w:r>
    </w:p>
    <w:p>
      <w:r>
        <w:br/>
        <w:t>И грянул бой, полтавский бой&lt;br /&gt;</w:t>
        <w:br/>
        <w:t>О. Пушкін</w:t>
      </w:r>
    </w:p>
    <w:p>
      <w:r>
        <w:br/>
        <w:t>В залізне коло круг Полтави&lt;br /&gt;</w:t>
        <w:br/>
        <w:t>Упав тугий удар ядра&lt;br /&gt;</w:t>
        <w:br/>
        <w:t>І стежку проробив криваву…&lt;br /&gt;</w:t>
        <w:br/>
        <w:t>В жаданні смерті або слави&lt;br /&gt;</w:t>
        <w:br/>
        <w:t>То підійшли полки Петра.&lt;br /&gt;</w:t>
        <w:br/>
        <w:t>Як попіл той, літають гави,&lt;br /&gt;</w:t>
        <w:br/>
        <w:t>Когось кляне їх чорна рать.&lt;br /&gt;</w:t>
        <w:br/>
        <w:t>І трупи покотом лежать&lt;br /&gt;</w:t>
        <w:br/>
        <w:t>В крові під мурами Полтави…&lt;br /&gt;</w:t>
        <w:br/>
        <w:t>Але живі іще стоять,&lt;br /&gt;</w:t>
        <w:br/>
        <w:t>Але серця в живих ще б'ються!..&lt;br /&gt;</w:t>
        <w:br/>
        <w:t>Вони над ядрами сміються…&lt;br /&gt;</w:t>
        <w:br/>
        <w:t>Живих ще треба подолать!&lt;br /&gt;</w:t>
        <w:br/>
        <w:t>Зійшлись дві армії. Одна&lt;br /&gt;</w:t>
        <w:br/>
        <w:t>Покрита славою у битвах.&lt;br /&gt;</w:t>
        <w:br/>
        <w:t>А друга юна та міцна,&lt;br /&gt;</w:t>
        <w:br/>
        <w:t>Як сталь, що кута у молитвах…&lt;br /&gt;</w:t>
        <w:br/>
        <w:t>Неначе тятива туга,&lt;br /&gt;</w:t>
        <w:br/>
        <w:t>Вона напружилась для вдару…&lt;br /&gt;</w:t>
        <w:br/>
        <w:t>В крові ковзається нога,&lt;br /&gt;</w:t>
        <w:br/>
        <w:t>І очі сліпнуть од пожару,&lt;br /&gt;</w:t>
        <w:br/>
        <w:t>Що в небо посилає хмари&lt;br /&gt;</w:t>
        <w:br/>
        <w:t>І тут, і там, і тут, і там&lt;br /&gt;</w:t>
        <w:br/>
        <w:t>З гарматним димом наполам.</w:t>
      </w:r>
    </w:p>
    <w:p>
      <w:r>
        <w:br/>
        <w:t>Як б'ються шведи вперто, люто!..&lt;br /&gt;</w:t>
        <w:br/>
        <w:t>Та земляні міцні редути&lt;br /&gt;</w:t>
        <w:br/>
        <w:t>Їх не пускають і вогнем&lt;br /&gt;</w:t>
        <w:br/>
        <w:t>Січуть, січуть невідборимо,&lt;br /&gt;</w:t>
        <w:br/>
        <w:t>Неначе богатир мечем!..&lt;br /&gt;</w:t>
        <w:br/>
        <w:t>"Невже пролине слава мимо!" —&lt;br /&gt;</w:t>
        <w:br/>
        <w:t>так думав Карл у колі тих,&lt;br /&gt;</w:t>
        <w:br/>
        <w:t>що з ним пройшли важкі дороги&lt;br /&gt;</w:t>
        <w:br/>
        <w:t>для смерті чи для перемоги.&lt;br /&gt;</w:t>
        <w:br/>
        <w:t>Гримить загрозливе "ура",&lt;br /&gt;</w:t>
        <w:br/>
        <w:t>То наплива, по відпливає…&lt;br /&gt;</w:t>
        <w:br/>
        <w:t>І смерть круг Карла і Петра&lt;br /&gt;</w:t>
        <w:br/>
        <w:t>На крилах огнених літає.&lt;br /&gt;</w:t>
        <w:br/>
        <w:t>Ось підморгнула! "Ну, пора!"&lt;br /&gt;</w:t>
        <w:br/>
        <w:t>Скривила те, що звалось губи…&lt;br /&gt;</w:t>
        <w:br/>
        <w:t>Й лишив круг Карла купу трупів&lt;br /&gt;</w:t>
        <w:br/>
        <w:t>Удар розпечений ядра…&lt;br /&gt;</w:t>
        <w:br/>
        <w:t>Й од його страшного жала&lt;br /&gt;</w:t>
        <w:br/>
        <w:t>Земля неначе застогнала,&lt;br /&gt;</w:t>
        <w:br/>
        <w:t>А з нею й Карл, що тінню впав,&lt;br /&gt;</w:t>
        <w:br/>
        <w:t>Де, на поживу тліну й гав,&lt;br /&gt;</w:t>
        <w:br/>
        <w:t>Його соратникі лежали…&lt;br /&gt;</w:t>
        <w:br/>
        <w:t>Але недовго він лежав, —&lt;br /&gt;</w:t>
        <w:br/>
        <w:t>Його фатерські дужі руки&lt;br /&gt;</w:t>
        <w:br/>
        <w:t>Під невгамовні бою звуки&lt;br /&gt;</w:t>
        <w:br/>
        <w:t>Зняли під неба димні брами,&lt;br /&gt;</w:t>
        <w:br/>
        <w:t>Як стяг кривавий над полками…&lt;br /&gt;</w:t>
        <w:br/>
        <w:t>Й ті, що хитнулися назад,&lt;br /&gt;</w:t>
        <w:br/>
        <w:t>Коли побачили героя,&lt;br /&gt;</w:t>
        <w:br/>
        <w:t>Знов уперед пішли грозою&lt;br /&gt;</w:t>
        <w:br/>
        <w:t>В страшний ударів громопад,&lt;br /&gt;</w:t>
        <w:br/>
        <w:t>Щоб перемогу взяти з бою…&lt;br /&gt;</w:t>
        <w:br/>
        <w:t>Бо він живий, їх вождь і брат,&lt;br /&gt;</w:t>
        <w:br/>
        <w:t>Як символ радості й весни,&lt;br /&gt;</w:t>
        <w:br/>
        <w:t>Кумир уславлений народу.&lt;br /&gt;</w:t>
        <w:br/>
        <w:t>Готові всі іти вони&lt;br /&gt;</w:t>
        <w:br/>
        <w:t>За нього і в огонь, і в воду…&lt;br /&gt;</w:t>
        <w:br/>
        <w:t>Вони ідуть. Хай смерть лиха&lt;br /&gt;</w:t>
        <w:br/>
        <w:t>Відступить від сміливців в ночі!..&lt;br /&gt;</w:t>
        <w:br/>
        <w:t>Бо сяють їм героя очі,&lt;br /&gt;</w:t>
        <w:br/>
        <w:t>Бо Карл рукою їм маха…&lt;br /&gt;</w:t>
        <w:br/>
        <w:t>Й ще дужче бій кругом клекоче…&lt;br /&gt;</w:t>
        <w:br/>
        <w:t>То гнуться російські полки,&lt;br /&gt;</w:t>
        <w:br/>
        <w:t>То шведські — синьою стіною,&lt;br /&gt;</w:t>
        <w:br/>
        <w:t>Як моря вал перед скалою,&lt;br /&gt;</w:t>
        <w:br/>
        <w:t>Б'ючись об гострені штики…&lt;br /&gt;</w:t>
        <w:br/>
        <w:t>Все вище й вище бою гами…&lt;br /&gt;</w:t>
        <w:br/>
        <w:t>Готов і швед, і рос на все…&lt;br /&gt;</w:t>
        <w:br/>
        <w:t>Чий кінь летить перед полками,&lt;br /&gt;</w:t>
        <w:br/>
        <w:t>Кого він злякано несе?&lt;br /&gt;</w:t>
        <w:br/>
        <w:t>І як він ніг не покалічить,&lt;br /&gt;</w:t>
        <w:br/>
        <w:t>І ребер як не полама!&lt;br /&gt;</w:t>
        <w:br/>
        <w:t>На ньому велетень північний&lt;br /&gt;</w:t>
        <w:br/>
        <w:t>Летить, як світло і як тьма,&lt;br /&gt;</w:t>
        <w:br/>
        <w:t>Коли світанок пестить рожі…&lt;br /&gt;</w:t>
        <w:br/>
        <w:t>І кінь копита підійма&lt;br /&gt;</w:t>
        <w:br/>
        <w:t>І трощить голови ворожі…&lt;br /&gt;</w:t>
        <w:br/>
        <w:t>Смерть замахнулась!.. Та дарма!..&lt;br /&gt;</w:t>
        <w:br/>
        <w:t>Петру ще жить і йти землею.&lt;br /&gt;</w:t>
        <w:br/>
        <w:t>Бо він для армії своєї,&lt;br /&gt;</w:t>
        <w:br/>
        <w:t>Неначе молодість сама,&lt;br /&gt;</w:t>
        <w:br/>
        <w:t>Хоч кров людську він лив, як воду,&lt;br /&gt;</w:t>
        <w:br/>
        <w:t>За славу Росії в борні…&lt;br /&gt;</w:t>
        <w:br/>
        <w:t>Летить, як буря, на коні&lt;br /&gt;</w:t>
        <w:br/>
        <w:t>Любов російського народу&lt;br /&gt;</w:t>
        <w:br/>
        <w:t>Крізь канонади сивий дим…&lt;br /&gt;</w:t>
        <w:br/>
        <w:t>Шепоче він святу молитву.&lt;br /&gt;</w:t>
        <w:br/>
        <w:t>І армія іде на битву,&lt;br /&gt;</w:t>
        <w:br/>
        <w:t>В однім пориві злита з ним…&lt;br /&gt;</w:t>
        <w:br/>
        <w:t>Неначе море підпира&lt;br /&gt;</w:t>
        <w:br/>
        <w:t>Його і з ним все вище лине…&lt;br /&gt;</w:t>
        <w:br/>
        <w:t>А збоку Карла і Петра&lt;br /&gt;</w:t>
        <w:br/>
        <w:t>Вкраїнці б'ються до загину.&lt;br /&gt;</w:t>
        <w:br/>
        <w:t>Який це жах! Який це жах!&lt;br /&gt;</w:t>
        <w:br/>
        <w:t>Так розмінять могуть орлину!&lt;br /&gt;</w:t>
        <w:br/>
        <w:t>І наче стогне на ножах&lt;br /&gt;</w:t>
        <w:br/>
        <w:t>Роздерте серце України…&lt;br /&gt;</w:t>
        <w:br/>
        <w:t>Над ними круки, круки, круки&lt;br /&gt;</w:t>
        <w:br/>
        <w:t>Між ними зрад повзе змія,&lt;br /&gt;</w:t>
        <w:br/>
        <w:t>Там, де хрестилися шаблюки&lt;br /&gt;</w:t>
        <w:br/>
        <w:t>І Гордієнка й Палія.&lt;br /&gt;</w:t>
        <w:br/>
        <w:t>Палій!.. Важка рука Петрова,&lt;br /&gt;</w:t>
        <w:br/>
        <w:t>Що мов не пам'ятає зла,&lt;br /&gt;</w:t>
        <w:br/>
        <w:t>З Семена збила злі закови&lt;br /&gt;</w:t>
        <w:br/>
        <w:t>І до Полтави привела&lt;br /&gt;</w:t>
        <w:br/>
        <w:t>В цей ранок грізний і грозовий…&lt;br /&gt;</w:t>
        <w:br/>
        <w:t>Розбіглись коні вороні,&lt;br /&gt;</w:t>
        <w:br/>
        <w:t>Шаблі розскочилися гострі…&lt;br /&gt;</w:t>
        <w:br/>
        <w:t>До січових бійців, як постріл,&lt;br /&gt;</w:t>
        <w:br/>
        <w:t>Палій підскочив на коні.</w:t>
      </w:r>
    </w:p>
    <w:p>
      <w:r>
        <w:br/>
        <w:t>ПАЛІЙ</w:t>
      </w:r>
    </w:p>
    <w:p>
      <w:r>
        <w:br/>
        <w:t>Січовики! За кого люто&lt;br /&gt;</w:t>
        <w:br/>
        <w:t>Ви кров братерськую ллєте?..&lt;br /&gt;</w:t>
        <w:br/>
        <w:t>Як сміли Бога ви забути,&lt;br /&gt;</w:t>
        <w:br/>
        <w:t>Кому народ продаєте?!&lt;br /&gt;</w:t>
        <w:br/>
        <w:t>Ви ж не перевертні, а люди!&lt;br /&gt;</w:t>
        <w:br/>
        <w:t>Сини мої! Чи ви зі мною?</w:t>
      </w:r>
    </w:p>
    <w:p>
      <w:r>
        <w:br/>
        <w:t>СІЧОВИКИ</w:t>
      </w:r>
    </w:p>
    <w:p>
      <w:r>
        <w:br/>
        <w:t>З тобою, батьку, ми з тобою!&lt;br /&gt;</w:t>
        <w:br/>
        <w:t>Змії ми голову зсічем!</w:t>
      </w:r>
    </w:p>
    <w:p>
      <w:r>
        <w:br/>
        <w:t>Загуркотіло "Слава! Слава…" —&lt;br /&gt;</w:t>
        <w:br/>
        <w:t>І козаки за Палієм&lt;br /&gt;</w:t>
        <w:br/>
        <w:t>На шведів ринули, як лава.&lt;br /&gt;</w:t>
        <w:br/>
        <w:t>Неначе меч титана, дзенькнув&lt;br /&gt;</w:t>
        <w:br/>
        <w:t>Об штик ворожий у борні.&lt;br /&gt;</w:t>
        <w:br/>
        <w:t>І марно кликав Гордієнко&lt;br /&gt;</w:t>
        <w:br/>
        <w:t>Свої незборні курені…&lt;br /&gt;</w:t>
        <w:br/>
        <w:t>Його не слухали. І мимо&lt;br /&gt;</w:t>
        <w:br/>
        <w:t>Вони летіли, наче сни…&lt;br /&gt;</w:t>
        <w:br/>
        <w:t>І шведа так невідборимо&lt;br /&gt;</w:t>
        <w:br/>
        <w:t>По флангу вдарили вони&lt;br /&gt;</w:t>
        <w:br/>
        <w:t>В рішучу мить! З життям прощання&lt;br /&gt;</w:t>
        <w:br/>
        <w:t>Тут не один узнав боєць…&lt;br /&gt;</w:t>
        <w:br/>
        <w:t>Хитнулись терези востаннє&lt;br /&gt;</w:t>
        <w:br/>
        <w:t>І зупинилися.. Кінець!&lt;br /&gt;</w:t>
        <w:br/>
        <w:t>"Кінець, кінець, мої хороші!" —&lt;br /&gt;</w:t>
        <w:br/>
        <w:t>Кричить Петро до ворогів&lt;br /&gt;</w:t>
        <w:br/>
        <w:t>В зорі вечірної пороші…&lt;br /&gt;</w:t>
        <w:br/>
        <w:t>Він мить жадану зрозумів,&lt;br /&gt;</w:t>
        <w:br/>
        <w:t>Коли упали з Карлом ноші, —&lt;br /&gt;</w:t>
        <w:br/>
        <w:t>Така зрадлива долі гра, —&lt;br /&gt;</w:t>
        <w:br/>
        <w:t>Од невблаганного ядра.&lt;br /&gt;</w:t>
        <w:br/>
        <w:t>Коли вони, як грім, упали,&lt;br /&gt;</w:t>
        <w:br/>
        <w:t>Щоб потонуть в неслави млі,&lt;br /&gt;</w:t>
        <w:br/>
        <w:t>І Січ на терези поклала&lt;br /&gt;</w:t>
        <w:br/>
        <w:t>Свої нагострені шаблі.&lt;br /&gt;</w:t>
        <w:br/>
        <w:t>Неначе ночі димні бреди,&lt;br /&gt;</w:t>
        <w:br/>
        <w:t>Коли цілує день бори,&lt;br /&gt;</w:t>
        <w:br/>
        <w:t>На захід утікали шведи,&lt;br /&gt;</w:t>
        <w:br/>
        <w:t>В пилу й крові їх прапори…&lt;br /&gt;</w:t>
        <w:br/>
        <w:t>Але одрізав їм дорогу&lt;br /&gt;</w:t>
        <w:br/>
        <w:t>Солдата російського штик,&lt;br /&gt;</w:t>
        <w:br/>
        <w:t>Як меч відплати й перемоги…&lt;br /&gt;</w:t>
        <w:br/>
        <w:t>Лиш Карл з Мазепою утік.</w:t>
      </w:r>
    </w:p>
    <w:p>
      <w:r>
        <w:br/>
        <w:t>Мчать козаки, голодні й голі.&lt;br /&gt;</w:t>
        <w:br/>
        <w:t>Лице Мазепине, як лід…&lt;br /&gt;</w:t>
        <w:br/>
        <w:t>Під жовтим місяцем тополі&lt;br /&gt;</w:t>
        <w:br/>
        <w:t>Гіллям хитають їм услід.</w:t>
      </w:r>
    </w:p>
    <w:p>
      <w:r>
        <w:br/>
        <w:t>ТОПОЛІ</w:t>
      </w:r>
    </w:p>
    <w:p>
      <w:r>
        <w:br/>
        <w:t>Пощо ви, діти України,&lt;br /&gt;</w:t>
        <w:br/>
        <w:t>Тікаєте до чужини?&lt;br /&gt;</w:t>
        <w:br/>
        <w:t>Одної матері сини?</w:t>
      </w:r>
    </w:p>
    <w:p>
      <w:r>
        <w:br/>
        <w:t>Вони ж летять, летять невпинно&lt;br /&gt;</w:t>
        <w:br/>
        <w:t>Кудись за синюю межу,&lt;br /&gt;</w:t>
        <w:br/>
        <w:t>Лиш вітер віє їм у спину…&lt;br /&gt;</w:t>
        <w:br/>
        <w:t>І я з тополями кажу,&lt;br /&gt;</w:t>
        <w:br/>
        <w:t>В їх шум вплітаючи свій голов&lt;br /&gt;</w:t>
        <w:br/>
        <w:t>Крізь час, що сивий, наче волос,&lt;br /&gt;</w:t>
        <w:br/>
        <w:t>Збиваючи століть іржу:&lt;br /&gt;</w:t>
        <w:br/>
        <w:t>"Куди, куди?" Мовчать тумани…&lt;br /&gt;</w:t>
        <w:br/>
        <w:t>О краю мій, свої сини,&lt;br /&gt;</w:t>
        <w:br/>
        <w:t>Немов Канади індіани&lt;br /&gt;</w:t>
        <w:br/>
        <w:t>В дні братовбивчої війни.&lt;br /&gt;</w:t>
        <w:br/>
        <w:t>Індійці бились за французів&lt;br /&gt;</w:t>
        <w:br/>
        <w:t>І за англійців в тьмі дібров…&lt;br /&gt;</w:t>
        <w:br/>
        <w:t>Їх гнали зрадники й лакузи&lt;br /&gt;</w:t>
        <w:br/>
        <w:t>За інших лить братерську кров.&lt;br /&gt;</w:t>
        <w:br/>
        <w:t>Отак і ми. Тягли з нас жили,&lt;br /&gt;</w:t>
        <w:br/>
        <w:t>Як з тих шотландців, що згубили&lt;br /&gt;</w:t>
        <w:br/>
        <w:t>І мову рідну для чужих.&lt;br /&gt;</w:t>
        <w:br/>
        <w:t>Їх кат стискав, неначе губку…&lt;br /&gt;</w:t>
        <w:br/>
        <w:t>І от лишилася у них&lt;br /&gt;</w:t>
        <w:br/>
        <w:t>Од суверенності лиш юбка,&lt;br /&gt;</w:t>
        <w:br/>
        <w:t>Що їм дозволен носить&lt;br /&gt;</w:t>
        <w:br/>
        <w:t>І проливать в ній кров гарячу&lt;br /&gt;</w:t>
        <w:br/>
        <w:t>Во славу Англії… Незрячі&lt;br /&gt;</w:t>
        <w:br/>
        <w:t>Далекії брати мої!&lt;br /&gt;</w:t>
        <w:br/>
        <w:t>За вами моє серце плаче…&lt;br /&gt;</w:t>
        <w:br/>
        <w:t>Такі дороги й України.&lt;br /&gt;</w:t>
        <w:br/>
        <w:t>Сама з собою у бою&lt;br /&gt;</w:t>
        <w:br/>
        <w:t>Через трагедію свою.&lt;br /&gt;</w:t>
        <w:br/>
        <w:t>У тьмі страшних її доріг&lt;br /&gt;</w:t>
        <w:br/>
        <w:t>Російський брат їй допоміг,&lt;br /&gt;</w:t>
        <w:br/>
        <w:t>І в дні жовтневої відплати&lt;br /&gt;</w:t>
        <w:br/>
        <w:t>Упало в прах ярмо прокляте.</w:t>
      </w:r>
    </w:p>
    <w:p>
      <w:r>
        <w:br/>
        <w:t>XXIV</w:t>
      </w:r>
    </w:p>
    <w:p>
      <w:r>
        <w:br/>
        <w:t>Цей спів — за кров, що у долину&lt;br /&gt;</w:t>
        <w:br/>
        <w:t>Плила, подібно до ріки,&lt;br /&gt;</w:t>
        <w:br/>
        <w:t>Коли столицю України&lt;br /&gt;</w:t>
        <w:br/>
        <w:t>Обороняли сердюки.</w:t>
      </w:r>
    </w:p>
    <w:p>
      <w:r>
        <w:br/>
        <w:t>З них кожний битися поклявся&lt;br /&gt;</w:t>
        <w:br/>
        <w:t>За свій народ, за честь свою.&lt;br /&gt;</w:t>
        <w:br/>
        <w:t>В полон ніхто з живих не здався,&lt;br /&gt;</w:t>
        <w:br/>
        <w:t>І полягли усі в бою.&lt;br /&gt;</w:t>
        <w:br/>
        <w:t>Чиї прокляття шепчуть губи?..&lt;br /&gt;</w:t>
        <w:br/>
        <w:t>Чи ж проклянеш, мій краю, їх?..&lt;br /&gt;</w:t>
        <w:br/>
        <w:t>Тягли на шибениці трупи,&lt;br /&gt;</w:t>
        <w:br/>
        <w:t>Бо не було уже живих.</w:t>
      </w:r>
    </w:p>
    <w:p>
      <w:r>
        <w:br/>
        <w:t>Не стало у героїв сили.&lt;br /&gt;</w:t>
        <w:br/>
        <w:t>Та хто ж за це їх прокляне?&lt;br /&gt;</w:t>
        <w:br/>
        <w:t>З наказу Меншикова діло&lt;br /&gt;</w:t>
        <w:br/>
        <w:t>У тьмі робилося страшне.&lt;br /&gt;</w:t>
        <w:br/>
        <w:t>Що одгримів валами мли,&lt;br /&gt;</w:t>
        <w:br/>
        <w:t>Засяло сонце після бою,&lt;br /&gt;</w:t>
        <w:br/>
        <w:t>І шибениці за водою&lt;br /&gt;</w:t>
        <w:br/>
        <w:t>До моря скорбно попливли,</w:t>
      </w:r>
    </w:p>
    <w:p>
      <w:r>
        <w:br/>
        <w:t>Одна за одною… Вкраїно,&lt;br /&gt;</w:t>
        <w:br/>
        <w:t>Можливо, так і не було…&lt;br /&gt;</w:t>
        <w:br/>
        <w:t>Прости за вигадку ти сина,&lt;br /&gt;</w:t>
        <w:br/>
        <w:t>Що не забув своє село,&lt;br /&gt;</w:t>
        <w:br/>
        <w:t>Що пив святу донецьку воду,&lt;br /&gt;</w:t>
        <w:br/>
        <w:t>Де шахт копри і домн вогонь,&lt;br /&gt;</w:t>
        <w:br/>
        <w:t>Що не забув свого народу&lt;br /&gt;</w:t>
        <w:br/>
        <w:t>І йшов на смерть в ім'я його.&lt;br /&gt;</w:t>
        <w:br/>
        <w:t>Не жертва я сліпа стихії,&lt;br /&gt;</w:t>
        <w:br/>
        <w:t>Тваринних чвар, чуття свого.&lt;br /&gt;</w:t>
        <w:br/>
        <w:t>Люблю я гордий люд Росії,&lt;br /&gt;</w:t>
        <w:br/>
        <w:t>Та не люблю вельмож його.</w:t>
      </w:r>
    </w:p>
    <w:p>
      <w:r>
        <w:br/>
        <w:t>Що гнали в бій народ, як бидло,&lt;br /&gt;</w:t>
        <w:br/>
        <w:t>Щоб все загарбати собі…&lt;br /&gt;</w:t>
        <w:br/>
        <w:t>Крові їм лити не обридло&lt;br /&gt;</w:t>
        <w:br/>
        <w:t>Рабів руками в боротьбі.&lt;br /&gt;</w:t>
        <w:br/>
        <w:t>Простіть мене, нещасні, любі,&lt;br /&gt;</w:t>
        <w:br/>
        <w:t>Далекі жертви зла і мли!..&lt;br /&gt;</w:t>
        <w:br/>
        <w:t>Себе, не тільки братні трупи&lt;br /&gt;</w:t>
        <w:br/>
        <w:t>На шибениці ви тягли!..</w:t>
      </w:r>
    </w:p>
    <w:p>
      <w:r>
        <w:br/>
        <w:t>Ви полили своєю кров'ю&lt;br /&gt;</w:t>
        <w:br/>
        <w:t>Лани для пана, не села.&lt;br /&gt;</w:t>
        <w:br/>
        <w:t>Поета ж вигадка любов'ю&lt;br /&gt;</w:t>
        <w:br/>
        <w:t>Лиш продиктована була,&lt;br /&gt;</w:t>
        <w:br/>
        <w:t>А не ненавистю до брата,&lt;br /&gt;</w:t>
        <w:br/>
        <w:t>Що, як і ми, солоний піт&lt;br /&gt;</w:t>
        <w:br/>
        <w:t>Лив у ріллю на кодло кляте,&lt;br /&gt;</w:t>
        <w:br/>
        <w:t>Аж поки знищив панський рід&lt;br /&gt;</w:t>
        <w:br/>
        <w:t>І руку нам простяг могучу&lt;br /&gt;</w:t>
        <w:br/>
        <w:t>І з нами став, як ми, крилат,&lt;br /&gt;</w:t>
        <w:br/>
        <w:t>Підвівши голову за тучі,&lt;br /&gt;</w:t>
        <w:br/>
        <w:t>Великий наш російський брат!</w:t>
      </w:r>
    </w:p>
    <w:p>
      <w:r>
        <w:br/>
        <w:t>Лиш гайвороння чорний клопіт,&lt;br /&gt;</w:t>
        <w:br/>
        <w:t>Лиш гайвороння чорний жах…&lt;br /&gt;</w:t>
        <w:br/>
        <w:t>Батурин знищено, і попіл&lt;br /&gt;</w:t>
        <w:br/>
        <w:t>В глухих розвіяно вітрах.</w:t>
      </w:r>
    </w:p>
    <w:p>
      <w:r>
        <w:br/>
        <w:t>А потім там, де Дніпр наш лине,&lt;br /&gt;</w:t>
        <w:br/>
        <w:t>Де згас навік люльок вогонь,&lt;br /&gt;</w:t>
        <w:br/>
        <w:t>Ядро нової України —&lt;br /&gt;</w:t>
        <w:br/>
        <w:t>Січ — дочекалася свого…&lt;br /&gt;</w:t>
        <w:br/>
        <w:t>Та дочекалась… Катерина&lt;br /&gt;</w:t>
        <w:br/>
        <w:t>Аж за Кубань погнала нас,&lt;br /&gt;</w:t>
        <w:br/>
        <w:t>В ярмо, що дерло й нашу спину,&lt;br /&gt;</w:t>
        <w:br/>
        <w:t>І гордий запрягти Кавказ,&lt;br /&gt;</w:t>
        <w:br/>
        <w:t>Щоб з нами він у рабстві гинув…&lt;br /&gt;</w:t>
        <w:br/>
        <w:t>Про це слізьми писав Тарас.</w:t>
      </w:r>
    </w:p>
    <w:p>
      <w:r>
        <w:br/>
        <w:t>XXV</w:t>
      </w:r>
    </w:p>
    <w:p>
      <w:r>
        <w:br/>
        <w:t>Над садом зорі в хороводі,&lt;br /&gt;</w:t>
        <w:br/>
        <w:t>Блука зефір між верховіть.&lt;br /&gt;</w:t>
        <w:br/>
        <w:t>І коло хати на колоді&lt;br /&gt;</w:t>
        <w:br/>
        <w:t>Мазепа зігнений сидить.</w:t>
      </w:r>
    </w:p>
    <w:p>
      <w:r>
        <w:br/>
        <w:t>МАЗЕПА</w:t>
      </w:r>
    </w:p>
    <w:p>
      <w:r>
        <w:br/>
        <w:t>Прости, прости, Вкраїно-мати,&lt;br /&gt;</w:t>
        <w:br/>
        <w:t>Мене і спільників моїх!&lt;br /&gt;</w:t>
        <w:br/>
        <w:t>Я, мов Іуда той проклятий,&lt;br /&gt;</w:t>
        <w:br/>
        <w:t>На рідний не ступлю поріг.</w:t>
      </w:r>
    </w:p>
    <w:p>
      <w:r>
        <w:br/>
        <w:t>Хіба народу не любив я?&lt;br /&gt;</w:t>
        <w:br/>
        <w:t>Та в грізний час страшних негод&lt;br /&gt;</w:t>
        <w:br/>
        <w:t>Собі на горе й безголів'я&lt;br /&gt;</w:t>
        <w:br/>
        <w:t>Не зрозумів мене народ.</w:t>
      </w:r>
    </w:p>
    <w:p>
      <w:r>
        <w:br/>
        <w:t>Не раз за нього я молився…&lt;br /&gt;</w:t>
        <w:br/>
        <w:t>А він, а він мене кляне!..&lt;br /&gt;</w:t>
        <w:br/>
        <w:t>І долі вітер, наче листя,&lt;br /&gt;</w:t>
        <w:br/>
        <w:t>Мене з України жене…</w:t>
      </w:r>
    </w:p>
    <w:p>
      <w:r>
        <w:br/>
        <w:t>КАРЛ&lt;br /&gt;</w:t>
        <w:br/>
        <w:t>(його виносять з хати)</w:t>
      </w:r>
    </w:p>
    <w:p>
      <w:r>
        <w:br/>
        <w:t>Що зажурився, небораче?&lt;br /&gt;</w:t>
        <w:br/>
        <w:t>Що ми — покинуті, самі?&lt;br /&gt;</w:t>
        <w:br/>
        <w:t>За нами тільки вітер плаче&lt;br /&gt;</w:t>
        <w:br/>
        <w:t>Або сміється з нас у тьмі.&lt;br /&gt;</w:t>
        <w:br/>
        <w:t>Послухай… Пізній уже час,&lt;br /&gt;</w:t>
        <w:br/>
        <w:t>І вітер плаче, як дитина…</w:t>
      </w:r>
    </w:p>
    <w:p>
      <w:r>
        <w:br/>
        <w:t>МАЗЕПА</w:t>
      </w:r>
    </w:p>
    <w:p>
      <w:r>
        <w:br/>
        <w:t>Ні, то кляне з тобою нас&lt;br /&gt;</w:t>
        <w:br/>
        <w:t>Моя нещасна Україна,&lt;br /&gt;</w:t>
        <w:br/>
        <w:t>Мене, як зрадника… Тебе ж&lt;br /&gt;</w:t>
        <w:br/>
        <w:t>Як завойовника, нетяго,&lt;br /&gt;</w:t>
        <w:br/>
        <w:t>Що диким полум'ям пожеж&lt;br /&gt;</w:t>
        <w:br/>
        <w:t>Не зупинив її відваги.&lt;br /&gt;</w:t>
        <w:br/>
        <w:t>Тебе зламали за сваволю,&lt;br /&gt;</w:t>
        <w:br/>
        <w:t>За зраду чорную — мене.&lt;br /&gt;</w:t>
        <w:br/>
        <w:t>І от одна з тобою доля&lt;br /&gt;</w:t>
        <w:br/>
        <w:t>Нас у Молдавію жене.&lt;br /&gt;</w:t>
        <w:br/>
        <w:t>Тебе ще далі, аж до турків,&lt;br /&gt;</w:t>
        <w:br/>
        <w:t>Мене ж, мій друже, у Дунай.&lt;br /&gt;</w:t>
        <w:br/>
        <w:t>Мушкети наші вже без курків…&lt;br /&gt;</w:t>
        <w:br/>
        <w:t>Прощай, Україно, прощай!..</w:t>
      </w:r>
    </w:p>
    <w:p>
      <w:r>
        <w:br/>
        <w:t>КАРЛ</w:t>
      </w:r>
    </w:p>
    <w:p>
      <w:r>
        <w:br/>
        <w:t>Я ще вернусь на Україну,&lt;br /&gt;</w:t>
        <w:br/>
        <w:t>Її залізом і вогнем&lt;br /&gt;</w:t>
        <w:br/>
        <w:t>Я покорю або загину,&lt;br /&gt;</w:t>
        <w:br/>
        <w:t>Своїм проколотий мечем.</w:t>
      </w:r>
    </w:p>
    <w:p>
      <w:r>
        <w:br/>
        <w:t>МАЗЕПА</w:t>
      </w:r>
    </w:p>
    <w:p>
      <w:r>
        <w:br/>
        <w:t>Що ж, покоряй. Я не перечу,&lt;br /&gt;</w:t>
        <w:br/>
        <w:t>А поки що нехай утечу&lt;br /&gt;</w:t>
        <w:br/>
        <w:t>Заллє солодкеє вино.&lt;br /&gt;</w:t>
        <w:br/>
        <w:t>Ходімо вип'єм…</w:t>
      </w:r>
    </w:p>
    <w:p>
      <w:r>
        <w:br/>
        <w:t>На колоду&lt;br /&gt;</w:t>
        <w:br/>
        <w:t>Сіяє місяць з вишини,&lt;br /&gt;</w:t>
        <w:br/>
        <w:t>І вартові, як тіні, бродять&lt;br /&gt;</w:t>
        <w:br/>
        <w:t>В глухій і грізній тишині.</w:t>
      </w:r>
    </w:p>
    <w:p>
      <w:r>
        <w:br/>
        <w:t>ПЕРШИЙ СІЧОВИК (до другого)</w:t>
      </w:r>
    </w:p>
    <w:p>
      <w:r>
        <w:br/>
        <w:t>Мені до всього не байдуже.&lt;br /&gt;</w:t>
        <w:br/>
        <w:t>Не знаю, як ми ще живі.&lt;br /&gt;</w:t>
        <w:br/>
        <w:t>Дісталось нам з тобою, друже,&lt;br /&gt;</w:t>
        <w:br/>
        <w:t>Аж оселедці у крові…</w:t>
      </w:r>
    </w:p>
    <w:p>
      <w:r>
        <w:br/>
        <w:t>ДРУГИЙ СІЧОВИК</w:t>
      </w:r>
    </w:p>
    <w:p>
      <w:r>
        <w:br/>
        <w:t>Да. Катавасія. Халепа!&lt;br /&gt;</w:t>
        <w:br/>
        <w:t>Нас розметали, як туман…&lt;br /&gt;</w:t>
        <w:br/>
        <w:t>Хай буде проклятий Мазепа!&lt;br /&gt;</w:t>
        <w:br/>
        <w:t>Давай тікать до росіян!</w:t>
      </w:r>
    </w:p>
    <w:p>
      <w:r>
        <w:br/>
        <w:t>ПЕРШИЙ СІЧОВИК</w:t>
      </w:r>
    </w:p>
    <w:p>
      <w:r>
        <w:br/>
        <w:t>Давай!</w:t>
      </w:r>
    </w:p>
    <w:p>
      <w:r>
        <w:br/>
        <w:t>І тільки тупіт&lt;br /&gt;</w:t>
        <w:br/>
        <w:t>Подаленів у ніч суху…&lt;br /&gt;</w:t>
        <w:br/>
        <w:t>І тільки швед дивився тупо&lt;br /&gt;</w:t>
        <w:br/>
        <w:t>Услід на битому шляху,&lt;br /&gt;</w:t>
        <w:br/>
        <w:t>Але він вистрелив. Боявся,&lt;br /&gt;</w:t>
        <w:br/>
        <w:t>А може, може, й жалкував…&lt;br /&gt;</w:t>
        <w:br/>
        <w:t>Якби він мову нашу знав,&lt;br /&gt;</w:t>
        <w:br/>
        <w:t>То й сам до росіян подався б.</w:t>
      </w:r>
    </w:p>
    <w:p>
      <w:r>
        <w:br/>
        <w:t>Пливуть тумани од ріки,&lt;br /&gt;</w:t>
        <w:br/>
        <w:t>Шепоче вітер щось деревам…&lt;br /&gt;</w:t>
        <w:br/>
        <w:t>І наливаються хмарки&lt;br /&gt;</w:t>
        <w:br/>
        <w:t>Передчуттям зорі вишневим…&lt;br /&gt;</w:t>
        <w:br/>
        <w:t>Неначе соняшник на тин,&lt;br /&gt;</w:t>
        <w:br/>
        <w:t>Світанок хилиться над степом…&lt;br /&gt;</w:t>
        <w:br/>
        <w:t>І знов копит погребний дзвін&lt;br /&gt;</w:t>
        <w:br/>
        <w:t>Печально слухає Мазепа.</w:t>
      </w:r>
    </w:p>
    <w:p>
      <w:r>
        <w:br/>
        <w:t>XXVI</w:t>
      </w:r>
    </w:p>
    <w:p>
      <w:r>
        <w:br/>
        <w:t>Ви вільні знов, лани кохані,&lt;br /&gt;</w:t>
        <w:br/>
        <w:t>Як хвилі рідної ріки…&lt;br /&gt;</w:t>
        <w:br/>
        <w:t>І у Туреччині, в тумані,&lt;br /&gt;</w:t>
        <w:br/>
        <w:t>Пропали шведські вояки.</w:t>
      </w:r>
    </w:p>
    <w:p>
      <w:r>
        <w:br/>
        <w:t>Полки Петра пішли за ними,&lt;br /&gt;</w:t>
        <w:br/>
        <w:t>Та сила турків немала,&lt;br /&gt;</w:t>
        <w:br/>
        <w:t>Де грім гармат, і кров, і дими,&lt;br /&gt;</w:t>
        <w:br/>
        <w:t>Петра в кільце стальне взяла.</w:t>
      </w:r>
    </w:p>
    <w:p>
      <w:r>
        <w:br/>
        <w:t>Намет. Од люті серце в'яне&lt;br /&gt;</w:t>
        <w:br/>
        <w:t>У Карла. Ходить він страшний…&lt;br /&gt;</w:t>
        <w:br/>
        <w:t>Та мовчки смокче дим кальяна&lt;br /&gt;</w:t>
        <w:br/>
        <w:t>Паша турецький огрядний.</w:t>
      </w:r>
    </w:p>
    <w:p>
      <w:r>
        <w:br/>
        <w:t>КАРЛ</w:t>
      </w:r>
    </w:p>
    <w:p>
      <w:r>
        <w:br/>
        <w:t>Як можна випускати вовка,&lt;br /&gt;</w:t>
        <w:br/>
        <w:t>Що до кошари ніччю вліз?!&lt;br /&gt;</w:t>
        <w:br/>
        <w:t>Вовк — це є вовк. Така помовка.&lt;br /&gt;</w:t>
        <w:br/>
        <w:t>Його б пекти вогнем заліз!</w:t>
      </w:r>
    </w:p>
    <w:p>
      <w:r>
        <w:br/>
        <w:t>Він тільки ненавистю й дише&lt;br /&gt;</w:t>
        <w:br/>
        <w:t>До мене, лицаря добра.&lt;br /&gt;</w:t>
        <w:br/>
        <w:t>Невже вам золото миліше&lt;br /&gt;</w:t>
        <w:br/>
        <w:t>За довгов'язого Петра?</w:t>
      </w:r>
    </w:p>
    <w:p>
      <w:r>
        <w:br/>
        <w:t>Йому б лиш жить. Тхору такому.&lt;br /&gt;</w:t>
        <w:br/>
        <w:t>Він за життя віддасть і трон.&lt;br /&gt;</w:t>
        <w:br/>
        <w:t>Він у руках твоїх, так чому&lt;br /&gt;</w:t>
        <w:br/>
        <w:t>Ти не береш його в полон?</w:t>
      </w:r>
    </w:p>
    <w:p>
      <w:r>
        <w:br/>
        <w:t>ПАША</w:t>
      </w:r>
    </w:p>
    <w:p>
      <w:r>
        <w:br/>
        <w:t>Петру капут.&lt;br /&gt;</w:t>
        <w:br/>
        <w:t>Ми вирвем жало&lt;br /&gt;</w:t>
        <w:br/>
        <w:t>Із рота чорного його.&lt;br /&gt;</w:t>
        <w:br/>
        <w:t>Це так. Та в Порти грошей мало,&lt;br /&gt;</w:t>
        <w:br/>
        <w:t>А гроші — це вина огонь.</w:t>
      </w:r>
    </w:p>
    <w:p>
      <w:r>
        <w:br/>
        <w:t>Уста солодкі одалісок&lt;br /&gt;</w:t>
        <w:br/>
        <w:t>І все, що зможеш ти купить.&lt;br /&gt;</w:t>
        <w:br/>
        <w:t>З Петром не можем ми так різко,&lt;br /&gt;</w:t>
        <w:br/>
        <w:t>Бо звикли золото любить.</w:t>
      </w:r>
    </w:p>
    <w:p>
      <w:r>
        <w:br/>
        <w:t>Та й бути до Петра ворожим&lt;br /&gt;</w:t>
        <w:br/>
        <w:t>Не зможу я без каяття.&lt;br /&gt;</w:t>
        <w:br/>
        <w:t>За нього рідна Порта може&lt;br /&gt;</w:t>
        <w:br/>
        <w:t>Свого позбутися життя.</w:t>
      </w:r>
    </w:p>
    <w:p>
      <w:r>
        <w:br/>
        <w:t>КАРЛ</w:t>
      </w:r>
    </w:p>
    <w:p>
      <w:r>
        <w:br/>
        <w:t>Я гори злота вам здобуду,&lt;br /&gt;</w:t>
        <w:br/>
        <w:t>Щоб змовкло прокляте "ура",&lt;br /&gt;</w:t>
        <w:br/>
        <w:t>Я цілувать вам ноги буду,&lt;br /&gt;</w:t>
        <w:br/>
        <w:t>Не випускайте лиш Петра!</w:t>
      </w:r>
    </w:p>
    <w:p>
      <w:r>
        <w:br/>
        <w:t>Карл на коліна хоче стати,&lt;br /&gt;</w:t>
        <w:br/>
        <w:t>Але паша не дозволя.</w:t>
      </w:r>
    </w:p>
    <w:p>
      <w:r>
        <w:br/>
        <w:t>ПАША</w:t>
      </w:r>
    </w:p>
    <w:p>
      <w:r>
        <w:br/>
        <w:t>Не треба так! Не треба, брате!&lt;br /&gt;</w:t>
        <w:br/>
        <w:t>Далеко Швеції земля.&lt;br /&gt;</w:t>
        <w:br/>
        <w:t>Вже золота мечем придбати&lt;br /&gt;</w:t>
        <w:br/>
        <w:t>Не зможеш ти. Твої поля&lt;br /&gt;</w:t>
        <w:br/>
        <w:t>Іще не раз заллються кров'ю&lt;br /&gt;</w:t>
        <w:br/>
        <w:t>Там, де могили і хрести,&lt;br /&gt;</w:t>
        <w:br/>
        <w:t>Куди повернешся ти знову&lt;br /&gt;</w:t>
        <w:br/>
        <w:t>Й десь у бою загинеш ти.</w:t>
      </w:r>
    </w:p>
    <w:p>
      <w:r>
        <w:br/>
        <w:t>КАРЛ</w:t>
      </w:r>
    </w:p>
    <w:p>
      <w:r>
        <w:br/>
        <w:t>Ну, годі, годі ворожити,&lt;br /&gt;</w:t>
        <w:br/>
        <w:t>Ти не циганка, воїн ти.&lt;br /&gt;</w:t>
        <w:br/>
        <w:t>Що ж, кряч, як ворон, про хрести,&lt;br /&gt;</w:t>
        <w:br/>
        <w:t>Паша у ролі ворожбита.&lt;br /&gt;</w:t>
        <w:br/>
        <w:t>Далеко Швеції сади&lt;br /&gt;</w:t>
        <w:br/>
        <w:t>Й вікінгів плем'я войовниче,&lt;br /&gt;</w:t>
        <w:br/>
        <w:t>Прощай. Поїду я туди,&lt;br /&gt;</w:t>
        <w:br/>
        <w:t>Куди синовнє серце кличе.&lt;br /&gt;</w:t>
        <w:br/>
        <w:t>Що десь зупиниться в бою.&lt;br /&gt;</w:t>
        <w:br/>
        <w:t>Я їду в Швецію мою.&lt;br /&gt;</w:t>
        <w:br/>
        <w:t>Прощай!</w:t>
      </w:r>
    </w:p>
    <w:p>
      <w:r>
        <w:br/>
        <w:t>ПАША</w:t>
      </w:r>
    </w:p>
    <w:p>
      <w:r>
        <w:br/>
        <w:t>Прощай, відважний мій юначе!&lt;br /&gt;</w:t>
        <w:br/>
        <w:t>Ще не зайшла твоя зоря.&lt;br /&gt;</w:t>
        <w:br/>
        <w:t>Ще кінь за вершником не плаче,&lt;br /&gt;</w:t>
        <w:br/>
        <w:t>І меч — в руках богатиря.&lt;br /&gt;</w:t>
        <w:br/>
        <w:t>Прощай, прекрасний мій юначе!</w:t>
      </w:r>
    </w:p>
    <w:p>
      <w:r>
        <w:br/>
        <w:t>Й лице північного титана&lt;br /&gt;</w:t>
        <w:br/>
        <w:t>Завіса вкрила. "Що ж. Пора", —&lt;br /&gt;</w:t>
        <w:br/>
        <w:t>Й паша над люлькою кальяна&lt;br /&gt;</w:t>
        <w:br/>
        <w:t>Старечі сльози витира.</w:t>
      </w:r>
    </w:p>
    <w:p>
      <w:r>
        <w:br/>
        <w:t>Та меч, меч Швеції зломився&lt;br /&gt;</w:t>
        <w:br/>
        <w:t>Під тиском велетня з Неви.&lt;br /&gt;</w:t>
        <w:br/>
        <w:t>Петро ж від турків відкупився&lt;br /&gt;</w:t>
        <w:br/>
        <w:t>І повернувся до Москви.</w:t>
      </w:r>
    </w:p>
    <w:p>
      <w:r>
        <w:br/>
        <w:t>Туди, туди, де скелі й ріки&lt;br /&gt;</w:t>
        <w:br/>
        <w:t>У шелесті озер і трав,&lt;br /&gt;</w:t>
        <w:br/>
        <w:t>Де він, за Пушкіним, навіки&lt;br /&gt;</w:t>
        <w:br/>
        <w:t>Вікно в Європу прорубав.</w:t>
      </w:r>
    </w:p>
    <w:p>
      <w:r>
        <w:br/>
        <w:t>Блакитний вечір. Шум акацій,&lt;br /&gt;</w:t>
        <w:br/>
        <w:t>Немов на вулицях весна,&lt;br /&gt;</w:t>
        <w:br/>
        <w:t>А у розкішному палаці&lt;br /&gt;</w:t>
        <w:br/>
        <w:t>В покоях бродить тишина.</w:t>
      </w:r>
    </w:p>
    <w:p>
      <w:r>
        <w:br/>
        <w:t>Перед господарем Молдови&lt;br /&gt;</w:t>
        <w:br/>
        <w:t>Мазепа мов закам'янів.&lt;br /&gt;</w:t>
        <w:br/>
        <w:t>Він у жупані малиновім,&lt;br /&gt;</w:t>
        <w:br/>
        <w:t>Як кров, що марно він пролив.</w:t>
      </w:r>
    </w:p>
    <w:p>
      <w:r>
        <w:br/>
        <w:t>МАЗЕПА</w:t>
      </w:r>
    </w:p>
    <w:p>
      <w:r>
        <w:br/>
        <w:t>Куди, куди піду од суму?&lt;br /&gt;</w:t>
        <w:br/>
        <w:t>Під землю чи в глибини вод?!&lt;br /&gt;</w:t>
        <w:br/>
        <w:t>Хіба ж я міг таке подумать,&lt;br /&gt;</w:t>
        <w:br/>
        <w:t>Що проти мене мій народ?..</w:t>
      </w:r>
    </w:p>
    <w:p>
      <w:r>
        <w:br/>
        <w:t>Що він мої розіб'є мрії&lt;br /&gt;</w:t>
        <w:br/>
        <w:t>Так, як Петро чужинну рать,&lt;br /&gt;</w:t>
        <w:br/>
        <w:t>Що він ніколи від Росії&lt;br /&gt;</w:t>
        <w:br/>
        <w:t>Не зможе серця одірвать.</w:t>
      </w:r>
    </w:p>
    <w:p>
      <w:r>
        <w:br/>
        <w:t>А я шукав у морі броду&lt;br /&gt;</w:t>
        <w:br/>
        <w:t>І не знайшов його, о ні!&lt;br /&gt;</w:t>
        <w:br/>
        <w:t>Й навіки проклятий народом,&lt;br /&gt;</w:t>
        <w:br/>
        <w:t>Умру на рідній чужині.</w:t>
      </w:r>
    </w:p>
    <w:p>
      <w:r>
        <w:br/>
        <w:t>Я помилявся од любові,&lt;br /&gt;</w:t>
        <w:br/>
        <w:t>Що, як пожар, в моїх очах.&lt;br /&gt;</w:t>
        <w:br/>
        <w:t>О не розвій, молю, Молдово,&lt;br /&gt;</w:t>
        <w:br/>
        <w:t>По смерті мій печальний прах!</w:t>
      </w:r>
    </w:p>
    <w:p>
      <w:r>
        <w:br/>
        <w:t>Мазепа сивий. Тільки брови&lt;br /&gt;</w:t>
        <w:br/>
        <w:t>Все ті ж у нього, як колись.&lt;br /&gt;</w:t>
        <w:br/>
        <w:t>Тепер він молиться Молдові,&lt;br /&gt;</w:t>
        <w:br/>
        <w:t>Як Україні він моливсь.</w:t>
      </w:r>
    </w:p>
    <w:p>
      <w:r>
        <w:br/>
        <w:t>Вони, як сестри. Що ж. Він битву&lt;br /&gt;</w:t>
        <w:br/>
        <w:t>Програв, і в серці тільки тьма.&lt;br /&gt;</w:t>
        <w:br/>
        <w:t>Прийма Молдавія молитву,&lt;br /&gt;</w:t>
        <w:br/>
        <w:t>А Україна не прийма.</w:t>
      </w:r>
    </w:p>
    <w:p>
      <w:r>
        <w:br/>
        <w:t>ГОСПОДАР</w:t>
      </w:r>
    </w:p>
    <w:p>
      <w:r>
        <w:br/>
        <w:t>Нещасний брате, годі муки!&lt;br /&gt;</w:t>
        <w:br/>
        <w:t>Її не вичерпать до дна.&lt;br /&gt;</w:t>
        <w:br/>
        <w:t>Хай дні твої, як чорні круки,&lt;br /&gt;</w:t>
        <w:br/>
        <w:t>Та ще повернеться весна…</w:t>
      </w:r>
    </w:p>
    <w:p>
      <w:r>
        <w:br/>
        <w:t>Покайся. Їдь на Україну,&lt;br /&gt;</w:t>
        <w:br/>
        <w:t>На степу рідного суцвіть,&lt;br /&gt;</w:t>
        <w:br/>
        <w:t>Що йшов за нього ти до згину.&lt;br /&gt;</w:t>
        <w:br/>
        <w:t>І рідний край тебе простить.</w:t>
      </w:r>
    </w:p>
    <w:p>
      <w:r>
        <w:br/>
        <w:t>МАЗЕПА</w:t>
      </w:r>
    </w:p>
    <w:p>
      <w:r>
        <w:br/>
        <w:t>Не можу я… Я вже проклятий,&lt;br /&gt;</w:t>
        <w:br/>
        <w:t>Хоч степ і кличе, і гука.&lt;br /&gt;</w:t>
        <w:br/>
        <w:t>Якби ти знав, мій добрий брате,&lt;br /&gt;</w:t>
        <w:br/>
        <w:t>Яка важка в Петра рука!</w:t>
      </w:r>
    </w:p>
    <w:p>
      <w:r>
        <w:br/>
        <w:t>Як жаль, що серце бідне гине,&lt;br /&gt;</w:t>
        <w:br/>
        <w:t>Що мало все, поля й блакить…&lt;br /&gt;</w:t>
        <w:br/>
        <w:t>Мене б простила Україна, —&lt;br /&gt;</w:t>
        <w:br/>
        <w:t>Петро проклятий не простить.&lt;br /&gt;</w:t>
        <w:br/>
        <w:t>Які ще в світі є падлюки,&lt;br /&gt;</w:t>
        <w:br/>
        <w:t>Короно-деспоти які!</w:t>
      </w:r>
    </w:p>
    <w:p>
      <w:r>
        <w:br/>
        <w:t>І він в одчаї ломить руки,&lt;br /&gt;</w:t>
        <w:br/>
        <w:t>А очі! Очі, як штики…&lt;br /&gt;</w:t>
        <w:br/>
        <w:t>Вони із люті і туману,&lt;br /&gt;</w:t>
        <w:br/>
        <w:t>Мов не приймає їх земля,&lt;br /&gt;</w:t>
        <w:br/>
        <w:t>Ті очі, що любили панни&lt;br /&gt;</w:t>
        <w:br/>
        <w:t>Колись у парку короля,&lt;br /&gt;</w:t>
        <w:br/>
        <w:t>Десь понад Віслою, де чуло&lt;br /&gt;</w:t>
        <w:br/>
        <w:t>Гілля зітхання молоде…&lt;br /&gt;</w:t>
        <w:br/>
        <w:t>О ні! Не вернеться минуле,&lt;br /&gt;</w:t>
        <w:br/>
        <w:t>Назад ніколи не прийде!</w:t>
      </w:r>
    </w:p>
    <w:p>
      <w:r>
        <w:br/>
        <w:t>МАЗЕПА</w:t>
      </w:r>
    </w:p>
    <w:p>
      <w:r>
        <w:br/>
        <w:t>Тепер нічого вже не треба.&lt;br /&gt;</w:t>
        <w:br/>
        <w:t>Заснуть. Заснуть би вічним сном.</w:t>
      </w:r>
    </w:p>
    <w:p>
      <w:r>
        <w:br/>
        <w:t>І похилив чоло Мазепа,&lt;br /&gt;</w:t>
        <w:br/>
        <w:t>Немов налите чавуном.&lt;br /&gt;</w:t>
        <w:br/>
        <w:t>"Заснуть, заснуть…"&lt;br /&gt;</w:t>
        <w:br/>
        <w:t>Чужинний вечір&lt;br /&gt;</w:t>
        <w:br/>
        <w:t>Кривавить хмари за Дністром…&lt;br /&gt;</w:t>
        <w:br/>
        <w:t>Страшний тягар упав на плечі&lt;br /&gt;</w:t>
        <w:br/>
        <w:t>Мазепі перед вічним сном,&lt;br /&gt;</w:t>
        <w:br/>
        <w:t>Що зазирав йому у очі&lt;br /&gt;</w:t>
        <w:br/>
        <w:t>Диханням холоду і ночі.&lt;br /&gt;</w:t>
        <w:br/>
        <w:t>Вже місяць вирушив у путь&lt;br /&gt;</w:t>
        <w:br/>
        <w:t>У золотій своїй обнові.</w:t>
      </w:r>
    </w:p>
    <w:p>
      <w:r>
        <w:br/>
        <w:t>МАЗЕПА</w:t>
      </w:r>
    </w:p>
    <w:p>
      <w:r>
        <w:br/>
        <w:t>Я знаю, турки продадуть&lt;br /&gt;</w:t>
        <w:br/>
        <w:t>Мене за золото Петрові…&lt;br /&gt;</w:t>
        <w:br/>
        <w:t>Останні хвилі я живу.</w:t>
      </w:r>
    </w:p>
    <w:p>
      <w:r>
        <w:br/>
        <w:t>І сльози падають багрові&lt;br /&gt;</w:t>
        <w:br/>
        <w:t>З очей Мазепи на траву,&lt;br /&gt;</w:t>
        <w:br/>
        <w:t>Криваві сльози… Перстень свій&lt;br /&gt;</w:t>
        <w:br/>
        <w:t>Мазепа з пальця іздіймає&lt;br /&gt;</w:t>
        <w:br/>
        <w:t>І в тишині уже нічній&lt;br /&gt;</w:t>
        <w:br/>
        <w:t>Із нього смерть він випиває&lt;br /&gt;</w:t>
        <w:br/>
        <w:t>Й на землю пада… Стогне гай…&lt;br /&gt;</w:t>
        <w:br/>
        <w:t>Зітхнув Мазепа уостаннє,&lt;br /&gt;</w:t>
        <w:br/>
        <w:t>І з губ злетіло, як дихання:&lt;br /&gt;</w:t>
        <w:br/>
        <w:t>"Прощай, Україно, прощай!"</w:t>
      </w:r>
    </w:p>
    <w:p>
      <w:r>
        <w:br/>
        <w:t>Над ним у сумі голосінь&lt;br /&gt;</w:t>
        <w:br/>
        <w:t>Не никли траурно знамена.&lt;br /&gt;</w:t>
        <w:br/>
        <w:t>Одкинув він у вічність тінь…&lt;br /&gt;</w:t>
        <w:br/>
        <w:t>Він був талант, а може, й геній.</w:t>
      </w:r>
    </w:p>
    <w:p>
      <w:r>
        <w:br/>
        <w:t>А геній, це не витів долі,&lt;br /&gt;</w:t>
        <w:br/>
        <w:t>А й труд ночами й в льоті днів…&lt;br /&gt;</w:t>
        <w:br/>
        <w:t>Не марно школу єзуїтів&lt;br /&gt;</w:t>
        <w:br/>
        <w:t>Колись Мазепа закінчив.</w:t>
      </w:r>
    </w:p>
    <w:p>
      <w:r>
        <w:br/>
        <w:t>Так! Закінчив. Та єзуїтом&lt;br /&gt;</w:t>
        <w:br/>
        <w:t>На радість матері не став.&lt;br /&gt;</w:t>
        <w:br/>
        <w:t>Він серцем, для добра одкритим,&lt;br /&gt;</w:t>
        <w:br/>
        <w:t>Людей, як пісня, чарував.</w:t>
      </w:r>
    </w:p>
    <w:p>
      <w:r>
        <w:br/>
        <w:t>"Він інтриган", — немов вериги,&lt;br /&gt;</w:t>
        <w:br/>
        <w:t>В душі моїй слова ці злі.&lt;br /&gt;</w:t>
        <w:br/>
        <w:t>Але були його "інтриги"&lt;br /&gt;</w:t>
        <w:br/>
        <w:t>Для щастя рідної землі.</w:t>
      </w:r>
    </w:p>
    <w:p>
      <w:r>
        <w:br/>
        <w:t>Хоч грунт її був досить грузький…&lt;br /&gt;</w:t>
        <w:br/>
        <w:t>Інтриги? Ні! Це зброя слав.&lt;br /&gt;</w:t>
        <w:br/>
        <w:t>Отак один король французький&lt;br /&gt;</w:t>
        <w:br/>
        <w:t>З інтриг державу збудував.</w:t>
      </w:r>
    </w:p>
    <w:p>
      <w:r>
        <w:br/>
        <w:t>Хай про Мазепу спів мій лине,&lt;br /&gt;</w:t>
        <w:br/>
        <w:t>Хоч він був пан, та серце мав.&lt;br /&gt;</w:t>
        <w:br/>
        <w:t>За суверенність України&lt;br /&gt;</w:t>
        <w:br/>
        <w:t>Боровся він і в цім був прав.</w:t>
      </w:r>
    </w:p>
    <w:p>
      <w:r>
        <w:br/>
        <w:t>І я співать про нього мушу&lt;br /&gt;</w:t>
        <w:br/>
        <w:t>Так, як ніколи не співав.&lt;br /&gt;</w:t>
        <w:br/>
        <w:t>Народ не марно в свою душу&lt;br /&gt;</w:t>
        <w:br/>
        <w:t>Про чайку його пісню взяв.</w:t>
      </w:r>
    </w:p>
    <w:p>
      <w:r>
        <w:br/>
        <w:t>Голів мільони, світлі, щирі…&lt;br /&gt;</w:t>
        <w:br/>
        <w:t>До них тягнусь я серцем всім!&lt;br /&gt;</w:t>
        <w:br/>
        <w:t>Народ — мій Бог, йому я вірю,&lt;br /&gt;</w:t>
        <w:br/>
        <w:t>А не історикам отим,</w:t>
      </w:r>
    </w:p>
    <w:p>
      <w:r>
        <w:br/>
        <w:t>Що руку царську цілували,&lt;br /&gt;</w:t>
        <w:br/>
        <w:t>Що слинили Петрову длань&lt;br /&gt;</w:t>
        <w:br/>
        <w:t>І про Мазепу написали&lt;br /&gt;</w:t>
        <w:br/>
        <w:t>Із кон'юнктурних міркувань.</w:t>
      </w:r>
    </w:p>
    <w:p>
      <w:r>
        <w:br/>
        <w:t>Та й досі пишуть… Що ж, пишіте.&lt;br /&gt;</w:t>
        <w:br/>
        <w:t>Красу душі його висот, —&lt;br /&gt;</w:t>
        <w:br/>
        <w:t>Як не зовіть його бандитом,&lt;br /&gt;</w:t>
        <w:br/>
        <w:t>Вже оспівав давно народ.</w:t>
      </w:r>
    </w:p>
    <w:p>
      <w:r>
        <w:br/>
        <w:t>Мені ж чинів і "ласк" не треба,&lt;br /&gt;</w:t>
        <w:br/>
        <w:t>Я не наївний, не сліпий.&lt;br /&gt;</w:t>
        <w:br/>
        <w:t>Ні! Не народ прокляв Мазепу,&lt;br /&gt;</w:t>
        <w:br/>
        <w:t>А прокляли його попи.</w:t>
      </w:r>
    </w:p>
    <w:p>
      <w:r>
        <w:br/>
        <w:t>Попи, що з правдою змагались&lt;br /&gt;</w:t>
        <w:br/>
        <w:t>І продали царю язик,&lt;br /&gt;</w:t>
        <w:br/>
        <w:t>Ці чорні ряси, що злигались&lt;br /&gt;</w:t>
        <w:br/>
        <w:t>З попами руськими навік.</w:t>
      </w:r>
    </w:p>
    <w:p>
      <w:r>
        <w:br/>
        <w:t>І прислужилися, прокляті,&lt;br /&gt;</w:t>
        <w:br/>
        <w:t>Катам, що йшли, як криголом,&lt;br /&gt;</w:t>
        <w:br/>
        <w:t>Щоб наш народ у власній хаті&lt;br /&gt;</w:t>
        <w:br/>
        <w:t>Ще сотні років був рабом.</w:t>
      </w:r>
    </w:p>
    <w:p>
      <w:r>
        <w:br/>
        <w:t>Хай повний гніву в даль чаїну&lt;br /&gt;</w:t>
        <w:br/>
        <w:t>Про дні печальні лине спів,&lt;br /&gt;</w:t>
        <w:br/>
        <w:t>Коли з моєї України&lt;br /&gt;</w:t>
        <w:br/>
        <w:t>Петро колонію зробив.</w:t>
      </w:r>
    </w:p>
    <w:p>
      <w:r>
        <w:br/>
        <w:t>Це він до власної мети&lt;br /&gt;</w:t>
        <w:br/>
        <w:t>Схилив і шляхту України,&lt;br /&gt;</w:t>
        <w:br/>
        <w:t>Надавши право їй тягти&lt;br /&gt;</w:t>
        <w:br/>
        <w:t>І соки, й жили з селянина.</w:t>
      </w:r>
    </w:p>
    <w:p>
      <w:r>
        <w:br/>
        <w:t>Союз військовий він зламав,&lt;br /&gt;</w:t>
        <w:br/>
        <w:t>Що склав Богдан із Олексієм,&lt;br /&gt;</w:t>
        <w:br/>
        <w:t>Як рівності й братерства вияв.&lt;br /&gt;</w:t>
        <w:br/>
        <w:t>Він шляхту золотом обсіяв,&lt;br /&gt;</w:t>
        <w:br/>
        <w:t>Народ позбавивши всіх прав,&lt;br /&gt;</w:t>
        <w:br/>
        <w:t>І по Вкраїні "з ласки трона"&lt;br /&gt;</w:t>
        <w:br/>
        <w:t>В містах поставив гарнізони.</w:t>
      </w:r>
    </w:p>
    <w:p>
      <w:r>
        <w:br/>
        <w:t>В ті люті дні він добре знав,&lt;br /&gt;</w:t>
        <w:br/>
        <w:t>Що їсть Вкраїна і чим дише,&lt;br /&gt;</w:t>
        <w:br/>
        <w:t>Й щоб зав'язать петлю тугіше,&lt;br /&gt;</w:t>
        <w:br/>
        <w:t>Мазепи "зраду" скористав.</w:t>
      </w:r>
    </w:p>
    <w:p>
      <w:r>
        <w:br/>
        <w:t>Так! Будував церкви Мазепа,&lt;br /&gt;</w:t>
        <w:br/>
        <w:t>Церкви і школи. Просвіщав&lt;br /&gt;</w:t>
        <w:br/>
        <w:t>Він свій народ. Та шкіл не треба&lt;br /&gt;</w:t>
        <w:br/>
        <w:t>Царю, й він їх позакривав.</w:t>
      </w:r>
    </w:p>
    <w:p>
      <w:r>
        <w:br/>
        <w:t>Покрилась тьмою Україна,&lt;br /&gt;</w:t>
        <w:br/>
        <w:t>Засумував старий Дніпро…&lt;br /&gt;</w:t>
        <w:br/>
        <w:t>І доробила Катерина,&lt;br /&gt;</w:t>
        <w:br/>
        <w:t>Чого не встиг зробить Петро.</w:t>
      </w:r>
    </w:p>
    <w:p>
      <w:r>
        <w:br/>
        <w:t>ЕПІЛОГ</w:t>
      </w:r>
    </w:p>
    <w:p>
      <w:r>
        <w:br/>
        <w:t>Далекий Галац сниться знову.&lt;br /&gt;</w:t>
        <w:br/>
        <w:t>А серце! Серце у огні…&lt;br /&gt;</w:t>
        <w:br/>
        <w:t>Біля господаря Молдови&lt;br /&gt;</w:t>
        <w:br/>
        <w:t>Лежить Мазепа у труні,&lt;br /&gt;</w:t>
        <w:br/>
        <w:t>В маленькій церкві.&lt;br /&gt;</w:t>
        <w:br/>
        <w:t>Рідний край&lt;br /&gt;</w:t>
        <w:br/>
        <w:t>Одснивсь і не присниться знову.&lt;br /&gt;</w:t>
        <w:br/>
        <w:t>І турки, що взяли Молдову,&lt;br /&gt;</w:t>
        <w:br/>
        <w:t>Їх трупи вкинули в Дунай.</w:t>
      </w:r>
    </w:p>
    <w:p>
      <w:r>
        <w:br/>
        <w:t>Мов чути голос, що з журбою&lt;br /&gt;</w:t>
        <w:br/>
        <w:t>Слова так глухо промовля,&lt;br /&gt;</w:t>
        <w:br/>
        <w:t>Немов говорить їх земля!&lt;br /&gt;</w:t>
        <w:br/>
        <w:t>"Кісткам — і тим нема покою!"</w:t>
      </w:r>
    </w:p>
    <w:p>
      <w:r>
        <w:br/>
        <w:t>Такий кінець, Мазепо, твій,&lt;br /&gt;</w:t>
        <w:br/>
        <w:t>Герою нещасливий мій,&lt;br /&gt;</w:t>
        <w:br/>
        <w:t>Що так любив свою Вкраїну,&lt;br /&gt;</w:t>
        <w:br/>
        <w:t>Та все ж не так, як той Палій,&lt;br /&gt;</w:t>
        <w:br/>
        <w:t>Що все простив Петру за волю,&lt;br /&gt;</w:t>
        <w:br/>
        <w:t>Як і Петро йому простив&lt;br /&gt;</w:t>
        <w:br/>
        <w:t>І ті дні кріпацтва і сваволі&lt;br /&gt;</w:t>
        <w:br/>
        <w:t>І подвигів богатирів,&lt;br /&gt;</w:t>
        <w:br/>
        <w:t>Що землю так свою любили,&lt;br /&gt;</w:t>
        <w:br/>
        <w:t>Що не злякались і могили,&lt;br /&gt;</w:t>
        <w:br/>
        <w:t>Бо мати в нас усіх одна —&lt;br /&gt;</w:t>
        <w:br/>
        <w:t>Це наша рідна сторона.</w:t>
      </w:r>
    </w:p>
    <w:p>
      <w:r>
        <w:br/>
        <w:t>Хай вітер віє нелихий&lt;br /&gt;</w:t>
        <w:br/>
        <w:t>І нахиля гілля дібров.&lt;br /&gt;</w:t>
        <w:br/>
        <w:t>Замолювать свої гріхи&lt;br /&gt;</w:t>
        <w:br/>
        <w:t>У монастир Палій пішов,&lt;br /&gt;</w:t>
        <w:br/>
        <w:t>Щоб домолитися до раю.&lt;br /&gt;</w:t>
        <w:br/>
        <w:t>Мазепа спить на дні Дунаю.&lt;br /&gt;</w:t>
        <w:br/>
        <w:t>Над ним весна іде в похід,&lt;br /&gt;</w:t>
        <w:br/>
        <w:t>Сади вишень вкриває цвіт…</w:t>
      </w:r>
    </w:p>
    <w:p>
      <w:r>
        <w:br/>
        <w:t>Та що йому тепер до всього!&lt;br /&gt;</w:t>
        <w:br/>
        <w:t>Краса Молдавії для нього&lt;br /&gt;</w:t>
        <w:br/>
        <w:t>Як сон, що вже не повернуть.&lt;br /&gt;</w:t>
        <w:br/>
        <w:t>Пішов він у останню путь.</w:t>
      </w:r>
    </w:p>
    <w:p>
      <w:r>
        <w:br/>
        <w:t>Куди? Цього ніхто не знає.&lt;br /&gt;</w:t>
        <w:br/>
        <w:t>Спитай у сивих хвиль Дунаю,&lt;br /&gt;</w:t>
        <w:br/>
        <w:t>У сонця й вітру поспитай…</w:t>
      </w:r>
    </w:p>
    <w:p>
      <w:r>
        <w:br/>
        <w:t>Над ним тече мутний Дунай,&lt;br /&gt;</w:t>
        <w:br/>
        <w:t>Старечі кості обмиває…&lt;br /&gt;</w:t>
        <w:br/>
        <w:t>А десь далеко рідний Край&lt;br /&gt;</w:t>
        <w:br/>
        <w:t>В церквах вигнанця проклинає.</w:t>
      </w:r>
    </w:p>
    <w:p>
      <w:r>
        <w:br/>
        <w:t>Таке, Іван, життя твоє,&lt;br /&gt;</w:t>
        <w:br/>
        <w:t>Що десь погасло за полями…&lt;br /&gt;</w:t>
        <w:br/>
        <w:t>А у церквах поклони б'є&lt;br /&gt;</w:t>
        <w:br/>
        <w:t>Народ, обдурений попами.</w:t>
      </w:r>
    </w:p>
    <w:p>
      <w:r>
        <w:br/>
        <w:t>Це так було. Тепер не так.&lt;br /&gt;</w:t>
        <w:br/>
        <w:t>Тобі ми добре знаєм ціну…&lt;br /&gt;</w:t>
        <w:br/>
        <w:t>І я в диму страшних атак&lt;br /&gt;</w:t>
        <w:br/>
        <w:t>Ішов на смерть за Україну&lt;br /&gt;</w:t>
        <w:br/>
        <w:t>І за Росію! Як брати,&lt;br /&gt;</w:t>
        <w:br/>
        <w:t>Ми з росіянами у бурі,&lt;br /&gt;</w:t>
        <w:br/>
        <w:t>Во ім'я світлої мети&lt;br /&gt;</w:t>
        <w:br/>
        <w:t>Зняли квітки знамен в лазурі,&lt;br /&gt;</w:t>
        <w:br/>
        <w:t>В комуну зводячи мости.</w:t>
      </w:r>
    </w:p>
    <w:p>
      <w:r>
        <w:br/>
        <w:t>Встають до зір за ГЕСом ГЕС.&lt;br /&gt;</w:t>
        <w:br/>
        <w:t>Петро й Мазепа. Краю милий!&lt;br /&gt;</w:t>
        <w:br/>
        <w:t>Вони по-різному прогрес&lt;br /&gt;</w:t>
        <w:br/>
        <w:t>В ті дні далекі розуміли.</w:t>
      </w:r>
    </w:p>
    <w:p>
      <w:r>
        <w:br/>
        <w:t>В Петром Іван програв двобій…&lt;br /&gt;</w:t>
        <w:br/>
        <w:t>Вони несли життя орлине:&lt;br /&gt;</w:t>
        <w:br/>
        <w:t>Той для Росії, а другий —&lt;br /&gt;</w:t>
        <w:br/>
        <w:t>Для золотої України.</w:t>
      </w:r>
    </w:p>
    <w:p>
      <w:r>
        <w:br/>
        <w:t>Життя для нас було, як ад.&lt;br /&gt;</w:t>
        <w:br/>
        <w:t>Та мій народ в години бою,&lt;br /&gt;</w:t>
        <w:br/>
        <w:t>Як за Богдана, руський брат&lt;br /&gt;</w:t>
        <w:br/>
        <w:t>Підтримав світлою рукою&lt;br /&gt;</w:t>
        <w:br/>
        <w:t>Й в огні жовтневих барикад&lt;br /&gt;</w:t>
        <w:br/>
        <w:t>Повів до щастя за собою…&lt;br /&gt;</w:t>
        <w:br/>
        <w:t>І розцвіло життя, як сад.</w:t>
      </w:r>
    </w:p>
    <w:p>
      <w:r>
        <w:br/>
        <w:t>Шумить Дніпро. Він повний світла.&lt;br /&gt;</w:t>
        <w:br/>
        <w:t>Вже наша доля не сліпа.&lt;br /&gt;</w:t>
        <w:br/>
        <w:t>Й моя Україна розквітла&lt;br /&gt;</w:t>
        <w:br/>
        <w:t>Під знаком молота й серпа.&lt;br /&gt;</w:t>
        <w:br/>
        <w:t>В обличчя свіжий вітер лине,&lt;br /&gt;</w:t>
        <w:br/>
        <w:t>Цілує губи і чоло.&lt;br /&gt;</w:t>
        <w:br/>
        <w:t>І не було б коли б Вкраїни,&lt;br /&gt;</w:t>
        <w:br/>
        <w:t>То і Росії б не було.&lt;br /&gt;</w:t>
        <w:br/>
        <w:t>В ясній путі простори сині&lt;br /&gt;</w:t>
        <w:br/>
        <w:t>Їм усміхаються обом.&lt;br /&gt;</w:t>
        <w:br/>
        <w:t>Ні, трьом! Із одного коріння,&lt;br /&gt;</w:t>
        <w:br/>
        <w:t>Із Білоруссю ввись разом,&lt;br /&gt;</w:t>
        <w:br/>
        <w:t>Щоб увійти в комуни брами,&lt;br /&gt;</w:t>
        <w:br/>
        <w:t>Вони зросли трьома стволами,&lt;br /&gt;</w:t>
        <w:br/>
        <w:t>Обнявшись шумними верхами.</w:t>
      </w:r>
    </w:p>
    <w:p>
      <w:r>
        <w:br/>
        <w:t>1928—1959-1960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Мазепа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