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Мірошник</w:t>
      </w:r>
    </w:p>
    <w:p>
      <w:r>
        <w:br/>
        <w:t xml:space="preserve"> На річечці якійсь маленькій&lt;br /&gt;</w:t>
        <w:br/>
        <w:t>Стояв собі млинок, і в нім Мірошник жив.&lt;br /&gt;</w:t>
        <w:br/>
        <w:t>Хоч невеличкий млин, да, знаєш, чепурненький;&lt;br /&gt;</w:t>
        <w:br/>
        <w:t>Раз по раз, день у день крутивсь і гуркотів&lt;br /&gt;</w:t>
        <w:br/>
        <w:t>І хліба вистачав хазяїну чимало.&lt;br /&gt;</w:t>
        <w:br/>
        <w:t>Коли не забредеш к Мірошнику, бувало,&lt;br /&gt;</w:t>
        <w:br/>
        <w:t>У його є і хліб, і сіль, і сало,&lt;br /&gt;</w:t>
        <w:br/>
        <w:t>Чи то в скоромний день — із маслом буханці,&lt;br /&gt;</w:t>
        <w:br/>
        <w:t>Книші, вареники і всякі лагоминки;.&lt;br /&gt;</w:t>
        <w:br/>
        <w:t>У п’ятницю — просіл, з олією блинці,&lt;br /&gt;</w:t>
        <w:br/>
        <w:t>Пампушки з часником, гречаники, стовпці.&lt;br /&gt;</w:t>
        <w:br/>
        <w:t>Обідать він, було, не сяде без горілки,&lt;br /&gt;</w:t>
        <w:br/>
        <w:t>А в празник піднесе і чарку калганівки.&lt;br /&gt;</w:t>
        <w:br/>
        <w:t>Мірошник паном діло жив.&lt;br /&gt;</w:t>
        <w:br/>
        <w:t>І треба ж, на біду, позаторішню весну&lt;br /&gt;</w:t>
        <w:br/>
        <w:t>Його лихий поніс чогось за Десну.&lt;br /&gt;</w:t>
        <w:br/>
        <w:t>Хоч не багацько проходив,&lt;br /&gt;</w:t>
        <w:br/>
        <w:t>Зате багато бачив світа:&lt;br /&gt;</w:t>
        <w:br/>
        <w:t>Побачив він, як Сейм, мов бішений, шумів&lt;br /&gt;</w:t>
        <w:br/>
        <w:t>І як Десна ревла несамовита,&lt;br /&gt;</w:t>
        <w:br/>
        <w:t>Мабуть, ворочавши не п’ятдесят млинів,&lt;br /&gt;</w:t>
        <w:br/>
        <w:t>Вернувсь Мірошник наш додому,&lt;br /&gt;</w:t>
        <w:br/>
        <w:t>До церкви прямо почухрав&lt;br /&gt;</w:t>
        <w:br/>
        <w:t>Да Богу молиться святому,&lt;br /&gt;</w:t>
        <w:br/>
        <w:t>Щоб він акафісти його не в гнів прийняв&lt;br /&gt;</w:t>
        <w:br/>
        <w:t>І річечку його зробив Десною.&lt;br /&gt;</w:t>
        <w:br/>
        <w:t>"Або хоча, як Сейм, такою —&lt;br /&gt;</w:t>
        <w:br/>
        <w:t>Тогді б то вже я панував!"&lt;br /&gt;</w:t>
        <w:br/>
        <w:t>Молебні день у день спасителеві править,&lt;br /&gt;</w:t>
        <w:br/>
        <w:t>У ставники свічки по десять хунтів ставить,&lt;br /&gt;</w:t>
        <w:br/>
        <w:t>Все молиться, ні їсть, ні п’є, ні спить...&lt;br /&gt;</w:t>
        <w:br/>
        <w:t>"Земляче! Бог з тобою!&lt;br /&gt;</w:t>
        <w:br/>
        <w:t>На тебе десь туман у Литві навели.&lt;br /&gt;</w:t>
        <w:br/>
        <w:t>Хіба забув ти, що великою водою&lt;br /&gt;</w:t>
        <w:br/>
        <w:t>Ворочають великії млини?&lt;br /&gt;</w:t>
        <w:br/>
        <w:t>Їх німці будувать уміють,&lt;br /&gt;</w:t>
        <w:br/>
        <w:t>А вже не зляпає наш брат;&lt;br /&gt;</w:t>
        <w:br/>
        <w:t>Вони самі товчуть, і віють,&lt;br /&gt;</w:t>
        <w:br/>
        <w:t>І мелють борошно, і сіють,&lt;br /&gt;</w:t>
        <w:br/>
        <w:t>Здається, що самі й їдять.&lt;br /&gt;</w:t>
        <w:br/>
        <w:t>А млин хоч чепурний у тебе,&lt;br /&gt;</w:t>
        <w:br/>
        <w:t>Та не для бистрини".— "Балакайте про себе!"-&lt;br /&gt;</w:t>
        <w:br/>
        <w:t>Мірошник заворчав і рукавом махнув.&lt;br /&gt;</w:t>
        <w:br/>
        <w:t>Його молитви Бог почув:&lt;br /&gt;</w:t>
        <w:br/>
        <w:t>По небу вітерок дмухнув —&lt;br /&gt;</w:t>
        <w:br/>
        <w:t>Як ворон, небо почорніло;&lt;br /&gt;</w:t>
        <w:br/>
        <w:t>Шварнула блискавка — грім грюкнув і загув;&lt;br /&gt;</w:t>
        <w:br/>
        <w:t>Із хмар, як з лотоків, водою зашуміло.&lt;br /&gt;</w:t>
        <w:br/>
        <w:t>Маленька річечка, що так тихенько йшла,&lt;br /&gt;</w:t>
        <w:br/>
        <w:t>Заклекотіла, заревла&lt;br /&gt;</w:t>
        <w:br/>
        <w:t>І через греблю покотила.&lt;br /&gt;</w:t>
        <w:br/>
        <w:t>Як на осиці лист, тремтить млинок од хвилі.&lt;br /&gt;</w:t>
        <w:br/>
        <w:t>Вода напре, дивись, то вискочить гвіздок,&lt;br /&gt;</w:t>
        <w:br/>
        <w:t>То паля тріснула, то заставку розбило,&lt;br /&gt;</w:t>
        <w:br/>
        <w:t>А далі і знесло млинок.&lt;br /&gt;</w:t>
        <w:br/>
        <w:t>Схопивсь Мірошник, да пізненько:&lt;br /&gt;</w:t>
        <w:br/>
        <w:t>Що поки йшла вода маленька,&lt;br /&gt;</w:t>
        <w:br/>
        <w:t>Щодня він хліба мав шматок.&lt;br /&gt;</w:t>
        <w:br/>
        <w:t>Літ з десять був у нас суддею Глива.&lt;br /&gt;</w:t>
        <w:br/>
        <w:t>Да, знаєш, захотів на лакомий кусок,&lt;br /&gt;</w:t>
        <w:br/>
        <w:t>В Полтаву перейшов: там, кажуть, є пожива.&lt;br /&gt;</w:t>
        <w:br/>
        <w:t>Велика там вода, хоч є й багато млива...&lt;br /&gt;</w:t>
        <w:br/>
        <w:t>Глядіть, добродію, чи ваш міцний млинок?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Мірошник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