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Мріє, не зрадь!..</w:t>
      </w:r>
    </w:p>
    <w:p>
      <w:r>
        <w:br/>
        <w:t xml:space="preserve"> Мріє, не зрадь! Я так довго до тебе тужила,&lt;br /&gt;</w:t>
        <w:br/>
        <w:t>Стільки безрадісних днів, стільки безсонних ночей.&lt;br /&gt;</w:t>
        <w:br/>
        <w:t>А тепера я в тебе остатню надію вложила.&lt;br /&gt;</w:t>
        <w:br/>
        <w:t>О, не згасни ти, світло безсонних очей!</w:t>
      </w:r>
    </w:p>
    <w:p>
      <w:r>
        <w:br/>
        <w:t>Мріє, не зрадь! Ти ж так довго лила свої чари&lt;br /&gt;</w:t>
        <w:br/>
        <w:t>в серце жадібне моє, сповнилось серце ущерть,&lt;br /&gt;</w:t>
        <w:br/>
        <w:t>вже ж тепера мене не одіб'ють від тебе примари,&lt;br /&gt;</w:t>
        <w:br/>
        <w:t>не зляка ні страждання, ні горе, ні смерть.</w:t>
      </w:r>
    </w:p>
    <w:p>
      <w:r>
        <w:br/>
        <w:t>Я вже давно інших мрій відреклася для тебе.&lt;br /&gt;</w:t>
        <w:br/>
        <w:t>Се ж я зрікаюсь не мрій, я вже зрікаюсь життя.&lt;br /&gt;</w:t>
        <w:br/>
        <w:t>Вдарив час, я душею повстала сама проти себе,&lt;br /&gt;</w:t>
        <w:br/>
        <w:t>і тепер вже немає мені вороття.</w:t>
      </w:r>
    </w:p>
    <w:p>
      <w:r>
        <w:br/>
        <w:t>Тільки — життя за життя! Мріє, станься живою!&lt;br /&gt;</w:t>
        <w:br/>
        <w:t>Слово, коли ти живе, статися тілом пора.&lt;br /&gt;</w:t>
        <w:br/>
        <w:t>Хто моря переплив і спалив кораблі за собою,&lt;br /&gt;</w:t>
        <w:br/>
        <w:t>той не вмре, не здобувши нового добра.</w:t>
      </w:r>
    </w:p>
    <w:p>
      <w:r>
        <w:br/>
        <w:t>Мріє, колись ти літала орлом надо мною, —&lt;br /&gt;</w:t>
        <w:br/>
        <w:t>дай мені крила свої, хочу їх мати сама,&lt;br /&gt;</w:t>
        <w:br/>
        <w:t>хочу дихать вогнем, хочу жити твоєю весною,&lt;br /&gt;</w:t>
        <w:br/>
        <w:t>а як прийдеться згинуть за теє — дарма!</w:t>
      </w:r>
    </w:p>
    <w:p>
      <w:r>
        <w:br/>
        <w:t>З/VІІІ 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Мріє, не зрадь!..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