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гріє сонце на чужині...</w:t>
      </w:r>
    </w:p>
    <w:p>
      <w:r>
        <w:br/>
        <w:t xml:space="preserve"> Не гріє сонце на чужині,&lt;br /&gt;</w:t>
        <w:br/>
        <w:t>А дома надто вже пекло.&lt;br /&gt;</w:t>
        <w:br/>
        <w:t>Мені не весело було&lt;br /&gt;</w:t>
        <w:br/>
        <w:t>Й на нашій славній Україні.&lt;br /&gt;</w:t>
        <w:br/>
        <w:t>Ніхто любив мене, вітав,&lt;br /&gt;</w:t>
        <w:br/>
        <w:t>І я хилився ні до кого,&lt;br /&gt;</w:t>
        <w:br/>
        <w:t>Блукав собі, молився богу,&lt;br /&gt;</w:t>
        <w:br/>
        <w:t>Та люте панство проклинав,&lt;br /&gt;</w:t>
        <w:br/>
        <w:t>І згадував літа лихії,&lt;br /&gt;</w:t>
        <w:br/>
        <w:t>Погані, давнії літа:&lt;br /&gt;</w:t>
        <w:br/>
        <w:t>Тоді повісили Христа —&lt;br /&gt;</w:t>
        <w:br/>
        <w:t>Й тепер не втік би син Марії!&lt;br /&gt;</w:t>
        <w:br/>
        <w:t>Ніде не весело мені,&lt;br /&gt;</w:t>
        <w:br/>
        <w:t>Та, мабуть, весело й не буде&lt;br /&gt;</w:t>
        <w:br/>
        <w:t>І на Украйні, добрі люди,&lt;br /&gt;</w:t>
        <w:br/>
        <w:t>Отже таки й на чужині.&lt;br /&gt;</w:t>
        <w:br/>
        <w:t>Хотілося б... та й то для того,&lt;br /&gt;</w:t>
        <w:br/>
        <w:t>Щоб не робили москалі&lt;br /&gt;</w:t>
        <w:br/>
        <w:t>Труни із дерева чужого,&lt;br /&gt;</w:t>
        <w:br/>
        <w:t>Або хоч крихотку землі&lt;br /&gt;</w:t>
        <w:br/>
        <w:t>Із-за Дніпра мого святого&lt;br /&gt;</w:t>
        <w:br/>
        <w:t>Святії вітри принесли,&lt;br /&gt;</w:t>
        <w:br/>
        <w:t>Та й більш нічого. Так-то, люди,&lt;br /&gt;</w:t>
        <w:br/>
        <w:t>Хотілося б... Та що й гадать...&lt;br /&gt;</w:t>
        <w:br/>
        <w:t>Нащо вже й бога турбувать,&lt;br /&gt;</w:t>
        <w:br/>
        <w:t>Коли по-нашому не буде.</w:t>
      </w:r>
    </w:p>
    <w:p>
      <w:r>
        <w:br/>
        <w:t>[Орська кріпость&lt;br /&gt;</w:t>
        <w:br/>
        <w:t>1847]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гріє сонце на чужині...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