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Неофіти</w:t>
      </w:r>
    </w:p>
    <w:p>
      <w:r>
        <w:br/>
        <w:t xml:space="preserve"> ПОЕМА</w:t>
      </w:r>
    </w:p>
    <w:p>
      <w:r>
        <w:br/>
        <w:t>Сия глаголет господь: сохраните суд и сотворите правду, приблшкибося спасение мое прийти, и милость моя открыется.&lt;br /&gt;</w:t>
        <w:br/>
        <w:t>Исаия. Г. 56 С. I.</w:t>
      </w:r>
    </w:p>
    <w:p>
      <w:r>
        <w:br/>
        <w:t>М, С. Щепкину на память 24 Декабря 1857</w:t>
      </w:r>
    </w:p>
    <w:p>
      <w:r>
        <w:br/>
        <w:t>Возлюбленику муз і грацій!&lt;br /&gt;</w:t>
        <w:br/>
        <w:t>Ждучи тебе, я тихо плачу&lt;br /&gt;</w:t>
        <w:br/>
        <w:t>I думу скорбную мою&lt;br /&gt;</w:t>
        <w:br/>
        <w:t>Твоїй душі передаю.</w:t>
      </w:r>
    </w:p>
    <w:p>
      <w:r>
        <w:br/>
        <w:t>Привітай же благодушне&lt;br /&gt;</w:t>
        <w:br/>
        <w:t>Мою сиротину,&lt;br /&gt;</w:t>
        <w:br/>
        <w:t>Наш великий чудотворче,&lt;br /&gt;</w:t>
        <w:br/>
        <w:t>Мій друже єдиний!&lt;br /&gt;</w:t>
        <w:br/>
        <w:t>Привітаєш, — убогая,&lt;br /&gt;</w:t>
        <w:br/>
        <w:t>Сірая, з тобою&lt;br /&gt;</w:t>
        <w:br/>
        <w:t>Перепливе вона Лету;&lt;br /&gt;</w:t>
        <w:br/>
        <w:t>І огнем-сльозою&lt;br /&gt;</w:t>
        <w:br/>
        <w:t>Упаде колись на землю,&lt;br /&gt;</w:t>
        <w:br/>
        <w:t>І притчею стане&lt;br /&gt;</w:t>
        <w:br/>
        <w:t>Розпинателям народним,&lt;br /&gt;</w:t>
        <w:br/>
        <w:t>Грядущим тиранам.</w:t>
      </w:r>
    </w:p>
    <w:p>
      <w:r>
        <w:br/>
        <w:t>Давно вже я сижу в неволі,&lt;br /&gt;</w:t>
        <w:br/>
        <w:t>Неначе злодій взаперті,&lt;br /&gt;</w:t>
        <w:br/>
        <w:t>На шлях дивлюся, та на поле,&lt;br /&gt;</w:t>
        <w:br/>
        <w:t>Та на ворону на хресті&lt;br /&gt;</w:t>
        <w:br/>
        <w:t>На кладовищі. Більш нічого&lt;br /&gt;</w:t>
        <w:br/>
        <w:t>З тюрми не видно. Слава богу&lt;br /&gt;</w:t>
        <w:br/>
        <w:t>Й за те, що бачу. Ще живуть,&lt;br /&gt;</w:t>
        <w:br/>
        <w:t>І богу моляться, і мруть&lt;br /&gt;</w:t>
        <w:br/>
        <w:t>Хрещені люди.&lt;br /&gt;</w:t>
        <w:br/>
        <w:t>Хрест високий&lt;br /&gt;</w:t>
        <w:br/>
        <w:t>На кладовищі трохи збоку&lt;br /&gt;</w:t>
        <w:br/>
        <w:t>Златомальований стоїть.&lt;br /&gt;</w:t>
        <w:br/>
        <w:t>Не вбогий, мабуть, хтось лежить?&lt;br /&gt;</w:t>
        <w:br/>
        <w:t>І намальовано: розп'ятий&lt;br /&gt;</w:t>
        <w:br/>
        <w:t>За нас син божий на хресті.&lt;br /&gt;</w:t>
        <w:br/>
        <w:t>Спасибі сиротам багатим,&lt;br /&gt;</w:t>
        <w:br/>
        <w:t>Що хрест поставили. А я...&lt;br /&gt;</w:t>
        <w:br/>
        <w:t>Такая доленька моя!&lt;br /&gt;</w:t>
        <w:br/>
        <w:t>Сижу собі та все дивлюся&lt;br /&gt;</w:t>
        <w:br/>
        <w:t>На хрест високий із тюрми.&lt;br /&gt;</w:t>
        <w:br/>
        <w:t>Дивлюсь, дивлюся, помолюся —&lt;br /&gt;</w:t>
        <w:br/>
        <w:t>І горе, горенько моє,&lt;br /&gt;</w:t>
        <w:br/>
        <w:t>Мов нагодована дитина,&lt;br /&gt;</w:t>
        <w:br/>
        <w:t>Затихне трохи. І тюрма&lt;br /&gt;</w:t>
        <w:br/>
        <w:t>Неначе ширшає. Співає&lt;br /&gt;</w:t>
        <w:br/>
        <w:t>І плаче серце, оживає&lt;br /&gt;</w:t>
        <w:br/>
        <w:t>І в тебе, боже, і в святих&lt;br /&gt;</w:t>
        <w:br/>
        <w:t>Та праведних твоїх питає, —&lt;br /&gt;</w:t>
        <w:br/>
        <w:t>Що він зробив їм, той святий,&lt;br /&gt;</w:t>
        <w:br/>
        <w:t>Той назорей, той син єдиний&lt;br /&gt;</w:t>
        <w:br/>
        <w:t>Богом ізбранної Марії,&lt;br /&gt;</w:t>
        <w:br/>
        <w:t>Що він зробив їм? І за що&lt;br /&gt;</w:t>
        <w:br/>
        <w:t>Його, святого, мордували,&lt;br /&gt;</w:t>
        <w:br/>
        <w:t>Во узи кували;&lt;br /&gt;</w:t>
        <w:br/>
        <w:t>І главу його честную&lt;br /&gt;</w:t>
        <w:br/>
        <w:t>Терном увінчали?&lt;br /&gt;</w:t>
        <w:br/>
        <w:t>І вивели з злодіями&lt;br /&gt;</w:t>
        <w:br/>
        <w:t>На Голгофу-гору;&lt;br /&gt;</w:t>
        <w:br/>
        <w:t>І повісили між ними&lt;br /&gt;</w:t>
        <w:br/>
        <w:t>За що? Не говорить&lt;br /&gt;</w:t>
        <w:br/>
        <w:t>Ні сам сивки верхотворець,&lt;br /&gt;</w:t>
        <w:br/>
        <w:t>Ні його святії —&lt;br /&gt;</w:t>
        <w:br/>
        <w:t>Помощники, поборники,&lt;br /&gt;</w:t>
        <w:br/>
        <w:t>Кастрати німії!</w:t>
      </w:r>
    </w:p>
    <w:p>
      <w:r>
        <w:br/>
        <w:t>Благословенная в женах,&lt;br /&gt;</w:t>
        <w:br/>
        <w:t>Святая праведная мати&lt;br /&gt;</w:t>
        <w:br/>
        <w:t>Святого сина на землі!&lt;br /&gt;</w:t>
        <w:br/>
        <w:t>Не дай в неволі пропадати,&lt;br /&gt;</w:t>
        <w:br/>
        <w:t>Летучі літа марне тратить.&lt;br /&gt;</w:t>
        <w:br/>
        <w:t>Скорбящих радосте! Пошли,&lt;br /&gt;</w:t>
        <w:br/>
        <w:t>Пошли мені святеє слово,&lt;br /&gt;</w:t>
        <w:br/>
        <w:t>Святої правди голос новий!&lt;br /&gt;</w:t>
        <w:br/>
        <w:t>І слово розумом святим&lt;br /&gt;</w:t>
        <w:br/>
        <w:t>І оживи і просвіти!&lt;br /&gt;</w:t>
        <w:br/>
        <w:t>І розкажу я людям горе,&lt;br /&gt;</w:t>
        <w:br/>
        <w:t>Як тая мати ріки, море&lt;br /&gt;</w:t>
        <w:br/>
        <w:t>Сльози кровавої лила,&lt;br /&gt;</w:t>
        <w:br/>
        <w:t>Так, як і ти. І прийняла&lt;br /&gt;</w:t>
        <w:br/>
        <w:t>В живую душу світ незримий&lt;br /&gt;</w:t>
        <w:br/>
        <w:t>Твойого розп'ятого сина!..&lt;br /&gt;</w:t>
        <w:br/>
        <w:t>Ти — матер бога на землі! —&lt;br /&gt;</w:t>
        <w:br/>
        <w:t>Ти сльози матері до краю,&lt;br /&gt;</w:t>
        <w:br/>
        <w:t>До каплі вилила! Ридаю,&lt;br /&gt;</w:t>
        <w:br/>
        <w:t>Молю, ридаючи, пошли,&lt;br /&gt;</w:t>
        <w:br/>
        <w:t>Подай душі убогій силу,&lt;br /&gt;</w:t>
        <w:br/>
        <w:t>Щоб огненно заговорила,&lt;br /&gt;</w:t>
        <w:br/>
        <w:t>Щоб слово пламенем взялось,&lt;br /&gt;</w:t>
        <w:br/>
        <w:t>Щоб людям серце розтопило,&lt;br /&gt;</w:t>
        <w:br/>
        <w:t>І на Украйні понеслось.&lt;br /&gt;</w:t>
        <w:br/>
        <w:t>І на Україні святилось&lt;br /&gt;</w:t>
        <w:br/>
        <w:t>Те слово — божеє кадило,&lt;br /&gt;</w:t>
        <w:br/>
        <w:t>Кадило істини. Амінь.</w:t>
      </w:r>
    </w:p>
    <w:p>
      <w:r>
        <w:br/>
        <w:t>І</w:t>
      </w:r>
    </w:p>
    <w:p>
      <w:r>
        <w:br/>
        <w:t>Не в нашім краю, богу милім,&lt;br /&gt;</w:t>
        <w:br/>
        <w:t>Не за гетьманів і царів,&lt;br /&gt;</w:t>
        <w:br/>
        <w:t>А в римській ідольській землі&lt;br /&gt;</w:t>
        <w:br/>
        <w:t>Се беззаконіє творилось.&lt;br /&gt;</w:t>
        <w:br/>
        <w:t>Либонь, за Декія царя?&lt;br /&gt;</w:t>
        <w:br/>
        <w:t>Чи за Нерона сподаря?&lt;br /&gt;</w:t>
        <w:br/>
        <w:t>Сказать запевне не зумію.&lt;br /&gt;</w:t>
        <w:br/>
        <w:t>Нехай за Нерона. Росії&lt;br /&gt;</w:t>
        <w:br/>
        <w:t>Тоді й на світі не було,&lt;br /&gt;</w:t>
        <w:br/>
        <w:t>Як у Італії росло&lt;br /&gt;</w:t>
        <w:br/>
        <w:t>Мале дівча. І красотою,&lt;br /&gt;</w:t>
        <w:br/>
        <w:t>Святою, чистою красою,&lt;br /&gt;</w:t>
        <w:br/>
        <w:t>Як тая лілія, цвіло.&lt;br /&gt;</w:t>
        <w:br/>
        <w:t>Дивилася на неї мати&lt;br /&gt;</w:t>
        <w:br/>
        <w:t>І молоділа. І дівчаті&lt;br /&gt;</w:t>
        <w:br/>
        <w:t>Людей шукала. І найшла.&lt;br /&gt;</w:t>
        <w:br/>
        <w:t>Та, помолившись Гіменею&lt;br /&gt;</w:t>
        <w:br/>
        <w:t>В своїм веселім гінекею,&lt;br /&gt;</w:t>
        <w:br/>
        <w:t>В чужий веселий одвела.&lt;br /&gt;</w:t>
        <w:br/>
        <w:t>Незабаром зробилась мати&lt;br /&gt;</w:t>
        <w:br/>
        <w:t>Із доброї тії дівчати;&lt;br /&gt;</w:t>
        <w:br/>
        <w:t>Дитину-сина привела.&lt;br /&gt;</w:t>
        <w:br/>
        <w:t>Молилася своїм пенатам&lt;br /&gt;</w:t>
        <w:br/>
        <w:t>І в Капітолій принесла&lt;br /&gt;</w:t>
        <w:br/>
        <w:t>Немалі жертви. Ублагала&lt;br /&gt;</w:t>
        <w:br/>
        <w:t>Капітолійський той сигкліт,&lt;br /&gt;</w:t>
        <w:br/>
        <w:t>Щоб первенця її вітали&lt;br /&gt;</w:t>
        <w:br/>
        <w:t>Святії ідоли. Горить&lt;br /&gt;</w:t>
        <w:br/>
        <w:t>І день і ніч перед пенатом&lt;br /&gt;</w:t>
        <w:br/>
        <w:t>Святий огонь. Радіє мати:&lt;br /&gt;</w:t>
        <w:br/>
        <w:t>В Алкіда син її росте,&lt;br /&gt;</w:t>
        <w:br/>
        <w:t>Росте... Лицяються гетери&lt;br /&gt;</w:t>
        <w:br/>
        <w:t>І перед образом Венери&lt;br /&gt;</w:t>
        <w:br/>
        <w:t>Лампаду світять.</w:t>
      </w:r>
    </w:p>
    <w:p>
      <w:r>
        <w:br/>
        <w:t>ІІ</w:t>
      </w:r>
    </w:p>
    <w:p>
      <w:r>
        <w:br/>
        <w:t>Тоді вже сходила зоря&lt;br /&gt;</w:t>
        <w:br/>
        <w:t>Над Віфлеємом. Правди слово,&lt;br /&gt;</w:t>
        <w:br/>
        <w:t>Святої правди і любові&lt;br /&gt;</w:t>
        <w:br/>
        <w:t>Зоря всесвітняя зійшла!&lt;br /&gt;</w:t>
        <w:br/>
        <w:t>І мир і радість принесла&lt;br /&gt;</w:t>
        <w:br/>
        <w:t>На землю людям. Фарисеї&lt;br /&gt;</w:t>
        <w:br/>
        <w:t>І вся мерзенна Іудея&lt;br /&gt;</w:t>
        <w:br/>
        <w:t>Заворушилась, заревла,&lt;br /&gt;</w:t>
        <w:br/>
        <w:t>Неначе гадина в болоті.&lt;br /&gt;</w:t>
        <w:br/>
        <w:t>І сина божі я во плоті&lt;br /&gt;</w:t>
        <w:br/>
        <w:t>На тій Голгофі розп'яла&lt;br /&gt;</w:t>
        <w:br/>
        <w:t>Межи злодіями. І спали,&lt;br /&gt;</w:t>
        <w:br/>
        <w:t>Упившись кровію, кати,&lt;br /&gt;</w:t>
        <w:br/>
        <w:t>Твоєю кровію. А ти&lt;br /&gt;</w:t>
        <w:br/>
        <w:t>Возстав од гроба, слово встало,&lt;br /&gt;</w:t>
        <w:br/>
        <w:t>І слово правди понесли&lt;br /&gt;</w:t>
        <w:br/>
        <w:t>По всій невольничій землі&lt;br /&gt;</w:t>
        <w:br/>
        <w:t>Твої апостоли святії.</w:t>
      </w:r>
    </w:p>
    <w:p>
      <w:r>
        <w:br/>
        <w:t>ІІІ</w:t>
      </w:r>
    </w:p>
    <w:p>
      <w:r>
        <w:br/>
        <w:t>Тоді ж ото її Алкід,&lt;br /&gt;</w:t>
        <w:br/>
        <w:t>Та ще гетери молодії,&lt;br /&gt;</w:t>
        <w:br/>
        <w:t>Та козлоногий п'яний дід&lt;br /&gt;</w:t>
        <w:br/>
        <w:t>Над самим Аппієвим шляхом&lt;br /&gt;</w:t>
        <w:br/>
        <w:t>У гаї гарно роздяглись,&lt;br /&gt;</w:t>
        <w:br/>
        <w:t>Та ще гарніше попились,&lt;br /&gt;</w:t>
        <w:br/>
        <w:t>Та й поклонялися Пріапу.&lt;br /&gt;</w:t>
        <w:br/>
        <w:t>Аж гульк!.. Іде святий Петро&lt;br /&gt;</w:t>
        <w:br/>
        <w:t>Та, йдучи в Рим благовістити,&lt;br /&gt;</w:t>
        <w:br/>
        <w:t>Зайшов у гай води напитись&lt;br /&gt;</w:t>
        <w:br/>
        <w:t>І одпочити. — Благо вам! —&lt;br /&gt;</w:t>
        <w:br/>
        <w:t>Сказав апостол утомленний&lt;br /&gt;</w:t>
        <w:br/>
        <w:t>І оргію благословив.&lt;br /&gt;</w:t>
        <w:br/>
        <w:t>І тихим, добрим, кротким словом&lt;br /&gt;</w:t>
        <w:br/>
        <w:t>Благовістив їм слово нове,&lt;br /&gt;</w:t>
        <w:br/>
        <w:t>Любов, і правду, і добро,&lt;br /&gt;</w:t>
        <w:br/>
        <w:t>Добро найкращеє на світі —&lt;br /&gt;</w:t>
        <w:br/>
        <w:t>То братолюбіє. І ситий&lt;br /&gt;</w:t>
        <w:br/>
        <w:t>І п'яний голий отой Фавн,&lt;br /&gt;</w:t>
        <w:br/>
        <w:t>І син Алкід твій, і гетери —&lt;br /&gt;</w:t>
        <w:br/>
        <w:t>Всі, всі упали до землі&lt;br /&gt;</w:t>
        <w:br/>
        <w:t>Перед Петром. І повели&lt;br /&gt;</w:t>
        <w:br/>
        <w:t>До себе в терми на вечерю&lt;br /&gt;</w:t>
        <w:br/>
        <w:t>Того апостола...</w:t>
      </w:r>
    </w:p>
    <w:p>
      <w:r>
        <w:br/>
        <w:t>IV</w:t>
      </w:r>
    </w:p>
    <w:p>
      <w:r>
        <w:br/>
        <w:t>І в термах оргія. Горять&lt;br /&gt;</w:t>
        <w:br/>
        <w:t>Чертоги пурпуром і златом,&lt;br /&gt;</w:t>
        <w:br/>
        <w:t>Куряться амфори. Дівчата&lt;br /&gt;</w:t>
        <w:br/>
        <w:t>Трохи не голії стоять&lt;br /&gt;</w:t>
        <w:br/>
        <w:t>Перед Кіпрі дою і в лад&lt;br /&gt;</w:t>
        <w:br/>
        <w:t>Співають гімн. Приуготован&lt;br /&gt;</w:t>
        <w:br/>
        <w:t>Веселий пир; і полягли&lt;br /&gt;</w:t>
        <w:br/>
        <w:t>На ложах гості. Регіт! Гоміні&lt;br /&gt;</w:t>
        <w:br/>
        <w:t>Гетери гостя привели&lt;br /&gt;</w:t>
        <w:br/>
        <w:t>Сивобородого. І слово&lt;br /&gt;</w:t>
        <w:br/>
        <w:t>Із уст апостола святого&lt;br /&gt;</w:t>
        <w:br/>
        <w:t>Драгим єлеєм потекло.&lt;br /&gt;</w:t>
        <w:br/>
        <w:t>І стихла оргія. А жриця&lt;br /&gt;</w:t>
        <w:br/>
        <w:t>Кіпріди, оргії цариця,&lt;br /&gt;</w:t>
        <w:br/>
        <w:t>Поникла радостним челом&lt;br /&gt;</w:t>
        <w:br/>
        <w:t>Перед апостолом. І встала,&lt;br /&gt;</w:t>
        <w:br/>
        <w:t>І всі за нею повставали&lt;br /&gt;</w:t>
        <w:br/>
        <w:t>І за апостолом пішли&lt;br /&gt;</w:t>
        <w:br/>
        <w:t>У катакомби. І єдиний&lt;br /&gt;</w:t>
        <w:br/>
        <w:t>Твій син Алкід пішов за ними&lt;br /&gt;</w:t>
        <w:br/>
        <w:t>І за апостолом святим,&lt;br /&gt;</w:t>
        <w:br/>
        <w:t>За тим учителем своїм.&lt;br /&gt;</w:t>
        <w:br/>
        <w:t>А ти весела вийшла з хати&lt;br /&gt;</w:t>
        <w:br/>
        <w:t>На шлях із гаю виглядати&lt;br /&gt;</w:t>
        <w:br/>
        <w:t>Свого Алкіда. Ні, нема.&lt;br /&gt;</w:t>
        <w:br/>
        <w:t>Уже й не буде. Ти сама&lt;br /&gt;</w:t>
        <w:br/>
        <w:t>Помолишся своїм пенатам,&lt;br /&gt;</w:t>
        <w:br/>
        <w:t>Сама вечерять сядеш в хаті...&lt;br /&gt;</w:t>
        <w:br/>
        <w:t>Ні, не вечерять, а ридать,&lt;br /&gt;</w:t>
        <w:br/>
        <w:t>Ридать, і долю проклинать,&lt;br /&gt;</w:t>
        <w:br/>
        <w:t>І сивіть, кленучи. І горе!&lt;br /&gt;</w:t>
        <w:br/>
        <w:t>Умреш єси на самоті,&lt;br /&gt;</w:t>
        <w:br/>
        <w:t>Мов прока жен на!</w:t>
      </w:r>
    </w:p>
    <w:p>
      <w:r>
        <w:br/>
        <w:t>V</w:t>
      </w:r>
    </w:p>
    <w:p>
      <w:r>
        <w:br/>
        <w:t>На хресті&lt;br /&gt;</w:t>
        <w:br/>
        <w:t>Стремглав повісили святого&lt;br /&gt;</w:t>
        <w:br/>
        <w:t>Того апостола Петра.&lt;br /&gt;</w:t>
        <w:br/>
        <w:t>А неофітів в Сіракузи&lt;br /&gt;</w:t>
        <w:br/>
        <w:t>В кайданах одвезли. І син&lt;br /&gt;</w:t>
        <w:br/>
        <w:t>Алкід, твоя дитина,&lt;br /&gt;</w:t>
        <w:br/>
        <w:t>Єдиная твоя родина,&lt;br /&gt;</w:t>
        <w:br/>
        <w:t>Любов єдиная твоя,&lt;br /&gt;</w:t>
        <w:br/>
        <w:t>Гниє в неволі, в кайданах.&lt;br /&gt;</w:t>
        <w:br/>
        <w:t>А ти, прескорбная, не знаєш,&lt;br /&gt;</w:t>
        <w:br/>
        <w:t>Де він конає, пропадає!&lt;br /&gt;</w:t>
        <w:br/>
        <w:t>Ідеш шукать його в Сибір&lt;br /&gt;</w:t>
        <w:br/>
        <w:t>Чи теє... в Скіфію... І ти...&lt;br /&gt;</w:t>
        <w:br/>
        <w:t>І чи одна ти? Божа мгіти&lt;br /&gt;</w:t>
        <w:br/>
        <w:t>І заступи вас і укрий'&lt;br /&gt;</w:t>
        <w:br/>
        <w:t>Нема сім'ї, немає хати,&lt;br /&gt;</w:t>
        <w:br/>
        <w:t>Немає брата, ні сестри,&lt;br /&gt;</w:t>
        <w:br/>
        <w:t>Щоб незаплакані ходили,&lt;br /&gt;</w:t>
        <w:br/>
        <w:t>Не катувалися в тюрмі&lt;br /&gt;</w:t>
        <w:br/>
        <w:t>Або в далекій стороні,&lt;br /&gt;</w:t>
        <w:br/>
        <w:t>В британських, гальських легіонах&lt;br /&gt;</w:t>
        <w:br/>
        <w:t>Не муштрувались! О Нероне!&lt;br /&gt;</w:t>
        <w:br/>
        <w:t>Нероне лютий! Божий суд,&lt;br /&gt;</w:t>
        <w:br/>
        <w:t>Правдивий, наглий, серед шляху&lt;br /&gt;</w:t>
        <w:br/>
        <w:t>Тебе осудить. Припливуть&lt;br /&gt;</w:t>
        <w:br/>
        <w:t>І прилетять зо всього світа&lt;br /&gt;</w:t>
        <w:br/>
        <w:t>Святії мученики. Діти&lt;br /&gt;</w:t>
        <w:br/>
        <w:t>Святої волі. Круг одра,&lt;br /&gt;</w:t>
        <w:br/>
        <w:t>Круг смертного твого предстануть&lt;br /&gt;</w:t>
        <w:br/>
        <w:t>В кайданах. І... тебе простять.&lt;br /&gt;</w:t>
        <w:br/>
        <w:t>Вони брати і християни.&lt;br /&gt;</w:t>
        <w:br/>
        <w:t>А ти собака! людоїд!&lt;br /&gt;</w:t>
        <w:br/>
        <w:t>Деспот скажений!</w:t>
      </w:r>
    </w:p>
    <w:p>
      <w:r>
        <w:br/>
        <w:t>VI</w:t>
      </w:r>
    </w:p>
    <w:p>
      <w:r>
        <w:br/>
        <w:t>Аж кишить&lt;br /&gt;</w:t>
        <w:br/>
        <w:t>Невольника у Сіракузах&lt;br /&gt;</w:t>
        <w:br/>
        <w:t>В льохах і тюрмах. А Медуза&lt;br /&gt;</w:t>
        <w:br/>
        <w:t>В шинку з старцями п'яна спить.&lt;br /&gt;</w:t>
        <w:br/>
        <w:t>От-от прокинеться... і потом&lt;br /&gt;</w:t>
        <w:br/>
        <w:t>І кров'ю вашою, деспоти,&lt;br /&gt;</w:t>
        <w:br/>
        <w:t>Похмілля справить.&lt;br /&gt;</w:t>
        <w:br/>
        <w:t>Скрізь шукала&lt;br /&gt;</w:t>
        <w:br/>
        <w:t>Дитину мати. Не найшла&lt;br /&gt;</w:t>
        <w:br/>
        <w:t>І в Сіракузи поплила.&lt;br /&gt;</w:t>
        <w:br/>
        <w:t>Та там уже його в кайданах&lt;br /&gt;</w:t>
        <w:br/>
        <w:t>Найшла, сердешная, в тюрмі.&lt;br /&gt;</w:t>
        <w:br/>
        <w:t>Не допустили й подивитись,&lt;br /&gt;</w:t>
        <w:br/>
        <w:t>І мусила вона сидіть&lt;br /&gt;</w:t>
        <w:br/>
        <w:t>Коло острога. Ждать і ждать,&lt;br /&gt;</w:t>
        <w:br/>
        <w:t>Як бога з неба виглядать&lt;br /&gt;</w:t>
        <w:br/>
        <w:t>Свойого сина: аж поки-то&lt;br /&gt;</w:t>
        <w:br/>
        <w:t>Його в кайданах поженуть&lt;br /&gt;</w:t>
        <w:br/>
        <w:t>Бульвар мести. А в Римі свято,&lt;br /&gt;</w:t>
        <w:br/>
        <w:t>Велике свято! Тиск народу,&lt;br /&gt;</w:t>
        <w:br/>
        <w:t>Зо всього царства воєводи,&lt;br /&gt;</w:t>
        <w:br/>
        <w:t>Преторіани і сенат,&lt;br /&gt;</w:t>
        <w:br/>
        <w:t>Жерці і ліктори стоять&lt;br /&gt;</w:t>
        <w:br/>
        <w:t>Круг Капітолія. І хором&lt;br /&gt;</w:t>
        <w:br/>
        <w:t>Співають гімн і курять дим&lt;br /&gt;</w:t>
        <w:br/>
        <w:t>З кадил і амфор. І з собором&lt;br /&gt;</w:t>
        <w:br/>
        <w:t>Іде сам кесар. Перед ним&lt;br /&gt;</w:t>
        <w:br/>
        <w:t>Із бронзи литую статую&lt;br /&gt;</w:t>
        <w:br/>
        <w:t>Самого кесаря несуть.</w:t>
      </w:r>
    </w:p>
    <w:p>
      <w:r>
        <w:br/>
        <w:t>VII</w:t>
      </w:r>
    </w:p>
    <w:p>
      <w:r>
        <w:br/>
        <w:t>Непевне видумали свято&lt;br /&gt;</w:t>
        <w:br/>
        <w:t>Патриції-аристократи&lt;br /&gt;</w:t>
        <w:br/>
        <w:t>І мудрий кесарів сенат.&lt;br /&gt;</w:t>
        <w:br/>
        <w:t>Вони, бач, кесаря хвалили&lt;br /&gt;</w:t>
        <w:br/>
        <w:t>На всі лади, що аж остило&lt;br /&gt;</w:t>
        <w:br/>
        <w:t>Самим їм дурня вихвалять, —&lt;br /&gt;</w:t>
        <w:br/>
        <w:t>То заразом, щоб доканать,&lt;br /&gt;</w:t>
        <w:br/>
        <w:t>Вони на раді присудили,&lt;br /&gt;</w:t>
        <w:br/>
        <w:t>Щоб просто кесаря назвать&lt;br /&gt;</w:t>
        <w:br/>
        <w:t>Самим Юпітером, та й годі.&lt;br /&gt;</w:t>
        <w:br/>
        <w:t>І написали воєводам&lt;br /&gt;</w:t>
        <w:br/>
        <w:t>По всьому царству: так і так.&lt;br /&gt;</w:t>
        <w:br/>
        <w:t>Що кесар бог. Що більш од богаї&lt;br /&gt;</w:t>
        <w:br/>
        <w:t>І майстрові дали кувать&lt;br /&gt;</w:t>
        <w:br/>
        <w:t>Із бронзи кесаря. До того&lt;br /&gt;</w:t>
        <w:br/>
        <w:t>Так, нотабене, додали,&lt;br /&gt;</w:t>
        <w:br/>
        <w:t>Що бронзовий той кесар буде&lt;br /&gt;</w:t>
        <w:br/>
        <w:t>І милувать. Сердешні люди,&lt;br /&gt;</w:t>
        <w:br/>
        <w:t>Неначе в ірій, потягли&lt;br /&gt;</w:t>
        <w:br/>
        <w:t>У Рим на прощу. Приплила&lt;br /&gt;</w:t>
        <w:br/>
        <w:t>Із Сіракуз і та небога&lt;br /&gt;</w:t>
        <w:br/>
        <w:t>Благати кесаря і бога.&lt;br /&gt;</w:t>
        <w:br/>
        <w:t>І чи одна вона? Мій боже!&lt;br /&gt;</w:t>
        <w:br/>
        <w:t>Прийшло їх тисячі в сльозах,&lt;br /&gt;</w:t>
        <w:br/>
        <w:t>Прийшло здалека.&lt;br /&gt;</w:t>
        <w:br/>
        <w:t>Горе з вами!&lt;br /&gt;</w:t>
        <w:br/>
        <w:t>Кого благати ви прийшли?&lt;br /&gt;</w:t>
        <w:br/>
        <w:t>Кому ви сльози принесли?&lt;br /&gt;</w:t>
        <w:br/>
        <w:t>Кому ви принесли з сльозами&lt;br /&gt;</w:t>
        <w:br/>
        <w:t>Свою надію? Горе з вами,&lt;br /&gt;</w:t>
        <w:br/>
        <w:t>Раби незрячії! Кого?&lt;br /&gt;</w:t>
        <w:br/>
        <w:t>Кого благаєте, благії,&lt;br /&gt;</w:t>
        <w:br/>
        <w:t>Раби незрячії, сліпії?&lt;br /&gt;</w:t>
        <w:br/>
        <w:t>Чи ж кат помилує кого?&lt;br /&gt;</w:t>
        <w:br/>
        <w:t>Молітесь богові одному,&lt;br /&gt;</w:t>
        <w:br/>
        <w:t>Молітесь правді на землі,&lt;br /&gt;</w:t>
        <w:br/>
        <w:t>А більше на землі нікому&lt;br /&gt;</w:t>
        <w:br/>
        <w:t>Не поклонітесь. Все брехня —&lt;br /&gt;</w:t>
        <w:br/>
        <w:t>Попи й царі...</w:t>
      </w:r>
    </w:p>
    <w:p>
      <w:r>
        <w:br/>
        <w:t>VIII</w:t>
      </w:r>
    </w:p>
    <w:p>
      <w:r>
        <w:br/>
        <w:t>Перед Нероном,&lt;br /&gt;</w:t>
        <w:br/>
        <w:t>Перед Юпітером новим,&lt;br /&gt;</w:t>
        <w:br/>
        <w:t>Молились вчора сенатори&lt;br /&gt;</w:t>
        <w:br/>
        <w:t>І всі патриції; і вчора&lt;br /&gt;</w:t>
        <w:br/>
        <w:t>Лилася божа благодать.&lt;br /&gt;</w:t>
        <w:br/>
        <w:t>Кому чи чином, чи грошима,&lt;br /&gt;</w:t>
        <w:br/>
        <w:t>Кому аренду Палестіну,&lt;br /&gt;</w:t>
        <w:br/>
        <w:t>Байстрятам дещо. А кому&lt;br /&gt;</w:t>
        <w:br/>
        <w:t>Самі благоволили дать&lt;br /&gt;</w:t>
        <w:br/>
        <w:t>Свою підложницю в супруги,&lt;br /&gt;</w:t>
        <w:br/>
        <w:t>Хоча й підтоптану. Нічого,&lt;br /&gt;</w:t>
        <w:br/>
        <w:t>Аби з-під кесаря. А в кого&lt;br /&gt;</w:t>
        <w:br/>
        <w:t>Сестру благоволили взять&lt;br /&gt;</w:t>
        <w:br/>
        <w:t>У свій гарем. І се нічого:&lt;br /&gt;</w:t>
        <w:br/>
        <w:t>На те він бог, а ми під бога&lt;br /&gt;</w:t>
        <w:br/>
        <w:t>Себе повинні підкладать,&lt;br /&gt;</w:t>
        <w:br/>
        <w:t>Не тільки сестер.&lt;br /&gt;</w:t>
        <w:br/>
        <w:t>Преторіани помолились,&lt;br /&gt;</w:t>
        <w:br/>
        <w:t>Преторіанам дав указ,&lt;br /&gt;</w:t>
        <w:br/>
        <w:t>Щоб все, що хочуть, те й робили,&lt;br /&gt;</w:t>
        <w:br/>
        <w:t>А ми помилуємо вас.&lt;br /&gt;</w:t>
        <w:br/>
        <w:t>І ви, плебеї-гречкосії,&lt;br /&gt;</w:t>
        <w:br/>
        <w:t>І ви молилися, та вас&lt;br /&gt;</w:t>
        <w:br/>
        <w:t>Ніхто не милує. Не вміють&lt;br /&gt;</w:t>
        <w:br/>
        <w:t>Вас і помилувать гаразд!</w:t>
      </w:r>
    </w:p>
    <w:p>
      <w:r>
        <w:br/>
        <w:t>ІХ</w:t>
      </w:r>
    </w:p>
    <w:p>
      <w:r>
        <w:br/>
        <w:t>На третій день уже пустили&lt;br /&gt;</w:t>
        <w:br/>
        <w:t>Молитися за християн.&lt;br /&gt;</w:t>
        <w:br/>
        <w:t>І ти приходила, молилась,&lt;br /&gt;</w:t>
        <w:br/>
        <w:t>І милосердий істукан&lt;br /&gt;</w:t>
        <w:br/>
        <w:t>Звелів везти із Сіракузи&lt;br /&gt;</w:t>
        <w:br/>
        <w:t>У Рим в кайданах християн.&lt;br /&gt;</w:t>
        <w:br/>
        <w:t>І рада ти і весела,&lt;br /&gt;</w:t>
        <w:br/>
        <w:t>Кумирові знову&lt;br /&gt;</w:t>
        <w:br/>
        <w:t>Помолилась. А кумир той,&lt;br /&gt;</w:t>
        <w:br/>
        <w:t>Юпітер той новий,&lt;br /&gt;</w:t>
        <w:br/>
        <w:t>Ось побач, якеє свято&lt;br /&gt;</w:t>
        <w:br/>
        <w:t>Буде завдавати&lt;br /&gt;</w:t>
        <w:br/>
        <w:t>В Колізеї. А тимчасом&lt;br /&gt;</w:t>
        <w:br/>
        <w:t>Іди зустрічати&lt;br /&gt;</w:t>
        <w:br/>
        <w:t>Свого сина. Та не дуже&lt;br /&gt;</w:t>
        <w:br/>
        <w:t>Радій лиш, небого.&lt;br /&gt;</w:t>
        <w:br/>
        <w:t>Ще не знаєш ти нового&lt;br /&gt;</w:t>
        <w:br/>
        <w:t>Ласкавого бога.&lt;br /&gt;</w:t>
        <w:br/>
        <w:t>А поки що, з матерями&lt;br /&gt;</w:t>
        <w:br/>
        <w:t>Алкідова мати&lt;br /&gt;</w:t>
        <w:br/>
        <w:t>Пішла його зустрінути,&lt;br /&gt;</w:t>
        <w:br/>
        <w:t>Святих привітати&lt;br /&gt;</w:t>
        <w:br/>
        <w:t>На березі. Пішла єси,&lt;br /&gt;</w:t>
        <w:br/>
        <w:t>Трохи не співаєш&lt;br /&gt;</w:t>
        <w:br/>
        <w:t>Та кесаря Юпітера&lt;br /&gt;</w:t>
        <w:br/>
        <w:t>Хвалиш-вихваляєш:&lt;br /&gt;</w:t>
        <w:br/>
        <w:t>— От Юпітер, так Юпітер!&lt;br /&gt;</w:t>
        <w:br/>
        <w:t>Не жаль і назвати&lt;br /&gt;</w:t>
        <w:br/>
        <w:t>Юпітером. А я, дурна,&lt;br /&gt;</w:t>
        <w:br/>
        <w:t>Ходила благати&lt;br /&gt;</w:t>
        <w:br/>
        <w:t>У Афіни Юпітера.&lt;br /&gt;</w:t>
        <w:br/>
        <w:t>Дурна, більш нічого! —&lt;br /&gt;</w:t>
        <w:br/>
        <w:t>І нищечком помолилась&lt;br /&gt;</w:t>
        <w:br/>
        <w:t>Кесареві-богу.&lt;br /&gt;</w:t>
        <w:br/>
        <w:t>Та й пішла понад болотом,&lt;br /&gt;</w:t>
        <w:br/>
        <w:t>На Тібр поглядає.&lt;br /&gt;</w:t>
        <w:br/>
        <w:t>А по Тібру із-за гаю&lt;br /&gt;</w:t>
        <w:br/>
        <w:t>Байдак випливає,&lt;br /&gt;</w:t>
        <w:br/>
        <w:t>Чи галера. На галері&lt;br /&gt;</w:t>
        <w:br/>
        <w:t>Везуть твого сина&lt;br /&gt;</w:t>
        <w:br/>
        <w:t>З неофітами в кайданах.&lt;br /&gt;</w:t>
        <w:br/>
        <w:t>А твоя дитина&lt;br /&gt;</w:t>
        <w:br/>
        <w:t>Ще й до щогли прикована —&lt;br /&gt;</w:t>
        <w:br/>
        <w:t>Не неофіт новий,&lt;br /&gt;</w:t>
        <w:br/>
        <w:t>А апостол великого&lt;br /&gt;</w:t>
        <w:br/>
        <w:t>Христового слова.&lt;br /&gt;</w:t>
        <w:br/>
        <w:t>Отакий-то він. Чи чуєш,&lt;br /&gt;</w:t>
        <w:br/>
        <w:t>У путах співає&lt;br /&gt;</w:t>
        <w:br/>
        <w:t>Твій мученик:</w:t>
      </w:r>
    </w:p>
    <w:p>
      <w:r>
        <w:br/>
        <w:t>"Псалом новий госнодеві&lt;br /&gt;</w:t>
        <w:br/>
        <w:t>І новую славу&lt;br /&gt;</w:t>
        <w:br/>
        <w:t>Воспоєм честним собором,&lt;br /&gt;</w:t>
        <w:br/>
        <w:t>Серцем нелукавим.&lt;br /&gt;</w:t>
        <w:br/>
        <w:t>Во псалтирі і тимпані&lt;br /&gt;</w:t>
        <w:br/>
        <w:t>Воспоєм благая,&lt;br /&gt;</w:t>
        <w:br/>
        <w:t>Яко бог кара неправих,&lt;br /&gt;</w:t>
        <w:br/>
        <w:t>Правим помагає.&lt;br /&gt;</w:t>
        <w:br/>
        <w:t>Преподобнії во славі&lt;br /&gt;</w:t>
        <w:br/>
        <w:t>І на тихих ложах&lt;br /&gt;</w:t>
        <w:br/>
        <w:t>Радуються, славословить,&lt;br /&gt;</w:t>
        <w:br/>
        <w:t>Хвалять ім'я боже.&lt;br /&gt;</w:t>
        <w:br/>
        <w:t>І мечі в руках їх добрі,&lt;br /&gt;</w:t>
        <w:br/>
        <w:t>Острі обоюду,&lt;br /&gt;</w:t>
        <w:br/>
        <w:t>На отмщеніє язикам&lt;br /&gt;</w:t>
        <w:br/>
        <w:t>І в науку людям.&lt;br /&gt;</w:t>
        <w:br/>
        <w:t>Окують царей неситих&lt;br /&gt;</w:t>
        <w:br/>
        <w:t>В залізнії пута&lt;br /&gt;</w:t>
        <w:br/>
        <w:t>І їх, славних, оковами&lt;br /&gt;</w:t>
        <w:br/>
        <w:t>Ручними скрутять.&lt;br /&gt;</w:t>
        <w:br/>
        <w:t>І осудять неправедних&lt;br /&gt;</w:t>
        <w:br/>
        <w:t>Судом своїм правим,&lt;br /&gt;</w:t>
        <w:br/>
        <w:t>І вовіки стане слава,&lt;br /&gt;</w:t>
        <w:br/>
        <w:t>Преподобним слава".</w:t>
      </w:r>
    </w:p>
    <w:p>
      <w:r>
        <w:br/>
        <w:t>Х</w:t>
      </w:r>
    </w:p>
    <w:p>
      <w:r>
        <w:br/>
        <w:t>А ти на березі стояла,&lt;br /&gt;</w:t>
        <w:br/>
        <w:t>Неначе темная скала.&lt;br /&gt;</w:t>
        <w:br/>
        <w:t>Не слухала і не ридала,&lt;br /&gt;</w:t>
        <w:br/>
        <w:t>А "алілуя" подала&lt;br /&gt;</w:t>
        <w:br/>
        <w:t>За матерями християнам.&lt;br /&gt;</w:t>
        <w:br/>
        <w:t>Мов дзвони, загули кайдани&lt;br /&gt;</w:t>
        <w:br/>
        <w:t>На неофітах. А твій син,&lt;br /&gt;</w:t>
        <w:br/>
        <w:t>Єдиний твій! апостол новий,&lt;br /&gt;</w:t>
        <w:br/>
        <w:t>Перехрестившись, возгласив:</w:t>
      </w:r>
    </w:p>
    <w:p>
      <w:r>
        <w:br/>
        <w:t>— Молітесь, братія! Молітесь&lt;br /&gt;</w:t>
        <w:br/>
        <w:t>За ката лютого. Його&lt;br /&gt;</w:t>
        <w:br/>
        <w:t>В своїх молитвах пом'яніте.&lt;br /&gt;</w:t>
        <w:br/>
        <w:t>Перед гординею його,&lt;br /&gt;</w:t>
        <w:br/>
        <w:t>Брати мої, не поклонітесь.&lt;br /&gt;</w:t>
        <w:br/>
        <w:t>Молитва богові. А він&lt;br /&gt;</w:t>
        <w:br/>
        <w:t>Нехай лютує на землі,&lt;br /&gt;</w:t>
        <w:br/>
        <w:t>Нехай пророка побиває,&lt;br /&gt;</w:t>
        <w:br/>
        <w:t>Нехай усіх нас розпинає.&lt;br /&gt;</w:t>
        <w:br/>
        <w:t>Уже внучата зачались,&lt;br /&gt;</w:t>
        <w:br/>
        <w:t>І виростуть вони колись, —&lt;br /&gt;</w:t>
        <w:br/>
        <w:t>Не месники внучата тії,&lt;br /&gt;</w:t>
        <w:br/>
        <w:t>Христові воїни святії!&lt;br /&gt;</w:t>
        <w:br/>
        <w:t>І без огня і без ножа&lt;br /&gt;</w:t>
        <w:br/>
        <w:t>Стратеги божії воспрянуть.&lt;br /&gt;</w:t>
        <w:br/>
        <w:t>І тьми і тисячі поганих&lt;br /&gt;</w:t>
        <w:br/>
        <w:t>Перед святими побіжать.&lt;br /&gt;</w:t>
        <w:br/>
        <w:t>Молітесь, братія. — Молились,&lt;br /&gt;</w:t>
        <w:br/>
        <w:t>Молилися перед хрестом&lt;br /&gt;</w:t>
        <w:br/>
        <w:t>Закуті в пута неофіти,&lt;br /&gt;</w:t>
        <w:br/>
        <w:t>Молились радостно. Хвала!&lt;br /&gt;</w:t>
        <w:br/>
        <w:t>Хвала вам, душі молодії!&lt;br /&gt;</w:t>
        <w:br/>
        <w:t>Хвала вам, лицарі святії!&lt;br /&gt;</w:t>
        <w:br/>
        <w:t>Вовіки-віки похвала!</w:t>
      </w:r>
    </w:p>
    <w:p>
      <w:r>
        <w:br/>
        <w:t>XI</w:t>
      </w:r>
    </w:p>
    <w:p>
      <w:r>
        <w:br/>
        <w:t>І в Рим галера приплила.&lt;br /&gt;</w:t>
        <w:br/>
        <w:t>Минає тиждень. П'яний кесар,&lt;br /&gt;</w:t>
        <w:br/>
        <w:t>Постригши сам себе в Зевеса,&lt;br /&gt;</w:t>
        <w:br/>
        <w:t>Завдав Зевесу юбілей.&lt;br /&gt;</w:t>
        <w:br/>
        <w:t>Ликує Рим. Перед кумира&lt;br /&gt;</w:t>
        <w:br/>
        <w:t>•Везуть возами ладан, мірро,&lt;br /&gt;</w:t>
        <w:br/>
        <w:t>Женуть гуртами християн&lt;br /&gt;</w:t>
        <w:br/>
        <w:t>У Колізей. Мов у різниці,&lt;br /&gt;</w:t>
        <w:br/>
        <w:t>Кров потекла. Ликує Рим!&lt;br /&gt;</w:t>
        <w:br/>
        <w:t>І гладіатор і патрицій,&lt;br /&gt;</w:t>
        <w:br/>
        <w:t>Обидва п'яні. Кров і дим&lt;br /&gt;</w:t>
        <w:br/>
        <w:t>Їх упоїв. Руїну слави&lt;br /&gt;</w:t>
        <w:br/>
        <w:t>Рим пропиває. Тризну править&lt;br /&gt;</w:t>
        <w:br/>
        <w:t>По Сціпіонах. Лютуй! лютуй,&lt;br /&gt;</w:t>
        <w:br/>
        <w:t>Мерзенний старче! Розкошуй&lt;br /&gt;</w:t>
        <w:br/>
        <w:t>В своїх гаремах! Із-за моря&lt;br /&gt;</w:t>
        <w:br/>
        <w:t>Уже встає святая зоря.&lt;br /&gt;</w:t>
        <w:br/>
        <w:t>Не громом праведним, святим&lt;br /&gt;</w:t>
        <w:br/>
        <w:t>Тебе уб'ють. Ножем тупим&lt;br /&gt;</w:t>
        <w:br/>
        <w:t>Тебе заріжуть, мов собаку,&lt;br /&gt;</w:t>
        <w:br/>
        <w:t>Уб'ють обухом.</w:t>
      </w:r>
    </w:p>
    <w:p>
      <w:r>
        <w:br/>
        <w:t>XII</w:t>
      </w:r>
    </w:p>
    <w:p>
      <w:r>
        <w:br/>
        <w:t>Другий день&lt;br /&gt;</w:t>
        <w:br/>
        <w:t>Реве арена. На арені&lt;br /&gt;</w:t>
        <w:br/>
        <w:t>Лідійський золотий пісок&lt;br /&gt;</w:t>
        <w:br/>
        <w:t>Покрився пурпуром червоним,&lt;br /&gt;</w:t>
        <w:br/>
        <w:t>В болото крові замісивсь.&lt;br /&gt;</w:t>
        <w:br/>
        <w:t>А сіракузьких назореїв&lt;br /&gt;</w:t>
        <w:br/>
        <w:t>Ще не було у Колізеї.&lt;br /&gt;</w:t>
        <w:br/>
        <w:t>На третій день і їх в кайданах&lt;br /&gt;</w:t>
        <w:br/>
        <w:t>Сторожа з голими мечами&lt;br /&gt;</w:t>
        <w:br/>
        <w:t>Гуртом в різницю привела.&lt;br /&gt;</w:t>
        <w:br/>
        <w:t>Арена звіром заревла.&lt;br /&gt;</w:t>
        <w:br/>
        <w:t>А син твій гордо на арену,&lt;br /&gt;</w:t>
        <w:br/>
        <w:t>Псалом співаючи, ступив.&lt;br /&gt;</w:t>
        <w:br/>
        <w:t>І п'яний кесар, мов скажений,&lt;br /&gt;</w:t>
        <w:br/>
        <w:t>Зареготавсь. І леопард&lt;br /&gt;</w:t>
        <w:br/>
        <w:t>Із льоху вискочив на сцену,&lt;br /&gt;</w:t>
        <w:br/>
        <w:t>Ступив, зирнув... І полилась&lt;br /&gt;</w:t>
        <w:br/>
        <w:t>Святая кров. По Колізеї&lt;br /&gt;</w:t>
        <w:br/>
        <w:t>Ревучим громом пронеслась&lt;br /&gt;</w:t>
        <w:br/>
        <w:t>І стихла буря. Де ж була?&lt;br /&gt;</w:t>
        <w:br/>
        <w:t>Де ти сховалась? Чом на його,&lt;br /&gt;</w:t>
        <w:br/>
        <w:t>На кесаря свого святого,&lt;br /&gt;</w:t>
        <w:br/>
        <w:t>Не кинулась? Бо стерегли,&lt;br /&gt;</w:t>
        <w:br/>
        <w:t>Кругом в три лави оступили&lt;br /&gt;</w:t>
        <w:br/>
        <w:t>Зевеса ліктори. За ним,&lt;br /&gt;</w:t>
        <w:br/>
        <w:t>Твоїм Юпітером святим,&lt;br /&gt;</w:t>
        <w:br/>
        <w:t>Залізну браму зачинили.&lt;br /&gt;</w:t>
        <w:br/>
        <w:t>А ти осталася одна,&lt;br /&gt;</w:t>
        <w:br/>
        <w:t>Одна-однісінька надворі.&lt;br /&gt;</w:t>
        <w:br/>
        <w:t>І що ти зможеш? — Горе! Горе!&lt;br /&gt;</w:t>
        <w:br/>
        <w:t>О горе лютеє моє!&lt;br /&gt;</w:t>
        <w:br/>
        <w:t>Моя ти доленько! Без його&lt;br /&gt;</w:t>
        <w:br/>
        <w:t>Що я робитиму? До кого&lt;br /&gt;</w:t>
        <w:br/>
        <w:t>Я прихилюся?.. — І небога&lt;br /&gt;</w:t>
        <w:br/>
        <w:t>Кругом зирнула, і о мур,&lt;br /&gt;</w:t>
        <w:br/>
        <w:t>Об мур старою головою&lt;br /&gt;</w:t>
        <w:br/>
        <w:t>Ударилась, і трупом пала&lt;br /&gt;</w:t>
        <w:br/>
        <w:t>Під саму браму.</w:t>
      </w:r>
    </w:p>
    <w:p>
      <w:r>
        <w:br/>
        <w:t>ХІІІ</w:t>
      </w:r>
    </w:p>
    <w:p>
      <w:r>
        <w:br/>
        <w:t>З позорища увечері&lt;br /&gt;</w:t>
        <w:br/>
        <w:t>У терми сховався&lt;br /&gt;</w:t>
        <w:br/>
        <w:t>Святий кесар з лікторами.&lt;br /&gt;</w:t>
        <w:br/>
        <w:t>Колізей остався&lt;br /&gt;</w:t>
        <w:br/>
        <w:t>Без кесаря і без римлян&lt;br /&gt;</w:t>
        <w:br/>
        <w:t>І ніби заплакав&lt;br /&gt;</w:t>
        <w:br/>
        <w:t>Одинокий. Мов гора та,&lt;br /&gt;</w:t>
        <w:br/>
        <w:t>На полі чорніє&lt;br /&gt;</w:t>
        <w:br/>
        <w:t>Колізей той серед Риму.&lt;br /&gt;</w:t>
        <w:br/>
        <w:t>Тихо, тихо віє&lt;br /&gt;</w:t>
        <w:br/>
        <w:t>Із-за Тібра, із Альбано&lt;br /&gt;</w:t>
        <w:br/>
        <w:t>Вітер понад Римом.&lt;br /&gt;</w:t>
        <w:br/>
        <w:t>А над чорним Колізеєм,&lt;br /&gt;</w:t>
        <w:br/>
        <w:t>Ніби із-за диму,&lt;br /&gt;</w:t>
        <w:br/>
        <w:t>Пливе місяць круглолиций.&lt;br /&gt;</w:t>
        <w:br/>
        <w:t>І мир первозданний&lt;br /&gt;</w:t>
        <w:br/>
        <w:t>Одпочив на лоні ночі.&lt;br /&gt;</w:t>
        <w:br/>
        <w:t>Тільки ми, Адаме,&lt;br /&gt;</w:t>
        <w:br/>
        <w:t>Твої чада преступнії,&lt;br /&gt;</w:t>
        <w:br/>
        <w:t>Не одпочиваєм&lt;br /&gt;</w:t>
        <w:br/>
        <w:t>До самої домовини&lt;br /&gt;</w:t>
        <w:br/>
        <w:t>У проспанім раї.&lt;br /&gt;</w:t>
        <w:br/>
        <w:t>Гриземося, мов собаки&lt;br /&gt;</w:t>
        <w:br/>
        <w:t>За маслак смердячий,&lt;br /&gt;</w:t>
        <w:br/>
        <w:t>Та тебе ще зневажаєм,&lt;br /&gt;</w:t>
        <w:br/>
        <w:t>Праотче ледачий!</w:t>
      </w:r>
    </w:p>
    <w:p>
      <w:r>
        <w:br/>
        <w:t>XIV</w:t>
      </w:r>
    </w:p>
    <w:p>
      <w:r>
        <w:br/>
        <w:t>Трохи одпочила&lt;br /&gt;</w:t>
        <w:br/>
        <w:t>Стара мати недобита.&lt;br /&gt;</w:t>
        <w:br/>
        <w:t>Живущую силу&lt;br /&gt;</w:t>
        <w:br/>
        <w:t>Сила ночі оживила.&lt;br /&gt;</w:t>
        <w:br/>
        <w:t>Встала, походила&lt;br /&gt;</w:t>
        <w:br/>
        <w:t>Коло замкнутої брами&lt;br /&gt;</w:t>
        <w:br/>
        <w:t>Та щось шепотала.&lt;br /&gt;</w:t>
        <w:br/>
        <w:t>Чи не кесаря святого&lt;br /&gt;</w:t>
        <w:br/>
        <w:t>Нишком проклинала?&lt;br /&gt;</w:t>
        <w:br/>
        <w:t>А може й так. Тихесенько&lt;br /&gt;</w:t>
        <w:br/>
        <w:t>До брами підкралась,&lt;br /&gt;</w:t>
        <w:br/>
        <w:t>Послухала, усміхнулась&lt;br /&gt;</w:t>
        <w:br/>
        <w:t>І щось прошептала,&lt;br /&gt;</w:t>
        <w:br/>
        <w:t>Якесь слово. І нищечком&lt;br /&gt;</w:t>
        <w:br/>
        <w:t>Коло брами сіла&lt;br /&gt;</w:t>
        <w:br/>
        <w:t>Й зажурилась. Незабаром&lt;br /&gt;</w:t>
        <w:br/>
        <w:t>Брама одчинилась.&lt;br /&gt;</w:t>
        <w:br/>
        <w:t>І на возах, на колесницях,&lt;br /&gt;</w:t>
        <w:br/>
        <w:t>Із Колізея, із різниці,&lt;br /&gt;</w:t>
        <w:br/>
        <w:t>Святії вивезли тіла&lt;br /&gt;</w:t>
        <w:br/>
        <w:t>І повезли на Тібр. Тілами&lt;br /&gt;</w:t>
        <w:br/>
        <w:t>Святих убитих годували&lt;br /&gt;</w:t>
        <w:br/>
        <w:t>Для царського-таки стола&lt;br /&gt;</w:t>
        <w:br/>
        <w:t>У Тібрі рибу. Встала мати,&lt;br /&gt;</w:t>
        <w:br/>
        <w:t>Кругом оглянулась, взялась&lt;br /&gt;</w:t>
        <w:br/>
        <w:t>За биту голову руками&lt;br /&gt;</w:t>
        <w:br/>
        <w:t>І тихо, мовчки за возами&lt;br /&gt;</w:t>
        <w:br/>
        <w:t>Марою чорною пішла&lt;br /&gt;</w:t>
        <w:br/>
        <w:t>На Тібр. А скіфи сіроокі,&lt;br /&gt;</w:t>
        <w:br/>
        <w:t>Погоничі, рабів раби,&lt;br /&gt;</w:t>
        <w:br/>
        <w:t>Подумали — сестра Морока&lt;br /&gt;</w:t>
        <w:br/>
        <w:t>Із пекла вийшла провожать&lt;br /&gt;</w:t>
        <w:br/>
        <w:t>У пекло римлян. Поскидали&lt;br /&gt;</w:t>
        <w:br/>
        <w:t>У воду трупи, та й назад&lt;br /&gt;</w:t>
        <w:br/>
        <w:t>З возами скіфи повертали.&lt;br /&gt;</w:t>
        <w:br/>
        <w:t>І ти осталася одна&lt;br /&gt;</w:t>
        <w:br/>
        <w:t>На березі. І ти дивилась,&lt;br /&gt;</w:t>
        <w:br/>
        <w:t>Як розстилалися, стелились&lt;br /&gt;</w:t>
        <w:br/>
        <w:t>Круги широкії над ним,&lt;br /&gt;</w:t>
        <w:br/>
        <w:t>Над сином праведним твоїм!&lt;br /&gt;</w:t>
        <w:br/>
        <w:t>Дивилась, поки не осталось&lt;br /&gt;</w:t>
        <w:br/>
        <w:t>Живого сліду на воді.&lt;br /&gt;</w:t>
        <w:br/>
        <w:t>І усміхнулася тоді,&lt;br /&gt;</w:t>
        <w:br/>
        <w:t>І тяжко, страшно заридала,&lt;br /&gt;</w:t>
        <w:br/>
        <w:t>І помолилась в перший раз&lt;br /&gt;</w:t>
        <w:br/>
        <w:t>За нас розп'ятому. І спас&lt;br /&gt;</w:t>
        <w:br/>
        <w:t>Тебе розп'ятий син Марії.&lt;br /&gt;</w:t>
        <w:br/>
        <w:t>І ти слова його живії&lt;br /&gt;</w:t>
        <w:br/>
        <w:t>В живую душу прийняла.&lt;br /&gt;</w:t>
        <w:br/>
        <w:t>І на торжища і в чертоги&lt;br /&gt;</w:t>
        <w:br/>
        <w:t>Живого істинного бога&lt;br /&gt;</w:t>
        <w:br/>
        <w:t>Ти слово правди понесла.</w:t>
      </w:r>
    </w:p>
    <w:p>
      <w:r>
        <w:br/>
        <w:t>1857 8 грудня Нижній Новгород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Неофіти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