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Nevermore</w:t>
      </w:r>
    </w:p>
    <w:p>
      <w:r>
        <w:br/>
        <w:t xml:space="preserve"> О спогади, мовчіть!.. У млявому осонні&lt;br /&gt;</w:t>
        <w:br/>
        <w:t>До вирію дрозди летіли напівсонні,&lt;br /&gt;</w:t>
        <w:br/>
        <w:t>А з лісу, що жарів в осінньому вісоні,&lt;br /&gt;</w:t>
        <w:br/>
        <w:t>Журилися вітрів фаготи унісонні.</w:t>
      </w:r>
    </w:p>
    <w:p>
      <w:r>
        <w:br/>
        <w:t>Ми з нею вдвох ішли по стежці польовій,&lt;br /&gt;</w:t>
        <w:br/>
        <w:t>Волосся і думки тріпав нам вітровій,&lt;br /&gt;</w:t>
        <w:br/>
        <w:t>І раптом, глянувши на мене із-під вій:&lt;br /&gt;</w:t>
        <w:br/>
        <w:t>"Скажи мені, який був день найкраший твій?"</w:t>
      </w:r>
    </w:p>
    <w:p>
      <w:r>
        <w:br/>
        <w:t>Спиталася вона. Я тільки посміхнувся&lt;br /&gt;</w:t>
        <w:br/>
        <w:t>Й устами вдячними побожно приторкнувся&lt;br /&gt;</w:t>
        <w:br/>
        <w:t>До білої руки, а серце стало нить.</w:t>
      </w:r>
    </w:p>
    <w:p>
      <w:r>
        <w:br/>
        <w:t>Ах, ніжні первістки лілей благоуханних,&lt;br /&gt;</w:t>
        <w:br/>
        <w:t>Як запах ваш п'янить, як солодко бринить&lt;br /&gt;</w:t>
        <w:br/>
        <w:t>Несміливе "люблю" уперше з уст коханих!</w:t>
      </w:r>
    </w:p>
    <w:p>
      <w:r>
        <w:br/>
        <w:t>* Ніколи більше (англ.).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Nevermore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