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Об'явління</w:t>
      </w:r>
    </w:p>
    <w:p>
      <w:r>
        <w:br/>
        <w:t xml:space="preserve"> Я ждав так довго, я ждав на хвилю ту,&lt;br /&gt;</w:t>
        <w:br/>
        <w:t>як врешті зрозумію життя таємний глузд,&lt;br /&gt;</w:t>
        <w:br/>
        <w:t>зів'ялий лист незнання, мов буря, розмету&lt;br /&gt;</w:t>
        <w:br/>
        <w:t>і роздеру безвісність, мов плахту, нагамуз.</w:t>
      </w:r>
    </w:p>
    <w:p>
      <w:r>
        <w:br/>
        <w:t>Землі закриту книжку в обгортці синій неба&lt;br /&gt;</w:t>
        <w:br/>
        <w:t>з дрижанням від напруги руками розгорну.&lt;br /&gt;</w:t>
        <w:br/>
        <w:t>Під бачення серпами падуть ниць мряки стебла,&lt;br /&gt;</w:t>
        <w:br/>
        <w:t>і світла сніп розвиднить кімнату днів курну.</w:t>
      </w:r>
    </w:p>
    <w:p>
      <w:r>
        <w:br/>
        <w:t>Я ждав на цю хвилину, що тишею велична,&lt;br /&gt;</w:t>
        <w:br/>
        <w:t>яка проб'є прозрінням усе нове й старе,&lt;br /&gt;</w:t>
        <w:br/>
        <w:t>яка мовчущим криком німих очей закличе&lt;br /&gt;</w:t>
        <w:br/>
        <w:t>і обрій в безкрай неба двигне гір двигарем.</w:t>
      </w:r>
    </w:p>
    <w:p>
      <w:r>
        <w:br/>
        <w:t>Вночі пішов на зустріч, де поле й ліс суміжні,&lt;br /&gt;</w:t>
        <w:br/>
        <w:t>і в свисті бур побачив десь вогняні стовпи.&lt;br /&gt;</w:t>
        <w:br/>
        <w:t>У блискавок пурпурі стояв на роздоріжжі&lt;br /&gt;</w:t>
        <w:br/>
        <w:t>заслуханий, задивлений поет – сліпий.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Об'явління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