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Орхідеї з тропиків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Орхідеї з тропиків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