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і Іван у дорозі</w:t>
      </w:r>
    </w:p>
    <w:p>
      <w:r>
        <w:br/>
        <w:t xml:space="preserve"> Ізійшлися пан з Іваном,&lt;br /&gt;</w:t>
        <w:br/>
        <w:t>По світі мандрують…&lt;br /&gt;</w:t>
        <w:br/>
        <w:t>Разом їдять, розмовляють.&lt;br /&gt;</w:t>
        <w:br/>
        <w:t>Разом і ночують…</w:t>
      </w:r>
    </w:p>
    <w:p>
      <w:r>
        <w:br/>
        <w:t>На кождому через плечі&lt;br /&gt;</w:t>
        <w:br/>
        <w:t>Висить по торбині…&lt;br /&gt;</w:t>
        <w:br/>
        <w:t>Лиш пан таки у чемерці,&lt;br /&gt;</w:t>
        <w:br/>
        <w:t>Іван — у свитині…</w:t>
      </w:r>
    </w:p>
    <w:p>
      <w:r>
        <w:br/>
        <w:t>Ідуть вони дорогою,&lt;br /&gt;</w:t>
        <w:br/>
        <w:t>Стали ночувати,&lt;br /&gt;</w:t>
        <w:br/>
        <w:t>Аж пан собі задумує&lt;br /&gt;</w:t>
        <w:br/>
        <w:t>Хлопа ошукати…</w:t>
      </w:r>
    </w:p>
    <w:p>
      <w:r>
        <w:br/>
        <w:t>Та й говорить до Івана:&lt;br /&gt;</w:t>
        <w:br/>
        <w:t>"Знаєш, що, Іване?&lt;br /&gt;</w:t>
        <w:br/>
        <w:t>Годилося б попоїсти!.."&lt;br /&gt;</w:t>
        <w:br/>
        <w:t>"То що ж? Їжмо, пане!.."</w:t>
      </w:r>
    </w:p>
    <w:p>
      <w:r>
        <w:br/>
        <w:t>"Але знаєш, що, Іване?&lt;br /&gt;</w:t>
        <w:br/>
        <w:t>Починаймо з твої!&lt;br /&gt;</w:t>
        <w:br/>
        <w:t>Як твоя буде порожня,&lt;br /&gt;</w:t>
        <w:br/>
        <w:t>То тогді до мої!"</w:t>
      </w:r>
    </w:p>
    <w:p>
      <w:r>
        <w:br/>
        <w:t>"Добре, пане!" — Іван каже,&lt;br /&gt;</w:t>
        <w:br/>
        <w:t>Зняв свою торбину,&lt;br /&gt;</w:t>
        <w:br/>
        <w:t>На травиці зеленії&lt;br /&gt;</w:t>
        <w:br/>
        <w:t>Постелив свитину…</w:t>
      </w:r>
    </w:p>
    <w:p>
      <w:r>
        <w:br/>
        <w:t>Попоїли таки добре;&lt;br /&gt;</w:t>
        <w:br/>
        <w:t>Комара здушили…&lt;br /&gt;</w:t>
        <w:br/>
        <w:t>Рано встали, до снідання&lt;br /&gt;</w:t>
        <w:br/>
        <w:t>Торбину кінчили.</w:t>
      </w:r>
    </w:p>
    <w:p>
      <w:r>
        <w:br/>
        <w:t>Прийшов вечір. Знов у полі&lt;br /&gt;</w:t>
        <w:br/>
        <w:t>Стали ночувати.&lt;br /&gt;</w:t>
        <w:br/>
        <w:t>Вже панові оце б торбу&lt;br /&gt;</w:t>
        <w:br/>
        <w:t>Треба починати.</w:t>
      </w:r>
    </w:p>
    <w:p>
      <w:r>
        <w:br/>
        <w:t>Але пан собі ні слова…&lt;br /&gt;</w:t>
        <w:br/>
        <w:t>На землі лягає,&lt;br /&gt;</w:t>
        <w:br/>
        <w:t>Кладе торбу під голови,&lt;br /&gt;</w:t>
        <w:br/>
        <w:t>Хлопа замовляє:</w:t>
      </w:r>
    </w:p>
    <w:p>
      <w:r>
        <w:br/>
        <w:t>"Що би ти робив, Іване,—&lt;br /&gt;</w:t>
        <w:br/>
        <w:t>Пан зачав питати,—&lt;br /&gt;</w:t>
        <w:br/>
        <w:t>Якби тобі довелося&lt;br /&gt;</w:t>
        <w:br/>
        <w:t>Таке поле мати?.."</w:t>
      </w:r>
    </w:p>
    <w:p>
      <w:r>
        <w:br/>
        <w:t>"А що ж, пане, я орав би,&lt;br /&gt;</w:t>
        <w:br/>
        <w:t>Хлібом засівав би&lt;br /&gt;</w:t>
        <w:br/>
        <w:t>Та ходив [би] до Адесу,&lt;br /&gt;</w:t>
        <w:br/>
        <w:t>Сіль і гроші мав би…"</w:t>
      </w:r>
    </w:p>
    <w:p>
      <w:r>
        <w:br/>
        <w:t>"А що я — не так зробив би, —&lt;br /&gt;</w:t>
        <w:br/>
        <w:t>Пан почав казати.—&lt;br /&gt;</w:t>
        <w:br/>
        <w:t>Я б казав би на сім полі&lt;br /&gt;</w:t>
        <w:br/>
        <w:t>Місто збудувати…</w:t>
      </w:r>
    </w:p>
    <w:p>
      <w:r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різниці…</w:t>
      </w:r>
    </w:p>
    <w:p>
      <w:r>
        <w:br/>
        <w:t>Отогді приходь, Іване,&lt;br /&gt;</w:t>
        <w:br/>
        <w:t>В мене балувати!.."&lt;br /&gt;</w:t>
        <w:br/>
        <w:t>"Ет, спасибі, — Іван каже, —&lt;br /&gt;</w:t>
        <w:br/>
        <w:t>Лучче будем спати!.."</w:t>
      </w:r>
    </w:p>
    <w:p>
      <w:r>
        <w:br/>
        <w:t>Незабаром коло пана&lt;br /&gt;</w:t>
        <w:br/>
        <w:t>Став Іван хропіти,&lt;br /&gt;</w:t>
        <w:br/>
        <w:t>Незабаром коло него&lt;br /&gt;</w:t>
        <w:br/>
        <w:t>Став і пан сопіти…</w:t>
      </w:r>
    </w:p>
    <w:p>
      <w:r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присотався...</w:t>
      </w:r>
    </w:p>
    <w:p>
      <w:r>
        <w:br/>
        <w:t>То і курку, і печеню,&lt;br /&gt;</w:t>
        <w:br/>
        <w:t>І кавалок кишки —&lt;br /&gt;</w:t>
        <w:br/>
        <w:t>Все, що було у торбині,&lt;br /&gt;</w:t>
        <w:br/>
        <w:t>Стеребив до кришки.</w:t>
      </w:r>
    </w:p>
    <w:p>
      <w:r>
        <w:br/>
        <w:t>Пробудився пан раненько.&lt;br /&gt;</w:t>
        <w:br/>
        <w:t>Пропаща година!&lt;br /&gt;</w:t>
        <w:br/>
        <w:t>Хоче їсти, сіромаха,&lt;br /&gt;</w:t>
        <w:br/>
        <w:t>Та пуста торбина…</w:t>
      </w:r>
    </w:p>
    <w:p>
      <w:r>
        <w:br/>
        <w:t>Розбуджує він Івана&lt;br /&gt;</w:t>
        <w:br/>
        <w:t>Та й його питає.&lt;br /&gt;</w:t>
        <w:br/>
        <w:t>А Іван стиснув плечима&lt;br /&gt;</w:t>
        <w:br/>
        <w:t>Та й одповідає:</w:t>
      </w:r>
    </w:p>
    <w:p>
      <w:r>
        <w:br/>
        <w:t>"А що ж, пане, таж ви вчера&lt;br /&gt;</w:t>
        <w:br/>
        <w:t>Місто будували:&lt;br /&gt;</w:t>
        <w:br/>
        <w:t>Тут стояло дві різниці,&lt;br /&gt;</w:t>
        <w:br/>
        <w:t>Там булки стояли!..</w:t>
      </w:r>
    </w:p>
    <w:p>
      <w:r>
        <w:br/>
        <w:t>А по місті, звісне діло,&lt;br /&gt;</w:t>
        <w:br/>
        <w:t>Собаки ходили!..&lt;br /&gt;</w:t>
        <w:br/>
        <w:t>То вони ж то вашу торбу,&lt;br /&gt;</w:t>
        <w:br/>
        <w:t>Певне, стеребили?"</w:t>
      </w:r>
    </w:p>
    <w:p>
      <w:r>
        <w:br/>
        <w:t>Посвистав пан по торбині,&lt;br /&gt;</w:t>
        <w:br/>
        <w:t>Нічого діяти!..&lt;br /&gt;</w:t>
        <w:br/>
        <w:t>"Вставай, — каже, — вже, Іване!&lt;br /&gt;</w:t>
        <w:br/>
        <w:t>Підем мандрувати…"</w:t>
      </w:r>
    </w:p>
    <w:p>
      <w:r>
        <w:br/>
        <w:t>Пішли вони, ідуть степом,&lt;br /&gt;</w:t>
        <w:br/>
        <w:t>Тяженько зморились…&lt;br /&gt;</w:t>
        <w:br/>
        <w:t>Аж насилу перед вечір&lt;br /&gt;</w:t>
        <w:br/>
        <w:t>До села прибились.</w:t>
      </w:r>
    </w:p>
    <w:p>
      <w:r>
        <w:br/>
        <w:t>Ідуть вони в коловорот,&lt;br /&gt;</w:t>
        <w:br/>
        <w:t>Аж блукає гуска…&lt;br /&gt;</w:t>
        <w:br/>
        <w:t>Іван гуску — та в торбину —&lt;br /&gt;</w:t>
        <w:br/>
        <w:t>Є вже і закуска!..&lt;br /&gt;</w:t>
        <w:br/>
        <w:t>Бракувало тілько хати&lt;br /&gt;</w:t>
        <w:br/>
        <w:t>Переночувати…&lt;br /&gt;</w:t>
        <w:br/>
        <w:t>Але вони завернули&lt;br /&gt;</w:t>
        <w:br/>
        <w:t>До пустої хати…</w:t>
      </w:r>
    </w:p>
    <w:p>
      <w:r>
        <w:br/>
        <w:t>Прийшли собі, відпочили,&lt;br /&gt;</w:t>
        <w:br/>
        <w:t>Гуску спорядили…&lt;br /&gt;</w:t>
        <w:br/>
        <w:t>Спорядили, як годиться,&lt;br /&gt;</w:t>
        <w:br/>
        <w:t>У піч посадили…</w:t>
      </w:r>
    </w:p>
    <w:p>
      <w:r>
        <w:br/>
        <w:t>Аж пан знову замишляє&lt;br /&gt;</w:t>
        <w:br/>
        <w:t>Хлопа ошукати…&lt;br /&gt;</w:t>
        <w:br/>
        <w:t>Та й говорить: "Що ж, Іване!&lt;br /&gt;</w:t>
        <w:br/>
        <w:t>Ми лягаймо спати!</w:t>
      </w:r>
    </w:p>
    <w:p>
      <w:r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гуска!..."</w:t>
      </w:r>
    </w:p>
    <w:p>
      <w:r>
        <w:br/>
        <w:t>"Та як спати, то і спати&lt;br /&gt;</w:t>
        <w:br/>
        <w:t>Нічого діяти!"&lt;br /&gt;</w:t>
        <w:br/>
        <w:t>Постелив Іван свитину&lt;br /&gt;</w:t>
        <w:br/>
        <w:t>Та й лягає спати…</w:t>
      </w:r>
    </w:p>
    <w:p>
      <w:r>
        <w:br/>
        <w:t>Серед-ночі захропів пан,&lt;br /&gt;</w:t>
        <w:br/>
        <w:t>Іван пробудився,&lt;br /&gt;</w:t>
        <w:br/>
        <w:t>Із'їв собі цілу гуску&lt;br /&gt;</w:t>
        <w:br/>
        <w:t>Та й знов положився.</w:t>
      </w:r>
    </w:p>
    <w:p>
      <w:r>
        <w:br/>
        <w:t>Рано будить пан Івана&lt;br /&gt;</w:t>
        <w:br/>
        <w:t>Та давай казати,&lt;br /&gt;</w:t>
        <w:br/>
        <w:t>Як то бог його до себе&lt;br /&gt;</w:t>
        <w:br/>
        <w:t>Просив балувати,</w:t>
      </w:r>
    </w:p>
    <w:p>
      <w:r>
        <w:br/>
        <w:t>Та якії там потрави&lt;br /&gt;</w:t>
        <w:br/>
        <w:t>Йому подавали,&lt;br /&gt;</w:t>
        <w:br/>
        <w:t>Та як його всі святії&lt;br /&gt;</w:t>
        <w:br/>
        <w:t>Їсти припрошали…</w:t>
      </w:r>
    </w:p>
    <w:p>
      <w:r>
        <w:br/>
        <w:t>"Ані слова! — Іван каже.—&lt;br /&gt;</w:t>
        <w:br/>
        <w:t>Ваша правда, пане!&lt;br /&gt;</w:t>
        <w:br/>
        <w:t>Я сам бачив, як ви їли&lt;br /&gt;</w:t>
        <w:br/>
        <w:t>Якісь марципани…</w:t>
      </w:r>
    </w:p>
    <w:p>
      <w:r>
        <w:br/>
        <w:t>Та дивлюсь, що не голодні,&lt;br /&gt;</w:t>
        <w:br/>
        <w:t>Маєте закуску,&lt;br /&gt;</w:t>
        <w:br/>
        <w:t>Та й сів собі коло печі&lt;br /&gt;</w:t>
        <w:br/>
        <w:t>Та й стеребив гуску!.."</w:t>
      </w:r>
    </w:p>
    <w:p>
      <w:r>
        <w:br/>
        <w:t>"Чи ж то правда? — пан питає,&lt;br /&gt;</w:t>
        <w:br/>
        <w:t>Всю із'їв, Іване?"&lt;br /&gt;</w:t>
        <w:br/>
        <w:t>"Та аби я так здоров був,&lt;br /&gt;</w:t>
        <w:br/>
        <w:t>Як всю із'їв, пане!.."</w:t>
      </w:r>
    </w:p>
    <w:p>
      <w:r>
        <w:br/>
        <w:t>Димом здимів пан голодний,&lt;br /&gt;</w:t>
        <w:br/>
        <w:t>А Іван озвався:&lt;br /&gt;</w:t>
        <w:br/>
        <w:t>Хтів когось пан ошукати&lt;br /&gt;</w:t>
        <w:br/>
        <w:t>Та й сам ошукався!.."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і Іван у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