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Павло Апостол</w:t>
      </w:r>
    </w:p>
    <w:p>
      <w:r>
        <w:br/>
        <w:t xml:space="preserve"> Україно-Україно,&lt;br /&gt;</w:t>
        <w:br/>
        <w:t>Що ти за то дала,&lt;br /&gt;</w:t>
        <w:br/>
        <w:t>Що старого Апостола&lt;br /&gt;</w:t>
        <w:br/>
        <w:t>Гетьманом обрала?2&lt;br /&gt;</w:t>
        <w:br/>
        <w:t>Україно-Україно,&lt;br /&gt;</w:t>
        <w:br/>
        <w:t>Що ти заплатила,&lt;br /&gt;</w:t>
        <w:br/>
        <w:t>Що до себе та Петрика3&lt;br /&gt;</w:t>
        <w:br/>
        <w:t>Ти так прихилила?&lt;br /&gt;</w:t>
        <w:br/>
        <w:t>Україно-Україно, ;&lt;br /&gt;</w:t>
        <w:br/>
        <w:t>Що то з москалями,&lt;br /&gt;</w:t>
        <w:br/>
        <w:t>Що посланці повертають&lt;br /&gt;</w:t>
        <w:br/>
        <w:t>До тебе з дарами?4&lt;br /&gt;</w:t>
        <w:br/>
        <w:t>І за ними Лизогуб наш,&lt;br /&gt;</w:t>
        <w:br/>
        <w:t>Чарниш, Жураковський?&lt;br /&gt;</w:t>
        <w:br/>
        <w:t>І чим же так прихилився&lt;br /&gt;</w:t>
        <w:br/>
        <w:t>До них цар московський?&lt;br /&gt;</w:t>
        <w:br/>
        <w:t>Не питайте, добрі люди,&lt;br /&gt;</w:t>
        <w:br/>
        <w:t>Каже Україна:&lt;br /&gt;</w:t>
        <w:br/>
        <w:t>Колись була в Московщині&lt;br /&gt;</w:t>
        <w:br/>
        <w:t>Тяжкая година.&lt;br /&gt;</w:t>
        <w:br/>
        <w:t>Колись була в Московщині&lt;br /&gt;</w:t>
        <w:br/>
        <w:t>Тяжкая година:&lt;br /&gt;</w:t>
        <w:br/>
        <w:t>Петро судив царевича,5&lt;br /&gt;</w:t>
        <w:br/>
        <w:t>Судив свогосина.&lt;br /&gt;</w:t>
        <w:br/>
        <w:t>І просився син Петровий,&lt;br /&gt;</w:t>
        <w:br/>
        <w:t>А Петриків тато,&lt;br /&gt;</w:t>
        <w:br/>
        <w:t>І було там сенаторів&lt;br /&gt;</w:t>
        <w:br/>
        <w:t>Багато-багато;&lt;br /&gt;</w:t>
        <w:br/>
        <w:t>Але жоден не подумав&lt;br /&gt;</w:t>
        <w:br/>
        <w:t>За нього обстати,&lt;br /&gt;</w:t>
        <w:br/>
        <w:t>Не смів жоден проти кари&lt;br /&gt;</w:t>
        <w:br/>
        <w:t>Голосу подати.&lt;br /&gt;</w:t>
        <w:br/>
        <w:t>Їдна тілько Україна&lt;br /&gt;</w:t>
        <w:br/>
        <w:t>За нього обстала,&lt;br /&gt;</w:t>
        <w:br/>
        <w:t>Їдна тілько Україна&lt;br /&gt;</w:t>
        <w:br/>
        <w:t>Голос свій подала.&lt;br /&gt;</w:t>
        <w:br/>
        <w:t>І був гетьман в Петрополі,&lt;br /&gt;</w:t>
        <w:br/>
        <w:t>Як Петрик вінчався,6&lt;br /&gt;</w:t>
        <w:br/>
        <w:t>І до гетьмана старого&lt;br /&gt;</w:t>
        <w:br/>
        <w:t>Петрик обізвався:&lt;br /&gt;</w:t>
        <w:br/>
        <w:t>"Спасибі вам, добрі люди,&lt;br /&gt;</w:t>
        <w:br/>
        <w:t>Що ви серце мали,&lt;br /&gt;</w:t>
        <w:br/>
        <w:t>Що ви в кровлі мого батька&lt;br /&gt;</w:t>
        <w:br/>
        <w:t>Рук не покаляли.&lt;br /&gt;</w:t>
        <w:br/>
        <w:t>За то тепер і гетьмана&lt;br /&gt;</w:t>
        <w:br/>
        <w:t>Я вам позволяю,&lt;br /&gt;</w:t>
        <w:br/>
        <w:t>За то тепер і права вам&lt;br /&gt;</w:t>
        <w:br/>
        <w:t>Давні повертаю!&lt;br /&gt;</w:t>
        <w:br/>
        <w:t>І чого лиш буде треба,&lt;br /&gt;</w:t>
        <w:br/>
        <w:t>Просіть, добрі люди,&lt;br /&gt;</w:t>
        <w:br/>
        <w:t>Усе для вас я учиню,&lt;br /&gt;</w:t>
        <w:br/>
        <w:t>Усе для вас буде!"&lt;br /&gt;</w:t>
        <w:br/>
        <w:t>І подякував Апостол,&lt;br /&gt;</w:t>
        <w:br/>
        <w:t>Назад повертає&lt;br /&gt;</w:t>
        <w:br/>
        <w:t>Та й до царя, до Петрика,&lt;br /&gt;</w:t>
        <w:br/>
        <w:t>Послів посилає.&lt;br /&gt;</w:t>
        <w:br/>
        <w:t>Посилає до Петрика,&lt;br /&gt;</w:t>
        <w:br/>
        <w:t>Просить милость мати:&lt;br /&gt;</w:t>
        <w:br/>
        <w:t>Позволити поспільную&lt;br /&gt;</w:t>
        <w:br/>
        <w:t>Старшину обрати.</w:t>
      </w:r>
    </w:p>
    <w:p>
      <w:r>
        <w:br/>
        <w:t>Не перечить добрий Петрик,&lt;br /&gt;</w:t>
        <w:br/>
        <w:t>Зараз позволяє.&lt;br /&gt;</w:t>
        <w:br/>
        <w:t>Не чекає і Апостол,&lt;br /&gt;</w:t>
        <w:br/>
        <w:t>Зараз обирає.&lt;br /&gt;</w:t>
        <w:br/>
        <w:t>І Лизогуб став обозним&lt;br /&gt;</w:t>
        <w:br/>
        <w:t>І зараз до діла;&lt;br /&gt;</w:t>
        <w:br/>
        <w:t>У судці пішов Кандиба7&lt;br /&gt;</w:t>
        <w:br/>
        <w:t>І сотник Забіла8,&lt;br /&gt;</w:t>
        <w:br/>
        <w:t>В писарі пішов Турновський,9&lt;br /&gt;</w:t>
        <w:br/>
        <w:t>Панич чи попович,&lt;br /&gt;</w:t>
        <w:br/>
        <w:t>В осаули пан Лисенко10&lt;br /&gt;</w:t>
        <w:br/>
        <w:t>І пан Мануйлович;&lt;br /&gt;</w:t>
        <w:br/>
        <w:t>У поспільнії хорунжі —&lt;br /&gt;</w:t>
        <w:br/>
        <w:t>Горленко-бунчужний,11&lt;br /&gt;</w:t>
        <w:br/>
        <w:t>А в поспільнії бунчужні&lt;br /&gt;</w:t>
        <w:br/>
        <w:t>Борозна12 недужний.&lt;br /&gt;</w:t>
        <w:br/>
        <w:t>І підняв на ноги гетьман&lt;br /&gt;</w:t>
        <w:br/>
        <w:t>Слабу Україну&lt;br /&gt;</w:t>
        <w:br/>
        <w:t>І ще чогось до Петрика&lt;br /&gt;</w:t>
        <w:br/>
        <w:t>Іде в Московщину.&lt;br /&gt;</w:t>
        <w:br/>
        <w:t>Аж там Петрик помирає,13&lt;br /&gt;</w:t>
        <w:br/>
        <w:t>Ганна наступає,14&lt;br /&gt;</w:t>
        <w:br/>
        <w:t>Вона ж уже Україну&lt;br /&gt;</w:t>
        <w:br/>
        <w:t>Не так пригортає.&lt;br /&gt;</w:t>
        <w:br/>
        <w:t>Вона тілько Апостола&lt;br /&gt;</w:t>
        <w:br/>
        <w:t>В очі пригортає,15&lt;br /&gt;</w:t>
        <w:br/>
        <w:t>А за очі тридцять тисяч&lt;br /&gt;</w:t>
        <w:br/>
        <w:t>Людей вимагає.16&lt;br /&gt;</w:t>
        <w:br/>
        <w:t>І піднялось тридцять тисяч&lt;br /&gt;</w:t>
        <w:br/>
        <w:t>З полковником Танським,17&lt;br /&gt;</w:t>
        <w:br/>
        <w:t>Пішли, бідні, з України&lt;br /&gt;</w:t>
        <w:br/>
        <w:t>В степи бусурманські.&lt;br /&gt;</w:t>
        <w:br/>
        <w:t>І піднялось тридцять тисяч,&lt;br /&gt;</w:t>
        <w:br/>
        <w:t>Та усі чубаті,&lt;br /&gt;</w:t>
        <w:br/>
        <w:t>Пішли в степи бусурманські&lt;br /&gt;</w:t>
        <w:br/>
        <w:t>Вали висипати.&lt;br /&gt;</w:t>
        <w:br/>
        <w:t>І піднялось тридцять тисяч&lt;br /&gt;</w:t>
        <w:br/>
        <w:t>Ще до сходу сонця,&lt;br /&gt;</w:t>
        <w:br/>
        <w:t>Висипають вал від Дону&lt;br /&gt;</w:t>
        <w:br/>
        <w:t>До самого Донця.&lt;br /&gt;</w:t>
        <w:br/>
        <w:t>На другий рік тридцять тисяч&lt;br /&gt;</w:t>
        <w:br/>
        <w:t>Свіжих посилає,&lt;br /&gt;</w:t>
        <w:br/>
        <w:t>А торішніх тридцять тисяч&lt;br /&gt;</w:t>
        <w:br/>
        <w:t>Назад повертає.&lt;br /&gt;</w:t>
        <w:br/>
        <w:t>На третій рік із Польщею&lt;br /&gt;</w:t>
        <w:br/>
        <w:t>Бійка розпочалась,18&lt;br /&gt;</w:t>
        <w:br/>
        <w:t>Щоб від естів і від курів&lt;br /&gt;</w:t>
        <w:br/>
        <w:t>Польща відцуралась;19&lt;br /&gt;</w:t>
        <w:br/>
        <w:t>Бо любовник Ганнин Бірон20&lt;br /&gt;</w:t>
        <w:br/>
        <w:t>Став її просити,&lt;br /&gt;</w:t>
        <w:br/>
        <w:t>Щоби його у тих Курах&lt;br /&gt;</w:t>
        <w:br/>
        <w:t>Князем ізробити.&lt;br /&gt;</w:t>
        <w:br/>
        <w:t>І почалась тая бійка,&lt;br /&gt;</w:t>
        <w:br/>
        <w:t>Військо знемагає...&lt;br /&gt;</w:t>
        <w:br/>
        <w:t>.Тоді гетьман запорожцям&lt;br /&gt;</w:t>
        <w:br/>
        <w:t>Стиха промовляє:&lt;br /&gt;</w:t>
        <w:br/>
        <w:t>"Покидайте, — каже,— хлопці,&lt;br /&gt;</w:t>
        <w:br/>
        <w:t>Турецькі границі21 ,&lt;br /&gt;</w:t>
        <w:br/>
        <w:t>Та давнього собі місця;&lt;br /&gt;</w:t>
        <w:br/>
        <w:t>Просіть у цариці..."&lt;br /&gt;</w:t>
        <w:br/>
        <w:t>І просяться у цариці,&lt;br /&gt;</w:t>
        <w:br/>
        <w:t>Цариця приймає&lt;br /&gt;</w:t>
        <w:br/>
        <w:t>І булаву,бунчук, пернач,&lt;br /&gt;</w:t>
        <w:br/>
        <w:t>Хоруг посилає.&lt;br /&gt;</w:t>
        <w:br/>
        <w:t>І каже їм, запорожцям,&lt;br /&gt;</w:t>
        <w:br/>
        <w:t>На вражую кару,&lt;br /&gt;</w:t>
        <w:br/>
        <w:t>Заселити два Кодаки22&lt;br /&gt;</w:t>
        <w:br/>
        <w:t>І річку Самару.23&lt;br /&gt;</w:t>
        <w:br/>
        <w:t>А тим часом в Білій Церкві&lt;br /&gt;</w:t>
        <w:br/>
        <w:t>Каже присягнути&lt;br /&gt;</w:t>
        <w:br/>
        <w:t>Та у Польшу з отаманом&lt;br /&gt;</w:t>
        <w:br/>
        <w:t>На час завернути.&lt;br /&gt;</w:t>
        <w:br/>
        <w:t>І пігнались запорожці&lt;br /&gt;</w:t>
        <w:br/>
        <w:t>З Білецьким Іваном,24&lt;br /&gt;</w:t>
        <w:br/>
        <w:t>Здибалися з Лизогубом&lt;br /&gt;</w:t>
        <w:br/>
        <w:t>Та із Галаганом;&lt;br /&gt;</w:t>
        <w:br/>
        <w:t>Здибалися, полетіли, ,&lt;br /&gt;</w:t>
        <w:br/>
        <w:t>Назад поглядають —&lt;br /&gt;</w:t>
        <w:br/>
        <w:t>Аж там уже Апостола&lt;br /&gt;</w:t>
        <w:br/>
        <w:t>Козаки ховають.25&lt;br /&gt;</w:t>
        <w:br/>
        <w:t>Аж там уже Апостола&lt;br /&gt;</w:t>
        <w:br/>
        <w:t>Козаки ховають,&lt;br /&gt;</w:t>
        <w:br/>
        <w:t>Аж там уже і укази&lt;br /&gt;</w:t>
        <w:br/>
        <w:t>З Москви посилають, .&lt;br /&gt;</w:t>
        <w:br/>
        <w:t>Лизогуба півгетьманом&lt;br /&gt;</w:t>
        <w:br/>
        <w:t>Тілько обирають...26&lt;br /&gt;</w:t>
        <w:br/>
        <w:t>Лизогуба півгетьманом&lt;br /&gt;</w:t>
        <w:br/>
        <w:t>Тілько обирають,&lt;br /&gt;</w:t>
        <w:br/>
        <w:t>А другого півгетьмана&lt;br /&gt;</w:t>
        <w:br/>
        <w:t>З Москви посилають.&lt;br /&gt;</w:t>
        <w:br/>
        <w:t>10 июня&lt;br /&gt;</w:t>
        <w:br/>
        <w:t>1 Апостол Павло — під цим іменем відомі два визначних діячі країнської козацької старшини кінця XVII — початку XVIII ст., миргородські полковники, батько та син гетьмана Д. Апостола, якому, власне, й присвячено поему С. Руданського і якого в поемі помилково названо Павлом.&lt;br /&gt;</w:t>
        <w:br/>
        <w:t>2 Що старого Апостола Гетьманом обрала... — Д. Апостола обрано гетьманом Лівобережної України в 73-річному віці, у вересня 1727 р. Влада його була обмежена.&lt;br /&gt;</w:t>
        <w:br/>
        <w:t>3 Петрик — Петро II Олексійович (1715 — 1730) — російський імператор (1727 — 1730), онук Петра І, син страченого ним царевича Олексія.&lt;br /&gt;</w:t>
        <w:br/>
        <w:t>4 ... Що посланці повертають До тебе з дарами... — У грудні 1727 р. делегація української козацької старшини у складі ніжинського полкового судді Михайла Забіли, гадяцького полкового судді Мартина Стишевського, прилуцького сотника Григорія Стороженка та переяславського осавула Луки Васильєва їздила до Петербурга з подякою за скасування Малоросійської колегії і відновлення гетьманства. Петро II прихильно прийняв делегацію, обдарував її членів подарунками і разом з ними відпустив з Петербурга І. Черниша, В. Жураковського та Я. Лизогуба, яким було заборонено жити на Україні.&lt;br /&gt;</w:t>
        <w:br/>
        <w:t>5 Петро судив царевича... — Суд над царевичем Олексієм відбувся 1718 р. На суді були присутні гетьман I. Скоропадський і козацька старшина (генеральний бунчужний Я. Лизогуб, полковники П. Полуботок (чернігівський), А. Маркович (лубенський), М. Милорадович (гадяцький)).&lt;br /&gt;</w:t>
        <w:br/>
        <w:t>6 Ібув гетьман в Петрополі,||Як Петрик вінчався... — Гетьман Д. Апостол був присутнім на коронуванні Петра II у 1728 р. разом з козацькою старшиною, полковниками, бунчужними товаришами і таємним радником Ф. Наумовим.&lt;br /&gt;</w:t>
        <w:br/>
        <w:t>7 Кандиба Андрій — генеральний суддя.&lt;br /&gt;</w:t>
        <w:br/>
        <w:t>8 3абіла Михайло — ніжинський полковий, згодом генеральний суддя.&lt;br /&gt;</w:t>
        <w:br/>
        <w:t>9 Турновський — генеральний писар.&lt;br /&gt;</w:t>
        <w:br/>
        <w:t>10 Лисенко Федір — генеральний осавул.&lt;br /&gt;</w:t>
        <w:br/>
        <w:t>11 Горленко Яким — генеральний хорунжий.&lt;br /&gt;</w:t>
        <w:br/>
        <w:t>12 Борозна Іван — генеральний бунчужний.&lt;br /&gt;</w:t>
        <w:br/>
        <w:t>13 Аж там Петрик помирає... — Петро II помер ЗО січня.&lt;br /&gt;</w:t>
        <w:br/>
        <w:t>14 Ганна наступає... — Після смерті Петра II російською імператрицею 9 травня 1730 р. стала небога Петра 1, донька царя Івана Олексійовича Анна Іванівна (1693 — 1740), курляндська княгиня.&lt;br /&gt;</w:t>
        <w:br/>
        <w:t>15 Вона тілько Апостола || В очі пригортає... — Імператриця Анна Іванівна нагородила Д. Апостола орденом святого Олександра Невського, зробила його сина Петра лубенським полковником.&lt;br /&gt;</w:t>
        <w:br/>
        <w:t>16 ...А за очі тридцять тисяч||Людей вимага є. — 1731 р. з ініціативи головнокомандуючого російською армією графа Мініха почалося спорудження оборонних валів і фортець від Дніпра до Дінця для забезпечення південних кордонів Російської імперії від татарських наскоків. До цих робіт залучалися українські козаки і селяни.&lt;br /&gt;</w:t>
        <w:br/>
        <w:t>17 Танський Антін — київський полковник.&lt;br /&gt;</w:t>
        <w:br/>
        <w:t>18 Натретій рік ізПольщеюІІБійка розпочалась... — Після смерті короля Августа II Сильного (1670 — 1733), союзника Петра і у Північній війні (1700 — 1721), в Польщі почалась боротьба за владу між його сином Августом III і ставлеником Швеції Станіславом Лещинським. На прохання Августа III російський уряд надав Польщі військову допомогу. В складі російського війська брало участь 20 000 українських козаків під проводом Я. Лизогуба та прилуцького полковника Г. І. Галагана (? — 1748).&lt;br /&gt;</w:t>
        <w:br/>
        <w:t>19 ...Щоб від естів і від курів//Польща відцуралась... — Йдеться про Курляндське герцогство, створене 1562 p. з столицею в місті Мітаві (нині — Єлгава), яке перебувало у феодальній залежності від польського короля. З початку XVIII ст. почало підпадати під вплив Росії і 1795 p. було остаточно приєднане до Російської імперії.&lt;br /&gt;</w:t>
        <w:br/>
        <w:t>20 Бірон Е. (1690 — 1772) — фаворит Анни Іванівни, згодом старший підкоморій і правитель державних справ; 1737 p. обраний герцогом Курляндії.&lt;br /&gt;</w:t>
        <w:br/>
        <w:t>21 ...Покидайте, — каже, — хлопці, || Турецькі границі... — Після зруйнування 25 травня 1709 p. Старої (Чортомлицької) Січі царськими військами частина запорожців перейшла на підвладну Кримському ханству територію і в пониззях Дніпра заснувала в Олешках (нині Цюрупинськ, Херсонської області) Олешківську Січ. Тут для життя запорожців склалися тяжкі умовч, і 1714 р. козаки звернулися до царського уряду з проханням дозволити їм повернутися на батьківщину. Але царський уряд відмовив козакам. Незважаючи на відмову, козаки самовільно групами і поодинці поверталися на Україну. Прагнучи зміцнити південні кордони Росії в зв'язку з небезпекою татаро-турецьких нападів, царський уряд з ініціативи Д. Апостола 1734 р. дозволив їм повернутися до Росії, на Запоріжжя, де в березні 1734 р. за три-п'ять кілометрів від Старої, Чортомлицької, Січі (біля теперішнього села Покровського, Нікопольського району, Дніпропетровської області) вони заснували Нову Січ (1734 — 1775).&lt;br /&gt;</w:t>
        <w:br/>
        <w:t>22 Два Кодаки — тобто Старий Кодак (нині Старі Кодаки, село Дніпропетровського району, Дніпропетровської області) і Новий Кодак (Кодак, Кодаки), фортеця на правому березі Дніпра проти Кодацького порогу, в кінці XVIII ст. перейменована в село Старі Кайдаки. Тепер входить в межі міста Дніпропетровська.&lt;br /&gt;</w:t>
        <w:br/>
        <w:t>23 Самара — ліва притока Дніпра поблизу Дніпропетровська.&lt;br /&gt;</w:t>
        <w:br/>
        <w:t>24 Білецький (Білицький) Іван — кошовий отаман Олешківської Січі.&lt;br /&gt;</w:t>
        <w:br/>
        <w:t>25 ...А ж там уже Апостола || Козаки ховають. — Д. Апостол помер 28 січня 1734 р. від апоплексії. Похований у Великих Сорочинцях, Миргородського району. Полтавської області у Покровській церкві, збудованій за його наказом 1732 р.&lt;br /&gt;</w:t>
        <w:br/>
        <w:t>26 ...Лизогуба півгетьманом Тілько обирають...— Після смерті Д. Апостола указом імператриці Анни Іванівни на Україні було встановлено тимчасовий уряд (Правління гетьманського уряду), який складався з призначених царським урядом російських чиновників та української козацької старшини (росіяни — князі Олексій Шаховськой та Андрій Баратинський, полковник Василь Гур'єв і запасний полковник Іван Синявій; українці — генеральний обозний Я. Лизогуб, генеральний суддя М. Забіла, підскарбій А. Маркович і запасний осавул Ф. Лисенко).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Павло Апостол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