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 нелюбого</w:t>
      </w:r>
    </w:p>
    <w:p>
      <w:r>
        <w:br/>
        <w:t xml:space="preserve"> Коли співав я цей псалом&lt;br /&gt;</w:t>
        <w:br/>
        <w:t>У році дев'ятсот і третім&lt;br /&gt;</w:t>
        <w:br/>
        <w:t>Не знав я що моя любов&lt;br /&gt;</w:t>
        <w:br/>
        <w:t>Неначе фенікс після смерті&lt;br /&gt;</w:t>
        <w:br/>
        <w:t>Огненної воскресне знов</w:t>
      </w:r>
    </w:p>
    <w:p>
      <w:r>
        <w:br/>
        <w:t>В передніч лондонську туманну&lt;br /&gt;</w:t>
        <w:br/>
        <w:t>Зустрівсь мені один лайдак&lt;br /&gt;</w:t>
        <w:br/>
        <w:t>Геть схожий на мою кохану&lt;br /&gt;</w:t>
        <w:br/>
        <w:t>I зирконув на мене так&lt;br /&gt;</w:t>
        <w:br/>
        <w:t>Що я від сорому зов'янув</w:t>
      </w:r>
    </w:p>
    <w:p>
      <w:r>
        <w:br/>
        <w:t>За босяком я йшов слідком&lt;br /&gt;</w:t>
        <w:br/>
        <w:t>За свистуном безцеремонним&lt;br /&gt;</w:t>
        <w:br/>
        <w:t>Здавався вулиці огром&lt;br /&gt;</w:t>
        <w:br/>
        <w:t>Розверзнутим Червоним морем&lt;br /&gt;</w:t>
        <w:br/>
        <w:t>Він Ізраїль я фараон</w:t>
      </w:r>
    </w:p>
    <w:p>
      <w:r>
        <w:br/>
        <w:t>Хай цегли хвилі стануть диба&lt;br /&gt;</w:t>
        <w:br/>
        <w:t>Як мав би я коханням грать&lt;br /&gt;</w:t>
        <w:br/>
        <w:t>Хай буду нільський я владика&lt;br /&gt;</w:t>
        <w:br/>
        <w:t>Його сестра-жона і рать&lt;br /&gt;</w:t>
        <w:br/>
        <w:t>Як ти у мене не єдина</w:t>
      </w:r>
    </w:p>
    <w:p>
      <w:r>
        <w:br/>
        <w:t>I знов на розі що горів&lt;br /&gt;</w:t>
        <w:br/>
        <w:t>Огнями всіх своїх фасадів&lt;br /&gt;</w:t>
        <w:br/>
        <w:t>В кривавім сяйві ліхтарів&lt;br /&gt;</w:t>
        <w:br/>
        <w:t>Роз'ятрених в тумані саден&lt;br /&gt;</w:t>
        <w:br/>
        <w:t>На неї схожу жінку стрів</w:t>
      </w:r>
    </w:p>
    <w:p>
      <w:r>
        <w:br/>
        <w:t>Той самий погляд аж льодовий&lt;br /&gt;</w:t>
        <w:br/>
        <w:t>На голій шиї той же шрам&lt;br /&gt;</w:t>
        <w:br/>
        <w:t>П'яна з таверни йшла брудної&lt;br /&gt;</w:t>
        <w:br/>
        <w:t>I я збагнув весь нонсенс драм&lt;br /&gt;</w:t>
        <w:br/>
        <w:t>I розпізнав всю фальш любові</w:t>
      </w:r>
    </w:p>
    <w:p>
      <w:r>
        <w:br/>
        <w:t>Коли в свій дім вернувсь Улісс&lt;br /&gt;</w:t>
        <w:br/>
        <w:t>Після стількох жертвоприносин&lt;br /&gt;</w:t>
        <w:br/>
        <w:t>Його впізнав старенький пес&lt;br /&gt;</w:t>
        <w:br/>
        <w:t>I Пенелопа із-за кросен&lt;br /&gt;</w:t>
        <w:br/>
        <w:t>Назустріч вийшла не без сліз</w:t>
      </w:r>
    </w:p>
    <w:p>
      <w:r>
        <w:br/>
        <w:t>I цар Душ'янта був веселий&lt;br /&gt;</w:t>
        <w:br/>
        <w:t>Шакунтала його жона&lt;br /&gt;</w:t>
        <w:br/>
        <w:t>Як він вернувсь із чужозем'я&lt;br /&gt;</w:t>
        <w:br/>
        <w:t>Бліда з жадання і ждання&lt;br /&gt;</w:t>
        <w:br/>
        <w:t>Голубила самця газелі</w:t>
      </w:r>
    </w:p>
    <w:p>
      <w:r>
        <w:br/>
        <w:t>Згадав я щастя тих царів&lt;br /&gt;</w:t>
        <w:br/>
        <w:t>В ту мить коли любов-омана&lt;br /&gt;</w:t>
        <w:br/>
        <w:t>I та що я не розлюбив&lt;br /&gt;</w:t>
        <w:br/>
        <w:t>Штовхались тінями в тумані&lt;br /&gt;</w:t>
        <w:br/>
        <w:t>Троюдячи мій давній біль</w:t>
      </w:r>
    </w:p>
    <w:p>
      <w:r>
        <w:br/>
        <w:t>Жалі ви ведете до пекла&lt;br /&gt;</w:t>
        <w:br/>
        <w:t>Я ж прагну раю забуття&lt;br /&gt;</w:t>
        <w:br/>
        <w:t>За поцілунок твій напевно&lt;br /&gt;</w:t>
        <w:br/>
        <w:t>Владар-злидар оддасть життя&lt;br /&gt;</w:t>
        <w:br/>
        <w:t>Продасть і тінь свою славетну</w:t>
      </w:r>
    </w:p>
    <w:p>
      <w:r>
        <w:br/>
        <w:t>Я весь в минулім як в зимі&lt;br /&gt;</w:t>
        <w:br/>
        <w:t>Зігрій же серце сонце Пасхи&lt;br /&gt;</w:t>
        <w:br/>
        <w:t>Закрижаніле у пітьмі&lt;br /&gt;</w:t>
        <w:br/>
        <w:t>Ще більш ніж сорок серць Себасти&lt;br /&gt;</w:t>
        <w:br/>
        <w:t>Що мордувались нелюдьми</w:t>
      </w:r>
    </w:p>
    <w:p>
      <w:r>
        <w:br/>
        <w:t>Мій спомине гінкий кораблю&lt;br /&gt;</w:t>
        <w:br/>
        <w:t>Вже ж ми наплавались удвох&lt;br /&gt;</w:t>
        <w:br/>
        <w:t>Гірко-солоними морями&lt;br /&gt;</w:t>
        <w:br/>
        <w:t>Вже ж ми наплакались удвох&lt;br /&gt;</w:t>
        <w:br/>
        <w:t>I ранками і вечорами</w:t>
      </w:r>
    </w:p>
    <w:p>
      <w:r>
        <w:br/>
        <w:t>Прощай облудо в пітьмі зник&lt;br /&gt;</w:t>
        <w:br/>
        <w:t>Кохання привид пелехатий&lt;br /&gt;</w:t>
        <w:br/>
        <w:t>З тією злившись що торік&lt;br /&gt;</w:t>
        <w:br/>
        <w:t>Її в Німеччині я втратив&lt;br /&gt;</w:t>
        <w:br/>
        <w:t>I не побачу вже повік</w:t>
      </w:r>
    </w:p>
    <w:p>
      <w:r>
        <w:br/>
        <w:t>Молочна путь сяйлива сестро&lt;br /&gt;</w:t>
        <w:br/>
        <w:t>Білявих ханаанських рік&lt;br /&gt;</w:t>
        <w:br/>
        <w:t>I тіл коханок білочреслих&lt;br /&gt;</w:t>
        <w:br/>
        <w:t>Чи пригойдає твій потік&lt;br /&gt;</w:t>
        <w:br/>
        <w:t>Нас до галактик новоскреслих</w:t>
      </w:r>
    </w:p>
    <w:p>
      <w:r>
        <w:br/>
        <w:t>Тут інший рік згадав я знов&lt;br /&gt;</w:t>
        <w:br/>
        <w:t>Був ранок радістю повитий&lt;br /&gt;</w:t>
        <w:br/>
        <w:t>I мужньо я співав любов&lt;br /&gt;</w:t>
        <w:br/>
        <w:t>Був місяць любень місяць квітень&lt;br /&gt;</w:t>
        <w:br/>
        <w:t>I все всміхалось нам обом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 нелюбого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