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кому подзвін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кому подзв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