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сей день Посейдон посідає свій трон...</w:t>
      </w:r>
    </w:p>
    <w:p>
      <w:r>
        <w:br/>
        <w:t xml:space="preserve"> По сей день Посейдон посідає свій трон.&lt;br /&gt;</w:t>
        <w:br/>
        <w:t>У правиці тримає тризуба.&lt;br /&gt;</w:t>
        <w:br/>
        <w:t>В голубій одіссеї реліктових крон&lt;br /&gt;</w:t>
        <w:br/>
        <w:t>причаїлась і зваба, і згуба.</w:t>
      </w:r>
    </w:p>
    <w:p>
      <w:r>
        <w:br/>
        <w:t>За кущами заліг як не Фавн, то Амур.&lt;br /&gt;</w:t>
        <w:br/>
        <w:t>А мужчини високі і мужні.&lt;br /&gt;</w:t>
        <w:br/>
        <w:t>І виходить із піни антична ґламур,&lt;br /&gt;</w:t>
        <w:br/>
        <w:t>виливаючи море із мушлі.</w:t>
      </w:r>
    </w:p>
    <w:p>
      <w:r>
        <w:br/>
        <w:t>Понад хмари стоїть величавий Парнас.&lt;br /&gt;</w:t>
        <w:br/>
        <w:t>На Олімпі лютує Юнона.&lt;br /&gt;</w:t>
        <w:br/>
        <w:t>І Пегас, як фугас, пролетів і погас,&lt;br /&gt;</w:t>
        <w:br/>
        <w:t>зачепивши крилом Посейдона.</w:t>
      </w:r>
    </w:p>
    <w:p>
      <w:r>
        <w:br/>
        <w:t>Просто хочеться моря. Ні Скілл, ні Харибд.&lt;br /&gt;</w:t>
        <w:br/>
        <w:t>І богиню із піни, невзуту.&lt;br /&gt;</w:t>
        <w:br/>
        <w:t>Поки танкер якийсь не наскочить на риф&lt;br /&gt;</w:t>
        <w:br/>
        <w:t>й не розіллє муари мазуту.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сей день Посейдон посідає свій трон...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