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Повітряний шантаж</w:t>
      </w:r>
    </w:p>
    <w:p>
      <w:r>
        <w:br/>
        <w:t xml:space="preserve"> &lt;p&gt;Заплющивши очі, Пітер Уїн зручно розлігся у кріслі і задумався, як би йому впорати тих фінансистів, з якими він ворогував. Основне він уже вирішив минулої ночі, а тепер тільки обмізковував окремі деталі. Заволодівши банком, двома універмагами й кількома тартаками, він зможе контролювати й одну гарненьку залізницю, — не будьмо називати яку саме, але через неї він прибрав би до своїх рук більше миль головної магістралі, аніж забито костилів у ту гарненьку залізницю. Він аж мало не зареготав, коли його осяйнула ця ідея: так же воно просто! І не диво, що його давні хитрі вороги до цього не додумалися.</w:t>
      </w:r>
    </w:p>
    <w:p>
      <w:r>
        <w:br/>
        <w:t>Двері бібліотеки відчинилися, і ввійшов стрункий чоловік середніх років у окулярах. У руках він тримав конверт і лист. Це був Уїнів секретар, обов’язком якого було розбирати, перечитувати й сортувати всю пошту.</w:t>
      </w:r>
    </w:p>
    <w:p>
      <w:r>
        <w:br/>
        <w:t>— Цей лист прибув уранці, — почав він трохи боязко й злегка пирхнув сміхом. — Звичайно, це бредня, але я подумав, що, може, ви захочете з ним ознайомитися...</w:t>
      </w:r>
    </w:p>
    <w:p>
      <w:r>
        <w:br/>
        <w:t>— Читайте, — наказав Пітер Уїн, не розплющуючи очей.</w:t>
      </w:r>
    </w:p>
    <w:p>
      <w:r>
        <w:br/>
        <w:t>Секретар кахикнув.</w:t>
      </w:r>
    </w:p>
    <w:p>
      <w:r>
        <w:br/>
        <w:t>— Відіслано його сімнадцятого липня, зворотної адреси немає. На штемпелі значиться Сан-Франціско. Написано дуже неграмотно. А зміст жахливий. Ось слухайте:</w:t>
      </w:r>
    </w:p>
    <w:p>
      <w:r>
        <w:br/>
        <w:t>"Містерові Пітеру Уїнові.</w:t>
      </w:r>
    </w:p>
    <w:p>
      <w:r>
        <w:br/>
        <w:t>Сер, висилаю вам поштою голуба, а голуб цей і справді го-го... "</w:t>
      </w:r>
    </w:p>
    <w:p>
      <w:r>
        <w:br/>
        <w:t>— А що це за "го-го"? — урвав його Пітер Уїн.</w:t>
      </w:r>
    </w:p>
    <w:p>
      <w:r>
        <w:br/>
        <w:t>Секретар пирхнув.</w:t>
      </w:r>
    </w:p>
    <w:p>
      <w:r>
        <w:br/>
        <w:t>— Не знаю, хоч мені здається, що це щось дуже незвичне. Читаю далі:</w:t>
      </w:r>
    </w:p>
    <w:p>
      <w:r>
        <w:br/>
        <w:t>"Прошу навантажити його парою банкнот по тисячі доларів і випустити. Коли ви це зробите, я більше вас не турбуватиму. Якщо ж ні — пожалкуєте".</w:t>
      </w:r>
    </w:p>
    <w:p>
      <w:r>
        <w:br/>
        <w:t>Оце й усе. Листа не підписано. Я подумав був, що це вас трохи розважить.</w:t>
      </w:r>
    </w:p>
    <w:p>
      <w:r>
        <w:br/>
        <w:t>— А голуб уже прибув? — запитав Пітер Уїн.</w:t>
      </w:r>
    </w:p>
    <w:p>
      <w:r>
        <w:br/>
        <w:t>— Я ще не дізнався.</w:t>
      </w:r>
    </w:p>
    <w:p>
      <w:r>
        <w:br/>
        <w:t>— Тоді дізнайтеся.</w:t>
      </w:r>
    </w:p>
    <w:p>
      <w:r>
        <w:br/>
        <w:t>За п’ять хвилин секретар повернувся.</w:t>
      </w:r>
    </w:p>
    <w:p>
      <w:r>
        <w:br/>
        <w:t>— Так, сер. Він прибув сьогодні вранці.</w:t>
      </w:r>
    </w:p>
    <w:p>
      <w:r>
        <w:br/>
        <w:t>— Принесіть його сюди.</w:t>
      </w:r>
    </w:p>
    <w:p>
      <w:r>
        <w:br/>
        <w:t>Секретареві це все здалося мало не жартом, але Пітер Уїн, оглянувши голуба, зрозумів, що справа аж надто серйозна.</w:t>
      </w:r>
    </w:p>
    <w:p>
      <w:r>
        <w:br/>
        <w:t>— Гляньте-но сюди, — сказав він, взявши голуба до рук і погладжуючи його. — Бачите, який довгий тулуб і шия. Це чистісінький поштовик. Я, мабуть, кращого зроду й не бачив. Які крила, які м’язи! Наш невідомий адресат має рацію: голуб таки го-го. Мені кортить залишити його собі.</w:t>
      </w:r>
    </w:p>
    <w:p>
      <w:r>
        <w:br/>
        <w:t>Секретар пирхнув:</w:t>
      </w:r>
    </w:p>
    <w:p>
      <w:r>
        <w:br/>
        <w:t>— А чому б і ні? Звичайно, ви можете не відпускати його до того, хто писав такого листа.</w:t>
      </w:r>
    </w:p>
    <w:p>
      <w:r>
        <w:br/>
        <w:t>Пітер Уїн похитав головою.</w:t>
      </w:r>
    </w:p>
    <w:p>
      <w:r>
        <w:br/>
        <w:t>— Ні, я відповім. Ніхто, навіть жартома чи анонімно, не сміє мені погрожувати.</w:t>
      </w:r>
    </w:p>
    <w:p>
      <w:r>
        <w:br/>
        <w:t>На клаптику паперу він написав лаконічне "До дідька", підписався й вклав у пристрій, прикріплений до ніжки голуба.</w:t>
      </w:r>
    </w:p>
    <w:p>
      <w:r>
        <w:br/>
        <w:t>— А тепер відпустимо його. Де тільки мій сип? Хай би подивився, як летітиме цей голуб.</w:t>
      </w:r>
    </w:p>
    <w:p>
      <w:r>
        <w:br/>
        <w:t>— Він у майстерні. Там і спав цю ніч, туди йому й снідати носили.</w:t>
      </w:r>
    </w:p>
    <w:p>
      <w:r>
        <w:br/>
        <w:t>— Таки хоче зламати шию, — мовив Пітер Уїн напівсуворо-напівгордо, простуючи до веранди.</w:t>
      </w:r>
    </w:p>
    <w:p>
      <w:r>
        <w:br/>
        <w:t>Ставши вгорі над широкими сходами, він підкинув красеня голуба. Той швидко залопотів крилами й піднявся високо вгору.</w:t>
      </w:r>
    </w:p>
    <w:p>
      <w:r>
        <w:br/>
        <w:t>Там на хвильку він наче завмер, вагаючись, а тоді рішуче попрямував на схід понад високими дубами, що поцяткували цю подібну до парку місцину.</w:t>
      </w:r>
    </w:p>
    <w:p>
      <w:r>
        <w:br/>
        <w:t>— Чудово! Чудово! —шепотів Пітер Уїн. —Я мало не шкодую, що відпустив його.</w:t>
      </w:r>
    </w:p>
    <w:p>
      <w:r>
        <w:br/>
        <w:t>Але Пітер Уїн завжди мав повно клопотів, різні плани та заходи йому аж роїлися в голові. Отож він швидко про цю історію забув. Через три дні лівий флігель його позаміського будинку злетів у повітря. Вибух був не такий уже й сильний, нікого не поранило, але флігель зруйнувався дощенту. Решту будинку неабияк пошкодило, майже всі вікна повибивало. Першим же ранковим катером із Сан-Франціско приїхали з півдесятка детективів, а за кілька годин до Пітера Уїна вбіг захеканий секретар.</w:t>
      </w:r>
    </w:p>
    <w:p>
      <w:r>
        <w:br/>
        <w:t>— Прибув! — насилу випалив він. Піт заливав йому чоло, а очі балушилися під окулярами.</w:t>
      </w:r>
    </w:p>
    <w:p>
      <w:r>
        <w:br/>
        <w:t>— Хто прибув? — спитав Пітер.</w:t>
      </w:r>
    </w:p>
    <w:p>
      <w:r>
        <w:br/>
        <w:t>— Го... го... голуб го-го!</w:t>
      </w:r>
    </w:p>
    <w:p>
      <w:r>
        <w:br/>
        <w:t>Фінансист усе зрозумів.</w:t>
      </w:r>
    </w:p>
    <w:p>
      <w:r>
        <w:br/>
        <w:t>— Ви вже переглядали пошту?</w:t>
      </w:r>
    </w:p>
    <w:p>
      <w:r>
        <w:br/>
        <w:t>— Саме переглядаю, сер.</w:t>
      </w:r>
    </w:p>
    <w:p>
      <w:r>
        <w:br/>
        <w:t>— Тоді продовжуйте своє діло. Побачимо, чи нема там листа цього голуб’ятника, загадкового нашого друга.</w:t>
      </w:r>
    </w:p>
    <w:p>
      <w:r>
        <w:br/>
        <w:t>Лист справді був. А в ньому писалося:</w:t>
      </w:r>
    </w:p>
    <w:p>
      <w:r>
        <w:br/>
        <w:t>"Містерові Пітеру Уїнові.</w:t>
      </w:r>
    </w:p>
    <w:p>
      <w:r>
        <w:br/>
        <w:t>Шановний добродію, не будьте дурнем. Коли б ви заплатили — ваша халупа була б ціла. Ласкаво сповіщаю вас, що я послав того самого голуба. Прошу вас поводитися з ним так само добре. Покладіть п'ять банкнотів по тисячі доларів кожен і відпустіть його. Не годуйте його і не здумайте стежити, куди він летітиме. Він тепер знає дорогу і полетить ще швидше. Коли ж цього не зробите, то начувайтеся".</w:t>
      </w:r>
    </w:p>
    <w:p>
      <w:r>
        <w:br/>
        <w:t>Пітер Уїн розгнівався не в жарт. Цим разом він не писав уже нічого, а порадився з детективами й замість листа прив’язав до голуба дробу. Оскільки минулого разу голуб летів на схід до бухти, на Тібероні[18] найняли найшвидшого . моторного човна, щоб стежити за голубом, як той летітиме над водою.</w:t>
      </w:r>
    </w:p>
    <w:p>
      <w:r>
        <w:br/>
        <w:t>Але дробу поклали забагато, і голуб вибився з сил, ще й не долетівши до води. Потім зробили іншу помилку, прив’язавши дробу замало, — голуб злетів високо в небо, визначив напрямок і подався на схід через Сан-Франціську бухту. Він попрямував через острів Ейнджел, і поки моторний човен об’їжджав острів, безслідно зник.</w:t>
      </w:r>
    </w:p>
    <w:p>
      <w:r>
        <w:br/>
        <w:t>Озброєна варта всю ніч охороняла будинок. Але нічого не трапилося. А вранці Пітерові Уїну зателефонували, що будинок його сестри в Аламеді згорів до цурки. Через два дні голуба знову прислали в ящикові ніби з-під картоплі. Прийшов і лист:</w:t>
      </w:r>
    </w:p>
    <w:p>
      <w:r>
        <w:br/>
        <w:t>"Містерові Пітеру Уїнові.</w:t>
      </w:r>
    </w:p>
    <w:p>
      <w:r>
        <w:br/>
        <w:t>Шановний добродію, це я спалив будинок вашої сестри. А ви там, мабуть, зняли в себе галас, правда? Тепер висилайте десять тисяч. З кожним разом я вимагатиму все більше. Не навантажуйте голуба дробом. Усе одно ви не вистежите його, та це й жорстоко мучити тварин".</w:t>
      </w:r>
    </w:p>
    <w:p>
      <w:r>
        <w:br/>
        <w:t>Пітер Уїн ладен був здатися. Детективи нічого не могли зарадити, і Пітер не знав, що зробить тепер незнайомець — може, вчинить замах на когось із його рідних та близьких? Він навіть зателефонував до Сан-Франціско, щоб йому надіслали десять тисяч великими купюрами. Але в Пітера був син Пітер Уїн-молодший, з такою ж твердою щелепою, як і в батька, з такою ж затятістю в очах. Він мав тільки двадцять шість років, але був уже самостійною людиною. Фінансист дуже любив сина за його захоплення літунством, хоч і боявся, що воно може довести його сина до жахливого передчасного кінця.</w:t>
      </w:r>
    </w:p>
    <w:p>
      <w:r>
        <w:br/>
        <w:t>— Стривай, батьку, не посилай цих грошей, — сказав Пітер Уїн-молодший. — Восьмий номер уже готовий, — я нарешті зробив пристрій для зменшення поверхні крил. Ця машина літатиме так, як ще ніхто й ніколи не бачив. Швидкість — ось що треба, але треба також великі крила, щоб злітати й набирати висоту. Тепер я маю одне й друге. У повітрі зменшуватиму поверхню крил. Бо що менші крила, то більша швидкість. Цей закон відкрив Ленглі. А я його застосую в практиці. Тепер я зможу злітати і коли безвітряно та повно повітряних ям, і тоді, коли розгуляється буря — змінюючи поверхню крил, я досягатиму будь-якої швидкості, особливо з цим новим мотором Сенгстера-Ендголма.</w:t>
      </w:r>
    </w:p>
    <w:p>
      <w:r>
        <w:br/>
        <w:t>— Дивися, щоб не звернув собі в’язів не сьогодні-завтра, — підохотив його батько.</w:t>
      </w:r>
    </w:p>
    <w:p>
      <w:r>
        <w:br/>
        <w:t>— Тату, кажу тобі, що я літатиму по дев’яносто миль на годину. І навіть по сто. А тепер послухай. Я збирався полетіти вперше завтра. Але полечу зараз, менш, ніж за дві години. Сьогодні ж по обіді; Грошей не посилай. Дай мені голуба, і я вистежу його аж до голуб’ятні, де б вона не була. Стривай, ось я побалакаю з механіками.</w:t>
      </w:r>
    </w:p>
    <w:p>
      <w:r>
        <w:br/>
        <w:t>Він пішов до майстерні і рішуче й коротко (що так подобалося його батькові! ) наказав поспішати. Син справді був дуже схожий у всьому на батька, і Пітер Уїн-старший не крився зі своєю втіхою.</w:t>
      </w:r>
    </w:p>
    <w:p>
      <w:r>
        <w:br/>
        <w:t>Рівно через дві години, як і обіцяв, юнак був готовий летіти. В кобурі на поясі біля його стегна лежав великокаліберний автоматичний пістолет. Закінчивши всі приготування, юнак сів у кабіну. Він запустив мотора, і чудова машина з диким гуркотом, лишаючи за собою димовий слід, погнала вперед і знялася в повітря. Кружляючи в небі, юнак став чекати, коли почнуться справжні перегони.</w:t>
      </w:r>
    </w:p>
    <w:p>
      <w:r>
        <w:br/>
        <w:t>Починати мав голуб. Пітер Уїн-старший тримав його в руках. Тепер його не навантажувано дробом. Тільки з пів-ярда яскравої стьожки причепили йому до ноги — щоб краще було його видно. Пітер Уїн випустив голуба, і він легко, не зважаючи на стьожку, злетів у небо. Ніякої непевності не було в його льоті: це ж уже втретє він летів звідси додому і добре знав напрямок.</w:t>
      </w:r>
    </w:p>
    <w:p>
      <w:r>
        <w:br/>
        <w:t>На висоті кількох сот футів голуб звернув просто на схід. Літак перестав кружляти і помчав услід за ним. Перегони почалися. Пітер Уїн, дивлячись угору, помітив, що голуб набагато обігнав машину. Помітив він і те, що літак раптом поменшав. Це завдяки пристроєві зсунулися його крила. Замість широких він мав тепер крила довгі й дуже вузькі — аж скидався на стрункого яструба в небі.</w:t>
      </w:r>
    </w:p>
    <w:p>
      <w:r>
        <w:br/>
        <w:t>Різко звузивши крила літака, Уїн-молодший приємно здивувався. Це він уперше летів на новій машині; хоч він і сподівався, що швидкість збільшиться, але ніколи не думав, щоб аж настільки. Це перевищувало його мрії, і він переконався у цьому, коли наздогнав голуба. А це мале створіння, злякане таким величезним небаченим яструбом, відразу шугнуло вгору, як то звичайно голуби втікають від хижаків.</w:t>
      </w:r>
    </w:p>
    <w:p>
      <w:r>
        <w:br/>
        <w:t>Широкими вигинами літак теж звійнувся вгору, вище та вище в блакить. Знизу важко було спостерігати за голубом і все ж молодий Уїн намагався не спускати його з очей. Щоб швидше піднятися, Уїн навіть розширив трохи крила літака. Літак і голуб піднімалися все вище та вище, аж поки голуб інстинктивно не впав грудкою на хвіст свого переслідувача. Переконавшись, що це не живий хижак, голуб знову знявся в повітря й полетів у східному напрямку.</w:t>
      </w:r>
    </w:p>
    <w:p>
      <w:r>
        <w:br/>
        <w:t>Поштовий голуб при польоті може розвивати значну швидкість, отож Уїн знову звузив крила. І врадувано побачив, що наздоганяв голуба. Тоді він ураз натиснув на важеля і збільшив площу крил, — тим самим сповільнивши швидкість. Тепер він знав, що зможе летіти впорівень із голубом і тому з його губів навіть злинула пісенька, яку він співав аж до кінця польоту: "Все гаразд, все гаразд, я кажу вам — все гаразд".</w:t>
      </w:r>
    </w:p>
    <w:p>
      <w:r>
        <w:br/>
        <w:t>Але це був не такий уже й спокійний політ. Повітря завжди неспокійне, і літак зовсім несподівано потрапив під гострим кутом у повітряний вихор, що протягом віяв із Золотої Брами. Праве крило літака першим опинилося в ньому: раптовий шарпливий струс нахилив і трохи не перекинув літака. Але Уїн летів, сказати б, "попустивши вуздечку", і швидко, хоч і не хапаючись, змінив кут крил, натиснув на переднє горизонтальне кермо, а заднє вертикальне повернув так, щоб летіти просто проти вітру. Коли машина вирівнялася і була вже повністю в невидимому зустрічному потоці повітря, він вирівняв кермо, звузив поверхні крил і погнав навздогін за голубом, що тим часом вирвався далеко вперед.</w:t>
      </w:r>
    </w:p>
    <w:p>
      <w:r>
        <w:br/>
        <w:t>Голуб помчав до узбережжя Аламедської округи і тут на Уїна чекало нове випробування: повітряна яма. Він потрапляв у повітряні ями й раніше, але з такою великою мав справу вперше. Не спускаючи очей зі стьожки на нозі в голуба, він бачив, на скільки літак упав нижче до землі. Йому аж замлоїло трохи всередині — як ото тоді, коли він хлопчаком спускався у швидкісному ліфті. Але Уїн був досвідчений авіатор і знав: щоб злетіти, часом треба спочатку спуститися вниз. Бо повітря ж не підтримувало його. І він не боровся марно за підтримку, а піддався силі тяжіння. Спокійно, твердою рукою він натис на переднє горизонтальне кермо — саме в міру й ні краплини більше — і літак рвучко шарпнувся вниз. Літак немовби ножем розтинав повітря: швидкість страшенно зростала. Але цей розгін мав його й урятувати. Уїн різко натис на здвоєні горизонтальні керма вперед і трохи назад, ковзнув угору і вирвався з ями.</w:t>
      </w:r>
    </w:p>
    <w:p>
      <w:r>
        <w:br/>
        <w:t>На висоті п’ятисот футів голуб пролетів через місто Берклі в напрямку до горбів Контра-Коста. Молодий Уїн помітив унизу територію та будівлі Каліфорнійського університету, де він був навчався.</w:t>
      </w:r>
    </w:p>
    <w:p>
      <w:r>
        <w:br/>
        <w:t>Над цими горбами з ним ледве не трапилося нове нещастя. Голуб летів низько, і коли дорогу вітрові перекрили зарості евкаліптів, птаха раптом підкинуло вгору на сотню футів. Уїн знав, від чого це. Голуба підхопив висхідний потік повітря понад заростями. Уїн хутко звузив крила і водночас змінив кут польоту, щоб не перекинутися на висхідному потоці. І все ж літака підкидало вздовж якихось трьохсот футів, поки не минула небезпека.</w:t>
      </w:r>
    </w:p>
    <w:p>
      <w:r>
        <w:br/>
        <w:t>Голуб перетяв ще два пасма горбів і почав спускатися до невеликої хатини на положистому схилі пагорба. Уїн дуже зрадів: на цій галявині добре було не тільки сісти, але ще й легше — злетіти.</w:t>
      </w:r>
    </w:p>
    <w:p>
      <w:r>
        <w:br/>
        <w:t>Біля хатини читав газету якийсь чоловік; побачивши голуба, він підвівся, і тут до його слуху долинув гуркіт Уїнової машини — літак з розведеними крилами спускався до землі, тоді загальмував свій лет за допомогою горизонтального керма, торкнувся землі, пробіг кілька ярдів і зупинився за якийсь десяток футів від нього. Але коли чоловік завважив молодика, що спокійно сидів у машині і цілився на нього з пістолета, він кинувся втікати. Та не встиг добігти до рогу хатини, як куля потрапила йому в ногу і він упав.</w:t>
      </w:r>
    </w:p>
    <w:p>
      <w:r>
        <w:br/>
        <w:t>— Чого вам треба? — запитав він, коли юнак підійшов до нього.</w:t>
      </w:r>
    </w:p>
    <w:p>
      <w:r>
        <w:br/>
        <w:t>— Щоб ви полетіли у моїй машині, — відповів Уїн. — Запевняю вас, що це машина го-го.</w:t>
      </w:r>
    </w:p>
    <w:p>
      <w:r>
        <w:br/>
        <w:t>Чоловік не дуже став упиратися, оскільки цей дивний прибулець мав такі переконливі докази. За вказівкою Уїна, підкріпленою пістолетом, чоловік сяк-так перев’язав собі ногу, і Уїн допоміг йому сісти в машину, а сам пішов до голуб’ятні й упіймав голуба зі стьожкою.</w:t>
      </w:r>
    </w:p>
    <w:p>
      <w:r>
        <w:br/>
        <w:t>Голуб’ятник виявився дуже злагідним бранцем і в повітрі злякано застиг на місці. Хоч він і був майстром повітряного шантажу, небо його зовсім не цікавило і, дивлячись на землю й воду далеко внизу під ним, він зовсім не мав бажання нападати на свого переможця, дарма що той був зараз цілком беззахисний, обидві руки тримаючи на кермі.</w:t>
      </w:r>
    </w:p>
    <w:p>
      <w:r>
        <w:br/>
        <w:t>Бранець лише притискався якомога щільніше до сидіння.</w:t>
      </w:r>
    </w:p>
    <w:p>
      <w:r>
        <w:br/>
        <w:t>Пітер Уїн-старший, роздивляючись у потужний бінокль, побачив, як над кам’янистим островом летить моноплан. А ще через кілька хвилин він гукнув своїм детективам, що в машині є пасажир. Швидко опустившись і загальмувавши на повітряній подушці, літак приземлився.</w:t>
      </w:r>
    </w:p>
    <w:p>
      <w:r>
        <w:br/>
        <w:t>— Пристрій діє чудово! — скрикнув, вилазячи з кабіни, Уїн-молодший. — Бачили, як я злітав? Я майже випередив голуба. Все гаразд! Все гаразд! А що я казав? Усе гаразд!</w:t>
      </w:r>
    </w:p>
    <w:p>
      <w:r>
        <w:br/>
        <w:t>— Але хто ж це з тобою? — спитав батько.</w:t>
      </w:r>
    </w:p>
    <w:p>
      <w:r>
        <w:br/>
        <w:t>Юнак оглянувся на свого бранця і раптом пригадав.</w:t>
      </w:r>
    </w:p>
    <w:p>
      <w:r>
        <w:br/>
        <w:t>— А, та це ж отой голубівник, — сказав він. — Гадаю, ним займуться тепер панове детективи.</w:t>
      </w:r>
    </w:p>
    <w:p>
      <w:r>
        <w:br/>
        <w:t>Пітер Уїн міцно потис синову руку і погладив голуба, якого передав йому син. Тоді ще раз попестив красеня птаха, а потім сказав:</w:t>
      </w:r>
    </w:p>
    <w:p>
      <w:r>
        <w:br/>
        <w:t>— На виставці йому рівні не буде!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Повітряний шантаж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