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Прапороносці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Прапороносці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