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Причинна</w:t>
      </w:r>
    </w:p>
    <w:p>
      <w:r>
        <w:br/>
        <w:t xml:space="preserve"> Реве та стогне Дніпр широкий,&lt;br /&gt;</w:t>
        <w:br/>
        <w:t>Сердитий вітер завива,&lt;br /&gt;</w:t>
        <w:br/>
        <w:t>Додолу верби гне високі,&lt;br /&gt;</w:t>
        <w:br/>
        <w:t>Горами хвилю підійма.&lt;br /&gt;</w:t>
        <w:br/>
        <w:t>І блідний місяць на ту пору&lt;br /&gt;</w:t>
        <w:br/>
        <w:t>Із хмари де-де виглядав,&lt;br /&gt;</w:t>
        <w:br/>
        <w:t>Неначе човен в синім морі,&lt;br /&gt;</w:t>
        <w:br/>
        <w:t>То виринав, то потопав.&lt;br /&gt;</w:t>
        <w:br/>
        <w:t>Ще треті півні не співали,&lt;br /&gt;</w:t>
        <w:br/>
        <w:t>Ніхто нігде не гомонів,&lt;br /&gt;</w:t>
        <w:br/>
        <w:t>Сичі в гаю перекликались,&lt;br /&gt;</w:t>
        <w:br/>
        <w:t>Та ясен раз у раз скрипів.</w:t>
      </w:r>
    </w:p>
    <w:p>
      <w:r>
        <w:br/>
        <w:t>В таку добу під горою,&lt;br /&gt;</w:t>
        <w:br/>
        <w:t>Біля того гаю,&lt;br /&gt;</w:t>
        <w:br/>
        <w:t>Що чорніє над водою,&lt;br /&gt;</w:t>
        <w:br/>
        <w:t>Щось біле блукає.&lt;br /&gt;</w:t>
        <w:br/>
        <w:t>Може, вийшла русалонька&lt;br /&gt;</w:t>
        <w:br/>
        <w:t>Матері шукати,&lt;br /&gt;</w:t>
        <w:br/>
        <w:t>А може, жде козаченька,&lt;br /&gt;</w:t>
        <w:br/>
        <w:t>Щоб залоскотати.&lt;br /&gt;</w:t>
        <w:br/>
        <w:t>Не русалонька блукає:&lt;br /&gt;</w:t>
        <w:br/>
        <w:t>То дівчина ходить,&lt;br /&gt;</w:t>
        <w:br/>
        <w:t>Й сама не зна (бо причинна),&lt;br /&gt;</w:t>
        <w:br/>
        <w:t>Що такеє робить.&lt;br /&gt;</w:t>
        <w:br/>
        <w:t>Так ворожка поробила,&lt;br /&gt;</w:t>
        <w:br/>
        <w:t>Щоб менше скучала,&lt;br /&gt;</w:t>
        <w:br/>
        <w:t>Щоб, бач, ходя опівночі,&lt;br /&gt;</w:t>
        <w:br/>
        <w:t>Спала й виглядала&lt;br /&gt;</w:t>
        <w:br/>
        <w:t>Козаченька молодого,&lt;br /&gt;</w:t>
        <w:br/>
        <w:t>Що торік покинув.&lt;br /&gt;</w:t>
        <w:br/>
        <w:t>Обіщався вернутися,&lt;br /&gt;</w:t>
        <w:br/>
        <w:t>Та, мабуть, і згинув!&lt;br /&gt;</w:t>
        <w:br/>
        <w:t>Не китайкою покрились&lt;br /&gt;</w:t>
        <w:br/>
        <w:t>Козацькії очі,&lt;br /&gt;</w:t>
        <w:br/>
        <w:t>Не вимили біле личко&lt;br /&gt;</w:t>
        <w:br/>
        <w:t>Слізоньки дівочі:&lt;br /&gt;</w:t>
        <w:br/>
        <w:t>Орел вийняв карі очі&lt;br /&gt;</w:t>
        <w:br/>
        <w:t>На чужому полі,&lt;br /&gt;</w:t>
        <w:br/>
        <w:t>Біле тіло вовки з'їли, —&lt;br /&gt;</w:t>
        <w:br/>
        <w:t>Така його доля.&lt;br /&gt;</w:t>
        <w:br/>
        <w:t>Дарма щоніч дівчинонька&lt;br /&gt;</w:t>
        <w:br/>
        <w:t>Його виглядає.&lt;br /&gt;</w:t>
        <w:br/>
        <w:t>Не вернеться чорнобривий&lt;br /&gt;</w:t>
        <w:br/>
        <w:t>Та й не привітає,&lt;br /&gt;</w:t>
        <w:br/>
        <w:t>Не розплете довгу косу,&lt;br /&gt;</w:t>
        <w:br/>
        <w:t>Хустку не зав'яже,&lt;br /&gt;</w:t>
        <w:br/>
        <w:t>Не на ліжко — в домовину&lt;br /&gt;</w:t>
        <w:br/>
        <w:t>Сиротою ляже!</w:t>
      </w:r>
    </w:p>
    <w:p>
      <w:r>
        <w:br/>
        <w:t>Така її доля... О боже мій милий!&lt;br /&gt;</w:t>
        <w:br/>
        <w:t>За що ж ти караєш її, молоду?&lt;br /&gt;</w:t>
        <w:br/>
        <w:t>За те, що так щиро вона полюбила&lt;br /&gt;</w:t>
        <w:br/>
        <w:t>Козацькії очі?.. Прости сироту!&lt;br /&gt;</w:t>
        <w:br/>
        <w:t>Кого ж їй любити? Ні батька, ні неньки;&lt;br /&gt;</w:t>
        <w:br/>
        <w:t>Одна, як та пташка в далекім краю.&lt;br /&gt;</w:t>
        <w:br/>
        <w:t>Пошли ж ти їй долю, — вона молоденька,&lt;br /&gt;</w:t>
        <w:br/>
        <w:t>Бо люде чужії її засміють.&lt;br /&gt;</w:t>
        <w:br/>
        <w:t>Чи винна ж голубка, що голуба любить?&lt;br /&gt;</w:t>
        <w:br/>
        <w:t>Чи винен той голуб, що сокіл убив?&lt;br /&gt;</w:t>
        <w:br/>
        <w:t>Сумує, воркує, білим світом нудить,&lt;br /&gt;</w:t>
        <w:br/>
        <w:t>Літає, шукає, дума — заблудив.&lt;br /&gt;</w:t>
        <w:br/>
        <w:t>Щаслива голубка: високо літає,&lt;br /&gt;</w:t>
        <w:br/>
        <w:t>Полине до бога — милого питать.&lt;br /&gt;</w:t>
        <w:br/>
        <w:t>Кого ж сиротина, кого запитає,&lt;br /&gt;</w:t>
        <w:br/>
        <w:t>І хто їй розкаже, і хто теє знає,&lt;br /&gt;</w:t>
        <w:br/>
        <w:t>Де милий ночує: чи в темному гаю,&lt;br /&gt;</w:t>
        <w:br/>
        <w:t>Чи в бистрім Дунаю коня напува,&lt;br /&gt;</w:t>
        <w:br/>
        <w:t>Чи, може, з другою, другую кохає,&lt;br /&gt;</w:t>
        <w:br/>
        <w:t>її, чорнобриву, уже забува?&lt;br /&gt;</w:t>
        <w:br/>
        <w:t>Якби-то далися орлинії крила,&lt;br /&gt;</w:t>
        <w:br/>
        <w:t>За синім би морем милого знайшла;&lt;br /&gt;</w:t>
        <w:br/>
        <w:t>Живого б любила. Другу б задушила,&lt;br /&gt;</w:t>
        <w:br/>
        <w:t>А до неживого у яму б лягла.&lt;br /&gt;</w:t>
        <w:br/>
        <w:t>Не так серце любить, щоб з ким поділиться,&lt;br /&gt;</w:t>
        <w:br/>
        <w:t>Не так воно хоче, як бог нам дає:&lt;br /&gt;</w:t>
        <w:br/>
        <w:t>Воно жить не хоче, не хоче журиться.&lt;br /&gt;</w:t>
        <w:br/>
        <w:t>"Журись", — каже думка, жалю завдає.&lt;br /&gt;</w:t>
        <w:br/>
        <w:t>О боже мій милий! така твоя воля,&lt;br /&gt;</w:t>
        <w:br/>
        <w:t>Таке її щастя, така її доля!</w:t>
      </w:r>
    </w:p>
    <w:p>
      <w:r>
        <w:br/>
        <w:t>Вона все ходить, з уст ні пари.&lt;br /&gt;</w:t>
        <w:br/>
        <w:t>Широкий Дніпр не гомонить:&lt;br /&gt;</w:t>
        <w:br/>
        <w:t>Розбивши вітер чорні хмари,&lt;br /&gt;</w:t>
        <w:br/>
        <w:t>Ліг біля моря одпочить,&lt;br /&gt;</w:t>
        <w:br/>
        <w:t>А з неба місяць так і сяє;&lt;br /&gt;</w:t>
        <w:br/>
        <w:t>І над водою, і над гаєм,&lt;br /&gt;</w:t>
        <w:br/>
        <w:t>Кругом, як в усі, все мовчить.&lt;br /&gt;</w:t>
        <w:br/>
        <w:t>Аж гульк — з Дніпра повиринали&lt;br /&gt;</w:t>
        <w:br/>
        <w:t>Малії діти, сміючись.&lt;br /&gt;</w:t>
        <w:br/>
        <w:t>"Ходімо гріться! — закричали. —&lt;br /&gt;</w:t>
        <w:br/>
        <w:t>Зійшло вже сонце!" (Голі скрізь:&lt;br /&gt;</w:t>
        <w:br/>
        <w:t>З осоки коси, бо дівчата).</w:t>
      </w:r>
    </w:p>
    <w:p>
      <w:r>
        <w:br/>
        <w:t>"Чи всі ви тута? — кличе мати.&lt;br /&gt;</w:t>
        <w:br/>
        <w:t>Ходім шукати вечерять.&lt;br /&gt;</w:t>
        <w:br/>
        <w:t>Пограємось, погуляймо&lt;br /&gt;</w:t>
        <w:br/>
        <w:t>Та пісеньку заспіваймо:&lt;br /&gt;</w:t>
        <w:br/>
        <w:t>Ух! ух!&lt;br /&gt;</w:t>
        <w:br/>
        <w:t>Солом'яний дух, дух!&lt;br /&gt;</w:t>
        <w:br/>
        <w:t>Мене мати породила,&lt;br /&gt;</w:t>
        <w:br/>
        <w:t>Нехрещену положила.&lt;br /&gt;</w:t>
        <w:br/>
        <w:t>Місяченьку!&lt;br /&gt;</w:t>
        <w:br/>
        <w:t>Наш голубоньку!&lt;br /&gt;</w:t>
        <w:br/>
        <w:t>Ходи до нас вечеряти:&lt;br /&gt;</w:t>
        <w:br/>
        <w:t>У нас козак в очереті,&lt;br /&gt;</w:t>
        <w:br/>
        <w:t>В очереті, в осоці,&lt;br /&gt;</w:t>
        <w:br/>
        <w:t>Срібний перстень на руці;&lt;br /&gt;</w:t>
        <w:br/>
        <w:t>Молоденький, чорнобровий;&lt;br /&gt;</w:t>
        <w:br/>
        <w:t>Знайшли вчора у діброві.&lt;br /&gt;</w:t>
        <w:br/>
        <w:t>Світи довше в чистім полі,&lt;br /&gt;</w:t>
        <w:br/>
        <w:t>Щоб нагулятись доволі.&lt;br /&gt;</w:t>
        <w:br/>
        <w:t>Поки відьми ще літають,&lt;br /&gt;</w:t>
        <w:br/>
        <w:t>Поки півні не співають,&lt;br /&gt;</w:t>
        <w:br/>
        <w:t>Посвіти нам... Он щось ходить!&lt;br /&gt;</w:t>
        <w:br/>
        <w:t>Он під дубом щось там робить.&lt;br /&gt;</w:t>
        <w:br/>
        <w:t>Ух! ух!&lt;br /&gt;</w:t>
        <w:br/>
        <w:t>Солом'яний дух, дух!&lt;br /&gt;</w:t>
        <w:br/>
        <w:t>Мене мати породила,&lt;br /&gt;</w:t>
        <w:br/>
        <w:t>Нехрещену положила".</w:t>
      </w:r>
    </w:p>
    <w:p>
      <w:r>
        <w:br/>
        <w:t>Зареготались нехрещені...&lt;br /&gt;</w:t>
        <w:br/>
        <w:t>Гай обізвався; галас, зик,&lt;br /&gt;</w:t>
        <w:br/>
        <w:t>Орда мов ріже. Мов скажені,&lt;br /&gt;</w:t>
        <w:br/>
        <w:t>Летять до дуба... нічичирк...&lt;br /&gt;</w:t>
        <w:br/>
        <w:t>Схаменулись нехреіцені,&lt;br /&gt;</w:t>
        <w:br/>
        <w:t>Дивляться — мелькає,&lt;br /&gt;</w:t>
        <w:br/>
        <w:t>Щось лізе вверх по стовбуру&lt;br /&gt;</w:t>
        <w:br/>
        <w:t>До самого краю.&lt;br /&gt;</w:t>
        <w:br/>
        <w:t>Ото ж тая дівчинонька,&lt;br /&gt;</w:t>
        <w:br/>
        <w:t>Що сонна блудила:&lt;br /&gt;</w:t>
        <w:br/>
        <w:t>Отаку-то їй причину&lt;br /&gt;</w:t>
        <w:br/>
        <w:t>Ворожка зробила!&lt;br /&gt;</w:t>
        <w:br/>
        <w:t>На самий верх на гіллячці&lt;br /&gt;</w:t>
        <w:br/>
        <w:t>Стала... в серце коле!&lt;br /&gt;</w:t>
        <w:br/>
        <w:t>Подивилась на всі боки&lt;br /&gt;</w:t>
        <w:br/>
        <w:t>Та й лізе додолу.&lt;br /&gt;</w:t>
        <w:br/>
        <w:t>Кругом дуба русалоньки&lt;br /&gt;</w:t>
        <w:br/>
        <w:t>Мовчки дожидали;&lt;br /&gt;</w:t>
        <w:br/>
        <w:t>Взяли її, сердешную,&lt;br /&gt;</w:t>
        <w:br/>
        <w:t>Та й залоскотали.&lt;br /&gt;</w:t>
        <w:br/>
        <w:t>Довго, довго дивовались&lt;br /&gt;</w:t>
        <w:br/>
        <w:t>На її уроду...&lt;br /&gt;</w:t>
        <w:br/>
        <w:t>Треті півні: кукуріку! —&lt;br /&gt;</w:t>
        <w:br/>
        <w:t>Шелеснули в воду.&lt;br /&gt;</w:t>
        <w:br/>
        <w:t>Защебетав жайворонок,&lt;br /&gt;</w:t>
        <w:br/>
        <w:t>Угору летючи;&lt;br /&gt;</w:t>
        <w:br/>
        <w:t>Закувала зозуленька,&lt;br /&gt;</w:t>
        <w:br/>
        <w:t>На дубу сидячи;&lt;br /&gt;</w:t>
        <w:br/>
        <w:t>Защебетав соловейко —&lt;br /&gt;</w:t>
        <w:br/>
        <w:t>Пішла луна гаєм;&lt;br /&gt;</w:t>
        <w:br/>
        <w:t>Червоніє за горою;&lt;br /&gt;</w:t>
        <w:br/>
        <w:t>Плугатар співає.&lt;br /&gt;</w:t>
        <w:br/>
        <w:t>Чорніє гай над водою,&lt;br /&gt;</w:t>
        <w:br/>
        <w:t>Де ляхи ходили;&lt;br /&gt;</w:t>
        <w:br/>
        <w:t>Засиніли понад Дніпром&lt;br /&gt;</w:t>
        <w:br/>
        <w:t>Високі могили;&lt;br /&gt;</w:t>
        <w:br/>
        <w:t>Пішов шелест по діброві;&lt;br /&gt;</w:t>
        <w:br/>
        <w:t>Шепчуть густі лози.&lt;br /&gt;</w:t>
        <w:br/>
        <w:t>А дівчина спить під дубом&lt;br /&gt;</w:t>
        <w:br/>
        <w:t>При битій дорозі.&lt;br /&gt;</w:t>
        <w:br/>
        <w:t>Знать, добре спить, що не чує,&lt;br /&gt;</w:t>
        <w:br/>
        <w:t>Як кує зозуля,&lt;br /&gt;</w:t>
        <w:br/>
        <w:t>Що не лічить, чи довго жить...&lt;br /&gt;</w:t>
        <w:br/>
        <w:t>Знать, добре заснула.</w:t>
      </w:r>
    </w:p>
    <w:p>
      <w:r>
        <w:br/>
        <w:t>А тим часом із діброви&lt;br /&gt;</w:t>
        <w:br/>
        <w:t>Козак виїжджає;&lt;br /&gt;</w:t>
        <w:br/>
        <w:t>Під ним коник вороненький&lt;br /&gt;</w:t>
        <w:br/>
        <w:t>Насилу ступає.&lt;br /&gt;</w:t>
        <w:br/>
        <w:t>"Ізнемігся, товаришу!&lt;br /&gt;</w:t>
        <w:br/>
        <w:t>Сьогодні спочинем:&lt;br /&gt;</w:t>
        <w:br/>
        <w:t>Близько хата, де дівчина&lt;br /&gt;</w:t>
        <w:br/>
        <w:t>Ворота одчинить.&lt;br /&gt;</w:t>
        <w:br/>
        <w:t>А може, вже одчинила&lt;br /&gt;</w:t>
        <w:br/>
        <w:t>Не мені, другому...&lt;br /&gt;</w:t>
        <w:br/>
        <w:t>Швидше, коню, швидше, коню,&lt;br /&gt;</w:t>
        <w:br/>
        <w:t>Поспішай додому!"&lt;br /&gt;</w:t>
        <w:br/>
        <w:t>Утомився вороненький,&lt;br /&gt;</w:t>
        <w:br/>
        <w:t>Іде, спотикнеться, —&lt;br /&gt;</w:t>
        <w:br/>
        <w:t>Коло серця козацького&lt;br /&gt;</w:t>
        <w:br/>
        <w:t>Як гадина в'ється.&lt;br /&gt;</w:t>
        <w:br/>
        <w:t>"Ось і дуб той кучерявий...&lt;br /&gt;</w:t>
        <w:br/>
        <w:t>Вона! Боже милий!&lt;br /&gt;</w:t>
        <w:br/>
        <w:t>Бач, заснула виглядавши,&lt;br /&gt;</w:t>
        <w:br/>
        <w:t>Моя сизокрила!"&lt;br /&gt;</w:t>
        <w:br/>
        <w:t>Кинув коня та до неї:&lt;br /&gt;</w:t>
        <w:br/>
        <w:t>"Боже ти мій, боже!"&lt;br /&gt;</w:t>
        <w:br/>
        <w:t>Кличе її та цілує...&lt;br /&gt;</w:t>
        <w:br/>
        <w:t>Ні, вже не поможе!&lt;br /&gt;</w:t>
        <w:br/>
        <w:t>"За що ж вони розлучили&lt;br /&gt;</w:t>
        <w:br/>
        <w:t>Мене із тобою?"&lt;br /&gt;</w:t>
        <w:br/>
        <w:t>Зареготавсь, розігнався —&lt;br /&gt;</w:t>
        <w:br/>
        <w:t>Та в дуб головою!</w:t>
      </w:r>
    </w:p>
    <w:p>
      <w:r>
        <w:br/>
        <w:t>Ідуть дівчата в поле жати&lt;br /&gt;</w:t>
        <w:br/>
        <w:t>Та, знай, співають ідучи:&lt;br /&gt;</w:t>
        <w:br/>
        <w:t>Як проводжала сина мати,&lt;br /&gt;</w:t>
        <w:br/>
        <w:t>Як бивсь татарин уночі.&lt;br /&gt;</w:t>
        <w:br/>
        <w:t>Ідуть — під дубом зелененьким&lt;br /&gt;</w:t>
        <w:br/>
        <w:t>Кінь замордований стоїть,&lt;br /&gt;</w:t>
        <w:br/>
        <w:t>А біля його молоденький&lt;br /&gt;</w:t>
        <w:br/>
        <w:t>Козак та дівчина лежить.&lt;br /&gt;</w:t>
        <w:br/>
        <w:t>Цікаві (нігде правди діти)&lt;br /&gt;</w:t>
        <w:br/>
        <w:t>Підкралися, щоб ізлякать;&lt;br /&gt;</w:t>
        <w:br/>
        <w:t>Коли подивляться, що вбитий, —&lt;br /&gt;</w:t>
        <w:br/>
        <w:t>З переполоху ну втікать!</w:t>
      </w:r>
    </w:p>
    <w:p>
      <w:r>
        <w:br/>
        <w:t>Збиралися подруженьки,&lt;br /&gt;</w:t>
        <w:br/>
        <w:t>Слізоньки втирають;&lt;br /&gt;</w:t>
        <w:br/>
        <w:t>Збиралися товариші&lt;br /&gt;</w:t>
        <w:br/>
        <w:t>Та ями копають;&lt;br /&gt;</w:t>
        <w:br/>
        <w:t>Прийшли попи з корогвами,&lt;br /&gt;</w:t>
        <w:br/>
        <w:t>Задзвонили дзвони.&lt;br /&gt;</w:t>
        <w:br/>
        <w:t>Поховали громадою&lt;br /&gt;</w:t>
        <w:br/>
        <w:t>Як слід, по закону.&lt;br /&gt;</w:t>
        <w:br/>
        <w:t>Насипали край дороги&lt;br /&gt;</w:t>
        <w:br/>
        <w:t>Дві могили в житі.&lt;br /&gt;</w:t>
        <w:br/>
        <w:t>Нема кому запитати,&lt;br /&gt;</w:t>
        <w:br/>
        <w:t>За що їх убито?&lt;br /&gt;</w:t>
        <w:br/>
        <w:t>Посадили над козаком&lt;br /&gt;</w:t>
        <w:br/>
        <w:t>Явір та ялину,&lt;br /&gt;</w:t>
        <w:br/>
        <w:t>А в головах у дівчини&lt;br /&gt;</w:t>
        <w:br/>
        <w:t>Червону калину.&lt;br /&gt;</w:t>
        <w:br/>
        <w:t>Прилітає зозуленька&lt;br /&gt;</w:t>
        <w:br/>
        <w:t>Над ними кувати;&lt;br /&gt;</w:t>
        <w:br/>
        <w:t>Прилітає соловейко&lt;br /&gt;</w:t>
        <w:br/>
        <w:t>Щоніч щебетати;&lt;br /&gt;</w:t>
        <w:br/>
        <w:t>Виспівує та щебече,&lt;br /&gt;</w:t>
        <w:br/>
        <w:t>Поки місяць зійде,&lt;br /&gt;</w:t>
        <w:br/>
        <w:t>Поки тії русалоньки&lt;br /&gt;</w:t>
        <w:br/>
        <w:t>З Дніпра грітись вийдуть.</w:t>
      </w:r>
    </w:p>
    <w:p>
      <w:r>
        <w:br/>
        <w:t>[1837,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Причинна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