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Прощавай, зброє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Прощавай, зброє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