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Прозріння</w:t>
      </w:r>
    </w:p>
    <w:p>
      <w:r>
        <w:br/>
        <w:t xml:space="preserve"> Всі вироки, здається, проказав&lt;br /&gt;</w:t>
        <w:br/>
        <w:t>Рвучким і ярим віршем… А Росія&lt;br /&gt;</w:t>
        <w:br/>
        <w:t>Ще догнива, як здохлий бронтозавр,&lt;br /&gt;</w:t>
        <w:br/>
        <w:t>І труп — горою — мертво бовваніє.</w:t>
      </w:r>
    </w:p>
    <w:p>
      <w:r>
        <w:br/>
        <w:t>О люте стерво! Твій посмертний дух&lt;br /&gt;</w:t>
        <w:br/>
        <w:t>Ще мстить — смердячий, безнадійний Лазар, —&lt;br /&gt;</w:t>
        <w:br/>
        <w:t>Але намарне: навіть гній потух,&lt;br /&gt;</w:t>
        <w:br/>
        <w:t>І тільки низом стелеться зараза.</w:t>
      </w:r>
    </w:p>
    <w:p>
      <w:r>
        <w:br/>
        <w:t>Даремно радиться синедріон&lt;br /&gt;</w:t>
        <w:br/>
        <w:t>Крикливиць та шаманів євразійських —&lt;br /&gt;</w:t>
        <w:br/>
        <w:t>Бо ні хороби віку, ні Сіон&lt;br /&gt;</w:t>
        <w:br/>
        <w:t>Не воскрешать. Бо сонценосним військом</w:t>
      </w:r>
    </w:p>
    <w:p>
      <w:r>
        <w:br/>
        <w:t>Епоха йде молитви і огня,&lt;br /&gt;</w:t>
        <w:br/>
        <w:t>Земля напнулась готикою росту&lt;br /&gt;</w:t>
        <w:br/>
        <w:t>Й, де нині — бруд, де — парші і короста,&lt;br /&gt;</w:t>
        <w:br/>
        <w:t>Дзвенітиме прозора радість дня.</w:t>
      </w:r>
    </w:p>
    <w:p>
      <w:r>
        <w:br/>
        <w:t>Крізь гноїща, крізь цвинтарі руїн&lt;br /&gt;</w:t>
        <w:br/>
        <w:t>Буятиме нестримний рух природи,&lt;br /&gt;</w:t>
        <w:br/>
        <w:t>І, замість цих калічних україн,&lt;br /&gt;</w:t>
        <w:br/>
        <w:t>Рослинами зростатимуть народи.</w:t>
      </w:r>
    </w:p>
    <w:p>
      <w:r>
        <w:br/>
        <w:t>Ще прогримить останній судний грім&lt;br /&gt;</w:t>
        <w:br/>
        <w:t>Над просторами неладу і зради&lt;br /&gt;</w:t>
        <w:br/>
        <w:t>І виросте залізним дубом Рим&lt;br /&gt;</w:t>
        <w:br/>
        <w:t>З міцного лона Скитської Еллади.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