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Рейхсдрап, або Гудеріанізація німецької армії</w:t>
      </w:r>
    </w:p>
    <w:p>
      <w:r>
        <w:br/>
        <w:t xml:space="preserve"> &lt;p&gt;До 27 роковин своїх наша чудесна Червона Армія, висловлюючись науково, перетактикостратегувала німецько-фашистську армію.</w:t>
      </w:r>
    </w:p>
    <w:p>
      <w:r>
        <w:br/>
        <w:t>Що це значить?</w:t>
      </w:r>
    </w:p>
    <w:p>
      <w:r>
        <w:br/>
        <w:t>Це значить, що коли раніше німецька армія воювала, стоячи до Червоної Армії лицем, то тепер вона воює, повернувшись до неї спиною.</w:t>
      </w:r>
    </w:p>
    <w:p>
      <w:r>
        <w:br/>
        <w:t>Раніше німецька армія наступала на схід повільно, тепер вона на Східному своєму фронті наступає на захід бігом.</w:t>
      </w:r>
    </w:p>
    <w:p>
      <w:r>
        <w:br/>
        <w:t>І то таким бігом, що дідько його знає, як за нею й угнатися.</w:t>
      </w:r>
    </w:p>
    <w:p>
      <w:r>
        <w:br/>
        <w:t>Сильно дуже тренірована у фашистів армія: подумайте самі, за 40 день наступу (січень-лютий 1945 р.) — лупонуть на 570 кілометрів, од Варшави аж до Одеси.</w:t>
      </w:r>
    </w:p>
    <w:p>
      <w:r>
        <w:br/>
        <w:t>Це вже не простий вам драп, а драп державний, рейхсдрап…</w:t>
      </w:r>
    </w:p>
    <w:p>
      <w:r>
        <w:br/>
        <w:t>Почалося з того, що "фюрер" призначив на начальника свого генерального штабу генерала Гудеріана.</w:t>
      </w:r>
    </w:p>
    <w:p>
      <w:r>
        <w:br/>
        <w:t>Не просто генерала, а танкового.</w:t>
      </w:r>
    </w:p>
    <w:p>
      <w:r>
        <w:br/>
        <w:t>Це той генерал, що виголосив на початку війни: "Увага, танки!"</w:t>
      </w:r>
    </w:p>
    <w:p>
      <w:r>
        <w:br/>
        <w:t>Всі думали, що німецький генерал, проголошуючи свою "увагу", мав на меті свої, німецькі, танки, а він, виявляється, хитрий, він, виявляється, далекозорий, — він якраз попереджував своє військо про те, що з'являться радянські танки:</w:t>
      </w:r>
    </w:p>
    <w:p>
      <w:r>
        <w:br/>
        <w:t>— Увага, танки!</w:t>
      </w:r>
    </w:p>
    <w:p>
      <w:r>
        <w:br/>
        <w:t>Тобто:</w:t>
      </w:r>
    </w:p>
    <w:p>
      <w:r>
        <w:br/>
        <w:t>— Тікай, куди видно!</w:t>
      </w:r>
    </w:p>
    <w:p>
      <w:r>
        <w:br/>
        <w:t>Німецька армія правильно зрозуміла заклик свого генерала і тікає…</w:t>
      </w:r>
    </w:p>
    <w:p>
      <w:r>
        <w:br/>
        <w:t>Це і є гудеріанізація армії.</w:t>
      </w:r>
    </w:p>
    <w:p>
      <w:r>
        <w:br/>
        <w:t>І яка все-таки німецька техніка, і яка все-таки німецька організованість!</w:t>
      </w:r>
    </w:p>
    <w:p>
      <w:r>
        <w:br/>
        <w:t>Що значить такий драп: узяв та й побіг?</w:t>
      </w:r>
    </w:p>
    <w:p>
      <w:r>
        <w:br/>
        <w:t>Примітив!</w:t>
      </w:r>
    </w:p>
    <w:p>
      <w:r>
        <w:br/>
        <w:t>Сучасна, передова армія так драпать не може, вона може тільки тікати за останнім словом військової техніки.</w:t>
      </w:r>
    </w:p>
    <w:p>
      <w:r>
        <w:br/>
        <w:t>Вона так і робить: зразу ж винайшли так звані пересувні доти, доти на колесах, — "драпдоти".</w:t>
      </w:r>
    </w:p>
    <w:p>
      <w:r>
        <w:br/>
        <w:t>Чудо техніки: сів у дот і драпай.</w:t>
      </w:r>
    </w:p>
    <w:p>
      <w:r>
        <w:br/>
        <w:t>Так само й щодо організованості.</w:t>
      </w:r>
    </w:p>
    <w:p>
      <w:r>
        <w:br/>
        <w:t>За 40 день нашого наступу німці здали 300 міст, 100 воєнних заводів, 2400 залізничних станцій, 15 тисяч кілометрів залізничної колії.</w:t>
      </w:r>
    </w:p>
    <w:p>
      <w:r>
        <w:br/>
        <w:t>В день, значить, здавалось: 7,5 міст, 2,5 воєнних заводів, 60 залізничних станцій і 375 кілометрів залізниці.</w:t>
      </w:r>
    </w:p>
    <w:p>
      <w:r>
        <w:br/>
        <w:t>Так швидко здать таку уйму території з містами, заводами, залізницями, населенням і т. д., і т. д. можна тільки при зразковій організованості всього і державного, і громадського апарату.</w:t>
      </w:r>
    </w:p>
    <w:p>
      <w:r>
        <w:br/>
        <w:t>Рейхсдрап тільки-но почався.</w:t>
      </w:r>
    </w:p>
    <w:p>
      <w:r>
        <w:br/>
        <w:t>Гудеріанізація армії дала тільки перші свої наслідки.</w:t>
      </w:r>
    </w:p>
    <w:p>
      <w:r>
        <w:br/>
        <w:t>Шкода, що територія третього рейху — не така вже велика, не дасть вона розгорнутися і драпові, і гудеріанізації так, як би вони могли це зробити…</w:t>
      </w:r>
    </w:p>
    <w:p>
      <w:r>
        <w:br/>
        <w:t>А чи не випередити Червоній Армії уславлену німецьку, стати спереду та:</w:t>
      </w:r>
    </w:p>
    <w:p>
      <w:r>
        <w:br/>
        <w:t>— А куди? Ану, назад!</w:t>
      </w:r>
    </w:p>
    <w:p>
      <w:r>
        <w:br/>
        <w:t>Хай біжить на схід.</w:t>
      </w:r>
    </w:p>
    <w:p>
      <w:r>
        <w:br/>
        <w:t>У нас місця вистачить і для Гудеріана, і для гудеріанізованої армії.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Рейхсдрап, або Гудеріанізація німецької армії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