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Річка</w:t>
      </w:r>
    </w:p>
    <w:p>
      <w:r>
        <w:br/>
        <w:t xml:space="preserve"> Хлюпоче синя річка —&lt;br /&gt;</w:t>
        <w:br/>
        <w:t>Ой річка, ой ріка!&lt;br /&gt;</w:t>
        <w:br/>
        <w:t>Юрба нас невеличка,&lt;br /&gt;</w:t>
        <w:br/>
        <w:t>Зате ж бо гомінка!&lt;br /&gt;</w:t>
        <w:br/>
        <w:t>І співи тут, і крики,&lt;br /&gt;</w:t>
        <w:br/>
        <w:t>І радість тут, і сміх.</w:t>
      </w:r>
    </w:p>
    <w:p>
      <w:r>
        <w:br/>
        <w:t>А вколо, як музики,—&lt;br /&gt;</w:t>
        <w:br/>
        <w:t>Гурти пташок дзвінких.&lt;br /&gt;</w:t>
        <w:br/>
        <w:t>І кожна ж то співає,&lt;br /&gt;</w:t>
        <w:br/>
        <w:t>І кожна поклика:&lt;br /&gt;</w:t>
        <w:br/>
        <w:t>"Ой небо, ой безкрає,&lt;br /&gt;</w:t>
        <w:br/>
        <w:t>Ой річка, ой ріка!"</w:t>
      </w:r>
    </w:p>
    <w:p>
      <w:r>
        <w:br/>
        <w:t>Он рибки затремтіли,&lt;br /&gt;</w:t>
        <w:br/>
        <w:t>Пливуть із глибини,&lt;br /&gt;</w:t>
        <w:br/>
        <w:t>Коли б співать уміли,&lt;br /&gt;</w:t>
        <w:br/>
        <w:t>Співали б і вони.&lt;br /&gt;</w:t>
        <w:br/>
        <w:t>А так за них співає&lt;br /&gt;</w:t>
        <w:br/>
        <w:t>Компанія лунка:&lt;br /&gt;</w:t>
        <w:br/>
        <w:t>"Ой небо, ой безкрає,&lt;br /&gt;</w:t>
        <w:br/>
        <w:t>Ой річка, ой ріка!"</w:t>
      </w:r>
    </w:p>
    <w:p>
      <w:r>
        <w:br/>
        <w:t>В дитячому садку ми&lt;br /&gt;</w:t>
        <w:br/>
        <w:t>Пригадуєм той день,&lt;br /&gt;</w:t>
        <w:br/>
        <w:t>І знов дзвенять нам шуми&lt;br /&gt;</w:t>
        <w:br/>
        <w:t>Веселих тих пісень.&lt;br /&gt;</w:t>
        <w:br/>
        <w:t>Хай осінь, хай тумани,&lt;br /&gt;</w:t>
        <w:br/>
        <w:t>А пісня та дзвінка&lt;br /&gt;</w:t>
        <w:br/>
        <w:t>Ніяк не перестане:&lt;br /&gt;</w:t>
        <w:br/>
        <w:t>"Ой річка, ой ріка!"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