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Рожа да хміль</w:t>
      </w:r>
    </w:p>
    <w:p>
      <w:r>
        <w:br/>
        <w:t xml:space="preserve"> Охріме, дядечку! будь ласкав, схаменись:&lt;br /&gt;</w:t>
        <w:br/>
        <w:t>Ти чоловік і з хлібом, і з волами,&lt;br /&gt;</w:t>
        <w:br/>
        <w:t>І грошики у тебе завелись —&lt;br /&gt;</w:t>
        <w:br/>
        <w:t>Який тебе лихий ізніс&lt;br /&gt;</w:t>
        <w:br/>
        <w:t>І побратав з панами?&lt;br /&gt;</w:t>
        <w:br/>
        <w:t>Покинь їх, хай їм цур! і з ними не водись.&lt;br /&gt;</w:t>
        <w:br/>
        <w:t>А то коли к тобі ні заверну у хату —&lt;br /&gt;</w:t>
        <w:br/>
        <w:t>Ти з благородієм сидиш запанібрата,&lt;br /&gt;</w:t>
        <w:br/>
        <w:t>І чарка катержна гуляє по столі.&lt;br /&gt;</w:t>
        <w:br/>
        <w:t>Чи то в село лихий примчить якого&lt;br /&gt;</w:t>
        <w:br/>
        <w:t>Паничика, мовляють, судового —&lt;br /&gt;</w:t>
        <w:br/>
        <w:t>Та сарана живе на твоєму добрі.&lt;br /&gt;</w:t>
        <w:br/>
        <w:t>Або і возний сам, червоний, ніби квітка,&lt;br /&gt;</w:t>
        <w:br/>
        <w:t>Деньків по п’ятеро кружляє у тебе;&lt;br /&gt;</w:t>
        <w:br/>
        <w:t>А коней-калічі повнісінька повітка&lt;br /&gt;</w:t>
        <w:br/>
        <w:t>Твоє сінце скубе.&lt;br /&gt;</w:t>
        <w:br/>
        <w:t>Тим часом хліб давно у полі половіє;&lt;br /&gt;</w:t>
        <w:br/>
        <w:t>Його і птиця б’є, і вітер марно сіє;&lt;br /&gt;</w:t>
        <w:br/>
        <w:t>А дядько мій ґуля!&lt;br /&gt;</w:t>
        <w:br/>
        <w:t>З письменними по чарці да по парці,&lt;br /&gt;</w:t>
        <w:br/>
        <w:t>Останній шаг витрушує шинкарці.&lt;br /&gt;</w:t>
        <w:br/>
        <w:t>Рівняться з ними нам сам Бог не позволя:&lt;br /&gt;</w:t>
        <w:br/>
        <w:t>То, сказано, — пани, щоб день у день гуляли,&lt;br /&gt;</w:t>
        <w:br/>
        <w:t>А ми, неграмотні, щоб хліба заробляли.&lt;br /&gt;</w:t>
        <w:br/>
        <w:t>Охріме! не зробись сміховищем села,&lt;br /&gt;</w:t>
        <w:br/>
        <w:t>Покинь, кажу, панів, водиться з ними годі!&lt;br /&gt;</w:t>
        <w:br/>
        <w:t>Ось слухай. У мене недавно на городі&lt;br /&gt;</w:t>
        <w:br/>
        <w:t>Червона Рожа зацвіла,&lt;br /&gt;</w:t>
        <w:br/>
        <w:t>І треба ж, на біду, край неї Хміль пустився!&lt;br /&gt;</w:t>
        <w:br/>
        <w:t>Іспершу гарно страх з сусідкою він жив.&lt;br /&gt;</w:t>
        <w:br/>
        <w:t>Дивлюсь, аж приятель за гілку зачепився,&lt;br /&gt;</w:t>
        <w:br/>
        <w:t>А трохи згодом глядь — всю Рожу оповив.&lt;br /&gt;</w:t>
        <w:br/>
        <w:t>І бідная вона змарніла,&lt;br /&gt;</w:t>
        <w:br/>
        <w:t>Поблідла, далі пожовтіла;&lt;br /&gt;</w:t>
        <w:br/>
        <w:t>А проклятущий Хміль, як рута, зеленів.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Рожа да хміль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