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Саша</w:t>
      </w:r>
    </w:p>
    <w:p>
      <w:r>
        <w:br/>
        <w:t xml:space="preserve"> &lt;p&gt;"РАССКАЗЫ ИЗ РУССКОГО НАРОДНОГО БЫТА"</w:t>
      </w:r>
    </w:p>
    <w:p>
      <w:r>
        <w:br/>
        <w:t>I</w:t>
      </w:r>
    </w:p>
    <w:p>
      <w:r>
        <w:br/>
        <w:t>Я ее давно-давно знаю: мы из одной деревни; вместе в куклы игрывали. Уж какая она была искренняя, какая сердечная девочка, скажу вам! Как подружится с кем, полюбит — рада душу отдать; в глаза смотрит; пожелай чего-нибудь я — угадает, угодит. Мы с ней слюбились крепко. Бывало, она мне все свое отдает; и не прошу — сама отдает: и куклы, и сережки свои, — все, все, да только улыбается, на меня глядя.</w:t>
      </w:r>
    </w:p>
    <w:p>
      <w:r>
        <w:br/>
        <w:t>Девочки другие и начнут дразнить ее, подсмеиваться:</w:t>
      </w:r>
    </w:p>
    <w:p>
      <w:r>
        <w:br/>
        <w:t>— Раздарила, теперь у самой ничего нету! А постарше, те ее бездомовницею называют.</w:t>
      </w:r>
    </w:p>
    <w:p>
      <w:r>
        <w:br/>
        <w:t>— Вот, — говорят, — будет из тебя хозяйка путная! Соберешь домок!</w:t>
      </w:r>
    </w:p>
    <w:p>
      <w:r>
        <w:br/>
        <w:t>И мать ей часто за это выговаривала и грозила, а она все только усмехается.</w:t>
      </w:r>
    </w:p>
    <w:p>
      <w:r>
        <w:br/>
        <w:t>— Ну, не жалко тебе раздавать-то все?</w:t>
      </w:r>
    </w:p>
    <w:p>
      <w:r>
        <w:br/>
        <w:t>— Чего жалко? Я ее люблю, — что ж тут жалеть? Не жалко…</w:t>
      </w:r>
    </w:p>
    <w:p>
      <w:r>
        <w:br/>
        <w:t>II</w:t>
      </w:r>
    </w:p>
    <w:p>
      <w:r>
        <w:br/>
        <w:t>Нам пошел пятнадцатый год — однолетки мы с нею, — как вышла наша барышня замуж. А она была, наша барышня, уж не в первом цвету. Много книжек читала, и нравом была строптива: на соседей косилась, на людей гневалась. Жениха не находилось ей, дружбы ни с кем не водила. Худела да желтела над книжками.</w:t>
      </w:r>
    </w:p>
    <w:p>
      <w:r>
        <w:br/>
        <w:t>Лет уж ей за тридцать было, когда приехал ее братец в гости из губернии, а с ним высокий барин, этакой круглолицый да видный из себя, спокойный, довольный; все поглаживает себя рукою по подбородку да расхаживает с трубкою мерным шагом.</w:t>
      </w:r>
    </w:p>
    <w:p>
      <w:r>
        <w:br/>
        <w:t>Первые-то дни барышня хоть и понарядней приоделась, да в разговоры с приезжим гостем не пускалась; а он поклонится утром, спросит о здоровье и ею тож не занимается.</w:t>
      </w:r>
    </w:p>
    <w:p>
      <w:r>
        <w:br/>
        <w:t>Барин только часто на них поглядывал (этакие у него глазки были пронзительные, узенькие, черные; лукавый очень вид имел и хитрый), поглядывал, да вечерком раз, обнявши сестрицу, долго с нею по комнатам ходил и все о чем-то толковал-толковал, словно советовал, образумливал.</w:t>
      </w:r>
    </w:p>
    <w:p>
      <w:r>
        <w:br/>
        <w:t>Барышня задумчиво пришла в свою комнату, и долго думала она, думала и вздыхала.</w:t>
      </w:r>
    </w:p>
    <w:p>
      <w:r>
        <w:br/>
        <w:t>С той поры она ласковей с приезжим стала, и все вместе они с ним и гуляют, и за обедом рядышком сидят. А как собрался он выезжать, барышня наша в слезы ударилась. Братец насупился. Приезжий все это видит; самому ему жалко стало, не то — скучно; махнул он рукой да и посватался.</w:t>
      </w:r>
    </w:p>
    <w:p>
      <w:r>
        <w:br/>
        <w:t>Свадьбу сыграли, не откладывая, и поехали молодые на житье в губернию.</w:t>
      </w:r>
    </w:p>
    <w:p>
      <w:r>
        <w:br/>
        <w:t>III</w:t>
      </w:r>
    </w:p>
    <w:p>
      <w:r>
        <w:br/>
        <w:t>Молодой барыне захотелось из своей деревни служанку себе взять. "На что мне чужую, когда свои есть? Чужой надо плату, да еще какая слуга попадется, — нанятую не научишь".</w:t>
      </w:r>
    </w:p>
    <w:p>
      <w:r>
        <w:br/>
        <w:t>Выбрала она Сашу: смышленее, проворнее всех она ей показалась. Взяли Сашу и увезли с собою. Отец, мать, сестры — все остались, одна Саша поехала на чужую сторону.</w:t>
      </w:r>
    </w:p>
    <w:p>
      <w:r>
        <w:br/>
        <w:t>Очень я плакала, провожаючи. А она прижимает меня к себе: "Не забуду, не забуду тебя!"</w:t>
      </w:r>
    </w:p>
    <w:p>
      <w:r>
        <w:br/>
        <w:t>Уехала она, и мало к нам вестей доходило. Так год прошел. Вдруг недобрые слухи о Саше стали носиться. Мать хоть плачет, хоть тужит, а все верить ей не хочется. Отец черней тучи и слова о Саше своей любимой не промолвит. Сестры услышат про нее — краснеют. Судят-рядят люди, а все еще никто наверно сказать ничего не может. Вот тогда-то меня потребовали к молодой барыне. Шлют меня к ней в губернию.</w:t>
      </w:r>
    </w:p>
    <w:p>
      <w:r>
        <w:br/>
        <w:t>Пришла я прощаться к Сашину отцу и спрашиваю:</w:t>
      </w:r>
    </w:p>
    <w:p>
      <w:r>
        <w:br/>
        <w:t>— Что прикажете Саше?</w:t>
      </w:r>
    </w:p>
    <w:p>
      <w:r>
        <w:br/>
        <w:t>— Да не знаю и сам, что ей приказать, — отвечает, — благословить ли мне ее или проклясть свою дочку!</w:t>
      </w:r>
    </w:p>
    <w:p>
      <w:r>
        <w:br/>
        <w:t>Стоит, руки скрестил и в окошко глядит.</w:t>
      </w:r>
    </w:p>
    <w:p>
      <w:r>
        <w:br/>
        <w:t>А мать со мной вышла, слезами заливается, провожает за ворота.</w:t>
      </w:r>
    </w:p>
    <w:p>
      <w:r>
        <w:br/>
        <w:t>— Благословляю я! Скажи ты Саше, что мать благословляет… Скажи, чтобы богу молилась…</w:t>
      </w:r>
    </w:p>
    <w:p>
      <w:r>
        <w:br/>
        <w:t>Сестры повыбегали себе за мною:</w:t>
      </w:r>
    </w:p>
    <w:p>
      <w:r>
        <w:br/>
        <w:t>— Кланяйся сестре! Кланяйся Саше нашей!</w:t>
      </w:r>
    </w:p>
    <w:p>
      <w:r>
        <w:br/>
        <w:t>IV</w:t>
      </w:r>
    </w:p>
    <w:p>
      <w:r>
        <w:br/>
        <w:t>Тяжело ведь отбиться од роду, от своей стороны, — кто этого не знает! Еду я к барыне, да все про Сашу думаю, и тем только утешаюсь: увижу я свою подругу верную, поговорю с нею, потужу — легче мне будет… А Саша меня как встретит? И что с нею сталось? Правда ли, что люди говорят? И каково житье ей? Всю дорогу целую раздумываю про Сашу.</w:t>
      </w:r>
    </w:p>
    <w:p>
      <w:r>
        <w:br/>
        <w:t>Вез меня наш деревенский старичок Прохор, сморщенный, тщедушный старичок и страх завистливый, — что б ни увидел в чужих руках, хоть там палку березовую, сейчас вздохнет: "Эх, кабы мне такую!" И все, бывало, он твердит: "Эх-ма! Кабы денег тьма!" По пути мы с ним села барские богатые проезжали, леса темные дубовые, поля широкие, — все он вздыхал: "Эх-ма!" Такой чудной был старичок.</w:t>
      </w:r>
    </w:p>
    <w:p>
      <w:r>
        <w:br/>
        <w:t>V</w:t>
      </w:r>
    </w:p>
    <w:p>
      <w:r>
        <w:br/>
        <w:t>Мы приехали вечером. Наша барыня жила среди города, на широкой улице. Все дома каменные, высокие, крыши железные, окна большие, и свет из окон на улицу вырывается; перед крыльцами фонари горят; по мостовой стучат дрожки, коляски и наша тележка тряская. Вечер темный был, время осеннее, тучи ходили — месяц хоронили, только звезды яркие сверкали. Холодноватый и свежий ветерок веял.</w:t>
      </w:r>
    </w:p>
    <w:p>
      <w:r>
        <w:br/>
        <w:t>Подъехали мы к белому каменному дому, в ворота постучались. Нам отворил бородач, тучный из себя и приземистый, — видно, кучер; гордо кивнул нам и что-то проворчал про себя.</w:t>
      </w:r>
    </w:p>
    <w:p>
      <w:r>
        <w:br/>
        <w:t>VI</w:t>
      </w:r>
    </w:p>
    <w:p>
      <w:r>
        <w:br/>
        <w:t>Мы за ним в избу вошли — почернелая, неубранная, лавки прожженные, столы шатаются, везде вода по полу разлита, зола рассыпана.</w:t>
      </w:r>
    </w:p>
    <w:p>
      <w:r>
        <w:br/>
        <w:t>Повар тут сидел в белой куртке, сгорбленный, веселый старичок, плешивый, и два парня круглолицых, румяных, один в армяке, а другой в куртке, с пуговицами блестящими. Сейчас все они к нам бросились: давай осматривать, моргать, усмехаться. Повар нам кивнул головою: садитесь, отдохните.</w:t>
      </w:r>
    </w:p>
    <w:p>
      <w:r>
        <w:br/>
        <w:t>Саши нету; спросить про нее боюсь. Прохор поглядывает да все вздыхает. Все сидим, молчим; а в разбитое окно ветер свечу задувает.</w:t>
      </w:r>
    </w:p>
    <w:p>
      <w:r>
        <w:br/>
        <w:t>— Ну, — говорит кучер, — как же вы там, в деревне-то у себя, роскошничаете? Несеянную муку пожираете?</w:t>
      </w:r>
    </w:p>
    <w:p>
      <w:r>
        <w:br/>
        <w:t>Так все и залились хохотом. И пошли тогда шутки да прибаутки, и тешились они, и пересмеивали нас, сколько их душе было угодно. Парни выходят из избы да и говорят нам:</w:t>
      </w:r>
    </w:p>
    <w:p>
      <w:r>
        <w:br/>
        <w:t>— Ну, спасибо, что приехали! Хоть маленько мы вами тоску свою размыкали!</w:t>
      </w:r>
    </w:p>
    <w:p>
      <w:r>
        <w:br/>
        <w:t>И вправду: скука их одолела всех, так рады были они хоть чем попало себя повеселить. Такие у них лица были недовольные, да заспанные, да скучные.</w:t>
      </w:r>
    </w:p>
    <w:p>
      <w:r>
        <w:br/>
        <w:t>VII</w:t>
      </w:r>
    </w:p>
    <w:p>
      <w:r>
        <w:br/>
        <w:t>Я с духом собралась и спрашиваю у повара про Сашу. Кучер услыхал и перебил.</w:t>
      </w:r>
    </w:p>
    <w:p>
      <w:r>
        <w:br/>
        <w:t>— Ты мне поклонись да у меня спроси! Вот гляди-ка. (Дверь отворил). Видишь, коморочка против? Там твоя Саша сидит, а вот у меня ключик от замочка. (Показал мне ключ из кармана).</w:t>
      </w:r>
    </w:p>
    <w:p>
      <w:r>
        <w:br/>
        <w:t>Говорит он, а я смотрю, — какой тяжелый замок висит на двери! Саша ты моя, бедняжечка!</w:t>
      </w:r>
    </w:p>
    <w:p>
      <w:r>
        <w:br/>
        <w:t>— Что ж, — говорю, — никогда она и не выходит оттуда?</w:t>
      </w:r>
    </w:p>
    <w:p>
      <w:r>
        <w:br/>
        <w:t>— Как можно! Ей все пути скатертью, только вот за ворота со двора — не прогневайся!</w:t>
      </w:r>
    </w:p>
    <w:p>
      <w:r>
        <w:br/>
        <w:t>— На что ж ее заперли?</w:t>
      </w:r>
    </w:p>
    <w:p>
      <w:r>
        <w:br/>
        <w:t>— Есть таковая причина!</w:t>
      </w:r>
    </w:p>
    <w:p>
      <w:r>
        <w:br/>
        <w:t>— Пустите меня к ней, — прошу его.</w:t>
      </w:r>
    </w:p>
    <w:p>
      <w:r>
        <w:br/>
        <w:t>— С нашей радостью, — иди!</w:t>
      </w:r>
    </w:p>
    <w:p>
      <w:r>
        <w:br/>
        <w:t>Отомкнул, я вошла — темно, хоть глаза выколи, там.</w:t>
      </w:r>
    </w:p>
    <w:p>
      <w:r>
        <w:br/>
        <w:t>— Саша! Саша! — кличу.</w:t>
      </w:r>
    </w:p>
    <w:p>
      <w:r>
        <w:br/>
        <w:t>Тихо.</w:t>
      </w:r>
    </w:p>
    <w:p>
      <w:r>
        <w:br/>
        <w:t>Не ушла ли она куда, думаю, как-нибудь вырвалась…</w:t>
      </w:r>
    </w:p>
    <w:p>
      <w:r>
        <w:br/>
        <w:t>Постояла я там и опять в избу вошла.</w:t>
      </w:r>
    </w:p>
    <w:p>
      <w:r>
        <w:br/>
        <w:t>— Видела? — спрашивает кучер.</w:t>
      </w:r>
    </w:p>
    <w:p>
      <w:r>
        <w:br/>
        <w:t>— Видела, — говорю.</w:t>
      </w:r>
    </w:p>
    <w:p>
      <w:r>
        <w:br/>
        <w:t>— Радости-то, я думаю, не оберетесь, а?</w:t>
      </w:r>
    </w:p>
    <w:p>
      <w:r>
        <w:br/>
        <w:t>VIII</w:t>
      </w:r>
    </w:p>
    <w:p>
      <w:r>
        <w:br/>
        <w:t>Тут вошла быстрая крошечная старушонка; личико у ней остренькое, ехидное, ухватки воровские; все заходит с разных сторон, словно выискивает, где побольней щипнуть. Покружила, покружила она, да и говорит мне:</w:t>
      </w:r>
    </w:p>
    <w:p>
      <w:r>
        <w:br/>
        <w:t>— Сегодня уж к барыне тебя не поведут; ложись, спи.</w:t>
      </w:r>
    </w:p>
    <w:p>
      <w:r>
        <w:br/>
        <w:t>И ушла.</w:t>
      </w:r>
    </w:p>
    <w:p>
      <w:r>
        <w:br/>
        <w:t>Сели мы ужинать. Сашу кликали — не пришла.</w:t>
      </w:r>
    </w:p>
    <w:p>
      <w:r>
        <w:br/>
        <w:t>После ужина все спать полегли в кухне, а я сижу в людской — не спится. Я сижу одна, да думаю, да жду: "Что ж это Саша не бежит ко мне? И где она? Ушла ли, или мне откликнуться не хотела?"</w:t>
      </w:r>
    </w:p>
    <w:p>
      <w:r>
        <w:br/>
        <w:t>Шелохнулось что-то. Подниму я голову — стоит передо мною высокий мальчик, мне показалось. Гляну еще — это Саша! А волосы у ней в кружок острижены: высокая такая стала и худенькая; живые, ясные глаза впали, и румянец сбежал с лица.</w:t>
      </w:r>
    </w:p>
    <w:p>
      <w:r>
        <w:br/>
        <w:t>Встала я, и она стоит.</w:t>
      </w:r>
    </w:p>
    <w:p>
      <w:r>
        <w:br/>
        <w:t>— Саша, — говорю, — Саша!</w:t>
      </w:r>
    </w:p>
    <w:p>
      <w:r>
        <w:br/>
        <w:t>Так-то мне ее жалко тогда стало!</w:t>
      </w:r>
    </w:p>
    <w:p>
      <w:r>
        <w:br/>
        <w:t>Она ближе ко мне.</w:t>
      </w:r>
    </w:p>
    <w:p>
      <w:r>
        <w:br/>
        <w:t>— Обними, — говорит, — обними же меня да поцелуй!</w:t>
      </w:r>
    </w:p>
    <w:p>
      <w:r>
        <w:br/>
        <w:t>Обнялись мы и поцеловались крепко. И плакать стали пуще.</w:t>
      </w:r>
    </w:p>
    <w:p>
      <w:r>
        <w:br/>
        <w:t>— Мать благословение тебе прислала, сестры кланяются, — говорю ей.</w:t>
      </w:r>
    </w:p>
    <w:p>
      <w:r>
        <w:br/>
        <w:t>Она вспыхнула, а расспрашивать ничего не расспрашивает; да и мне-то не говорилось. Сидим обнявшись, да изредка словом перекинемся, житье старинное, детское вспомянем.</w:t>
      </w:r>
    </w:p>
    <w:p>
      <w:r>
        <w:br/>
        <w:t>IX</w:t>
      </w:r>
    </w:p>
    <w:p>
      <w:r>
        <w:br/>
        <w:t>На другой день к барыне меня зовут.</w:t>
      </w:r>
    </w:p>
    <w:p>
      <w:r>
        <w:br/>
        <w:t>Полная она стала такая и величавая. Осмотрела меня с головы до ног, как зовут спросила и говорит мне:</w:t>
      </w:r>
    </w:p>
    <w:p>
      <w:r>
        <w:br/>
        <w:t>— Смотри ты, не избалуйся! Избалуешься — косу отрежут, вот как Сашке, и накажут строго!</w:t>
      </w:r>
    </w:p>
    <w:p>
      <w:r>
        <w:br/>
        <w:t>Рассказала мне, что делать, приказала, пригрозила и выслала.</w:t>
      </w:r>
    </w:p>
    <w:p>
      <w:r>
        <w:br/>
        <w:t>И стали мы вместе с Сашей жить да поживать. Не красно было мое житье, а Сашино-то горькое какое! Всяк ее упрекает, всяк корит и смеется.</w:t>
      </w:r>
    </w:p>
    <w:p>
      <w:r>
        <w:br/>
        <w:t>Пуще всех донимала ее ключница: так, бывало, и язвит, словно жалом.</w:t>
      </w:r>
    </w:p>
    <w:p>
      <w:r>
        <w:br/>
        <w:t>Старик повар… да и тот не без того, чтоб чем не попрекнуть ее: он сердит бывал трезвый, ко всем, бывало, придирается, и бог знает за что. То покажется ему, что ты на него взглянула не так, то насмехаешься, — за что-нибудь да придерется. А когда хмелен, то уж и быть нельзя ласковей. Всех тогда хвалит; а его бранят — уговаривает, что нехорошо это. "Люди, в мире живите! — говорит. — Не скучайте, не ссорьтесь, делитесь всем друг с дружкою; кто хочет выпить — я позволяю; сам бы ему купил, да все уж пропил — потерпи; а самое главное — дружно живите!" Больше всех он Сашу любил и ласкал, когда пьян бывал.</w:t>
      </w:r>
    </w:p>
    <w:p>
      <w:r>
        <w:br/>
        <w:t>Один только повар пьяный и не обижал ее. А то, бывало, кто чужой придет, — торговка ли знакомая, или соседская девушка, гости ли к кому из людей, либо к ключнице — все-то поглядывают, шепотом спрашивают, головою покачивают, руками разводят… А она, словно обвыклася с тем, не жалуется, не горюет.</w:t>
      </w:r>
    </w:p>
    <w:p>
      <w:r>
        <w:br/>
        <w:t>X</w:t>
      </w:r>
    </w:p>
    <w:p>
      <w:r>
        <w:br/>
        <w:t>Я ей ни слова. Не надо ее тревожить, думаю, да раз вхожу в людскую (праздник был, господ дома не было, и люди разошлись), вхожу — печь топится, и Саша сидит на лавке, сама в огонь глядит, а слезы текут-текут.</w:t>
      </w:r>
    </w:p>
    <w:p>
      <w:r>
        <w:br/>
        <w:t>Села я подле и рукой ее обняла. А она, на меня не глядя, рассказывать стала.</w:t>
      </w:r>
    </w:p>
    <w:p>
      <w:r>
        <w:br/>
        <w:t>— Привезли меня сюда молодою, небывалою, и много я переплакала тогда. Все, бывало, вечерами плачу. Все мне чужое, все незнакомое, неласковое. Грусть-тоска была великая! Вот стою я раз на крыльце под вечер, да смотрю, да тужу; а уж весна шла: снег осел, почернел, под забором травка тонкая выбивалась; морозец еще держался, — ручейки, лужицы замерзали тонким ледочком. Солнышко красно и багряно заходит. Стою — так вспомнилась мне сторона моя милая! "Господи! — думаю. — Хоть бы глянула!" "Саша, чего заскучала? Не скучай, милая!" — слышу. Я сдивовалась-испугалась: гляжу — это баринов племянник молодой. Подошел, взял мою руку, пожал, еще на меня глянул и отошел. Испугалась я, и досадно стало: что он, пожалел, что ли? Пошутил надо мною, посмеялся? Ведь все они без жалости, без милости. Разве этот жалостливей? Глаза у него точно очень ласковые мне показались.</w:t>
      </w:r>
    </w:p>
    <w:p>
      <w:r>
        <w:br/>
        <w:t>Задумалась я и долго все думала; тоска развеялась даже, только тревожна душа моя. Вспомнился мне тогда наш приезд, как он стоял перед барыней робко, как мешался, путался в разговоре за обедом. Вспомнилось, что он часто на меня из-за двери глядит, бывало. Что работаю я около окошка — он ходит мимо и смотрит. В эту ночь я и во сне его видела. Встала на заре и опять о нем вспомнила. И день целый он у меня из головы не выходил. А вечером я опять на крылечко выбежала: увижу ли его сегодня? Скажет ли слово мне? Выбежала, а он уж тут стоит, словно ждет меня. "Здравствуй, Саша!" А я молчу. Стоим — он на меня глядит… вот, чую — глядит, а сама глаз не подниму, слова не скажу. Тут стукнул кто-то, мы испугались и разошлись поскорей.</w:t>
      </w:r>
    </w:p>
    <w:p>
      <w:r>
        <w:br/>
        <w:t>XI</w:t>
      </w:r>
    </w:p>
    <w:p>
      <w:r>
        <w:br/>
        <w:t>С той поры каждый день я его там видела, каждый день. Сколько раз ведь зарекалась: не пойду я, не хочу, да и сама не знаю, как выйду. А он мне так рад бывал, в глаза мне, бывало, смотрит и все спрашивает: "Любишь ли, Саша?" А я, скажу тебе, я очень его полюбила, очень. Как стали люди замечать да посмеиваться, сначала мне стыдно и горько было, а там — я думаю: что ж, люди смеются, — пускай себе! Я люблю его, я его! Что ж мне о себе думать-то? Думай он. Хорошо ему, весело, что смеются — смейтесь; а обидно ему покажется — сам он знает, что сделать. А я послушаюсь его слова, его приказу. Вот живу я себе и не тужу. Дома мы почти не видались: следили за нами; и вот, бывало, куда пошлют меня — я ему шепну, и сойдемся где-нибудь в глухом переулке, под чужими воротами сядем.</w:t>
      </w:r>
    </w:p>
    <w:p>
      <w:r>
        <w:br/>
        <w:t>XII</w:t>
      </w:r>
    </w:p>
    <w:p>
      <w:r>
        <w:br/>
        <w:t>Только раз приходит он встревоженный такой.</w:t>
      </w:r>
    </w:p>
    <w:p>
      <w:r>
        <w:br/>
        <w:t>— Саша! — шепчет мне.— Дядя и тетка узнали все!</w:t>
      </w:r>
    </w:p>
    <w:p>
      <w:r>
        <w:br/>
        <w:t>У меня сердце заныло.</w:t>
      </w:r>
    </w:p>
    <w:p>
      <w:r>
        <w:br/>
        <w:t>— Разлучить хотят? — спрашиваю.</w:t>
      </w:r>
    </w:p>
    <w:p>
      <w:r>
        <w:br/>
        <w:t>— Не бойся, не печалься! — уговаривает. А на самом лица нету.</w:t>
      </w:r>
    </w:p>
    <w:p>
      <w:r>
        <w:br/>
        <w:t>Сели мы рядышком и наплакались вволю тогда.</w:t>
      </w:r>
    </w:p>
    <w:p>
      <w:r>
        <w:br/>
        <w:t>— Как же нам быть-то, Саша? — спрашивает.</w:t>
      </w:r>
    </w:p>
    <w:p>
      <w:r>
        <w:br/>
        <w:t>— Тебе знать, — говорю, — тебе и решать.</w:t>
      </w:r>
    </w:p>
    <w:p>
      <w:r>
        <w:br/>
        <w:t>— Эх Саша, Саша! Что я решу! Меня тоска, меня сомненье пугливое берет! Что делать — не знаю! Скажи ты…</w:t>
      </w:r>
    </w:p>
    <w:p>
      <w:r>
        <w:br/>
        <w:t>— Да что? — говорю.— Уж как ты не надумаешь, уж как ты не знаешь…</w:t>
      </w:r>
    </w:p>
    <w:p>
      <w:r>
        <w:br/>
        <w:t>— Ты, Саша, на меня не смотри и меня не осуди: сам я себе не рад, ей-богу! Все я боюсь…</w:t>
      </w:r>
    </w:p>
    <w:p>
      <w:r>
        <w:br/>
        <w:t>— Чего ж боишься?</w:t>
      </w:r>
    </w:p>
    <w:p>
      <w:r>
        <w:br/>
        <w:t>— Да уж с детства так. Отец-то у меня суровый был и строг. Забил он меня и запугал. Вот и теперь еще все мне его голос слышится: "Не храбрись ты ни в чем: беду наживешь! Иди по дорожке хитро да тихо — хорошо будет!" — Я ведь и тебя-то обмануть сбирался, Саша; обмануть хотел и потом бросить, — ты прости меня! Не бросил: сил не было, потому что полюбил крепко… Скажи, Саша, скажи, что делать? Мучусь я, и голова кругом идет… Ох, Саша, если б можно мне было жениться на тебе!</w:t>
      </w:r>
    </w:p>
    <w:p>
      <w:r>
        <w:br/>
        <w:t>— Женись, — говорю.</w:t>
      </w:r>
    </w:p>
    <w:p>
      <w:r>
        <w:br/>
        <w:t>— А люди-то что скажут? Подумай-ка, Саша, как люди-то напустятся, — дядя, жена его злая еще пуще, — все! Все родные! Заклюют они нас, Саша! Умер бы я теперь с радостью!</w:t>
      </w:r>
    </w:p>
    <w:p>
      <w:r>
        <w:br/>
        <w:t>И заплакал сам.</w:t>
      </w:r>
    </w:p>
    <w:p>
      <w:r>
        <w:br/>
        <w:t>— Ну, умрем, коли хочешь, — говорю.</w:t>
      </w:r>
    </w:p>
    <w:p>
      <w:r>
        <w:br/>
        <w:t>Он все плачет. И долго плакал. Встал потом и уверенно так говорит:</w:t>
      </w:r>
    </w:p>
    <w:p>
      <w:r>
        <w:br/>
        <w:t>— Нет, Саша, грех умереть от своей руки! Будь что будет — женюсь я на тебе! Женюсь… Бог с ними со всеми! Что они мне? Чего бояться их? Женюсь, да и заживем с тобой!</w:t>
      </w:r>
    </w:p>
    <w:p>
      <w:r>
        <w:br/>
        <w:t>Поцеловал меня и весел пошел себе.</w:t>
      </w:r>
    </w:p>
    <w:p>
      <w:r>
        <w:br/>
        <w:t>XIII</w:t>
      </w:r>
    </w:p>
    <w:p>
      <w:r>
        <w:br/>
        <w:t>Воротилась я домой — кличет меня ключница к барыне, сама злобно посмеивается: это она все барыне рассказала. Я пошла. Много тогда я наслушалась слов всяких, но до сердца те слова мне не дошли, — не оттого ли, что уж я знала их, ожидала… Я стояла перед барыней, слушала крик, и грозьбу, и брань, вот словно то далекий колокол гудел. Он у меня перед глазами носился, и все мне прояснялось кругом.</w:t>
      </w:r>
    </w:p>
    <w:p>
      <w:r>
        <w:br/>
        <w:t>Целую ночь ту я глаз не свела, — думала, думала… Чего-то не передумала я тогда!</w:t>
      </w:r>
    </w:p>
    <w:p>
      <w:r>
        <w:br/>
        <w:t>Утром господа чай пили, — вошел он. Я не ждала, что так рано он придет к ним. Я испугалась. Вижу, что и он не спал: бледный такой и усталый. Поглядел на меня, и тогда глаза у него блеснули, и отважный такой показался мне.</w:t>
      </w:r>
    </w:p>
    <w:p>
      <w:r>
        <w:br/>
        <w:t>Господа удивились. Барыня неласково, сурово спросила:</w:t>
      </w:r>
    </w:p>
    <w:p>
      <w:r>
        <w:br/>
        <w:t>— Что это значит? Откуда? Зачем?</w:t>
      </w:r>
    </w:p>
    <w:p>
      <w:r>
        <w:br/>
        <w:t>Барин встал и по комнате стал ходить, потом опять сел.</w:t>
      </w:r>
    </w:p>
    <w:p>
      <w:r>
        <w:br/>
        <w:t>А он все отважно им отвечает:</w:t>
      </w:r>
    </w:p>
    <w:p>
      <w:r>
        <w:br/>
        <w:t>— Я пришел к вам с просьбою… Саша…</w:t>
      </w:r>
    </w:p>
    <w:p>
      <w:r>
        <w:br/>
        <w:t>А барин его перебил:</w:t>
      </w:r>
    </w:p>
    <w:p>
      <w:r>
        <w:br/>
        <w:t>— Да ну, ну, бог простит! Только смотри, чтоб вперед ты не глупил!</w:t>
      </w:r>
    </w:p>
    <w:p>
      <w:r>
        <w:br/>
        <w:t>— Я не знаю, где совесть-то у твоего племянничка! — вскрикнула барыня. — Еще и разговоры об этом заводит!</w:t>
      </w:r>
    </w:p>
    <w:p>
      <w:r>
        <w:br/>
        <w:t>— Да ведь от покорности, душенька; хочет прощенье получить от тебя, — говорит барин.</w:t>
      </w:r>
    </w:p>
    <w:p>
      <w:r>
        <w:br/>
        <w:t>И заспорили меж собою. Спорят, а ему сказать слова не дадут.</w:t>
      </w:r>
    </w:p>
    <w:p>
      <w:r>
        <w:br/>
        <w:t>Я-то все слышу и вижу из-за двери. Вижу, что он уж теряется, подбегает к ним, схватил их за руки и на колени сам упал.</w:t>
      </w:r>
    </w:p>
    <w:p>
      <w:r>
        <w:br/>
        <w:t>— Отдайте мне Сашу, отдайте!</w:t>
      </w:r>
    </w:p>
    <w:p>
      <w:r>
        <w:br/>
        <w:t>— Как? Что? Что?</w:t>
      </w:r>
    </w:p>
    <w:p>
      <w:r>
        <w:br/>
        <w:t>И не поймут никак, что он говорит; вскочили, покраснели…</w:t>
      </w:r>
    </w:p>
    <w:p>
      <w:r>
        <w:br/>
        <w:t>— Сашу отдайте! Я жениться на ней хочу!</w:t>
      </w:r>
    </w:p>
    <w:p>
      <w:r>
        <w:br/>
        <w:t>— Жениться! — кричит барыня.— Ты с ума сходишь? Да ты помешался! Да ты пропадешь! Ты погибнешь! Да тебя всякий добрый человек на порог не пустит!. Как ты уживешься с простой девкой, с грубою, с глупою?</w:t>
      </w:r>
    </w:p>
    <w:p>
      <w:r>
        <w:br/>
        <w:t>А барин курит, курит, — едва голова видна в дыму, и все покрикивает:</w:t>
      </w:r>
    </w:p>
    <w:p>
      <w:r>
        <w:br/>
        <w:t>— Вот сумасшедший! Ах, наказал господь!</w:t>
      </w:r>
    </w:p>
    <w:p>
      <w:r>
        <w:br/>
        <w:t>А он:</w:t>
      </w:r>
    </w:p>
    <w:p>
      <w:r>
        <w:br/>
        <w:t>— Отдайте мне Сашу! — сам краешек барынина платья целует и за руки ее ловит.— Что ж, разве у простой девушки сердце не любит? Все мы равны перед богом, тетенька! Отдайте мне Сашу! Я умру без нее! Без нее я на свете жить не хочу!</w:t>
      </w:r>
    </w:p>
    <w:p>
      <w:r>
        <w:br/>
        <w:t>Слушаю я, и жалко мне его стало!</w:t>
      </w:r>
    </w:p>
    <w:p>
      <w:r>
        <w:br/>
        <w:t>— Пустите! — вырывается барыня.— Отстаньте! Как вы смеете со мною так говорить! Я не отдам девку! Что хотите делайте — не отдам! Подите прочь! Прочь!</w:t>
      </w:r>
    </w:p>
    <w:p>
      <w:r>
        <w:br/>
        <w:t>Так он и упал рыдаючи. А барин ходит, да курит, да охает.</w:t>
      </w:r>
    </w:p>
    <w:p>
      <w:r>
        <w:br/>
        <w:t>— Сашка! — крикнула вдруг барыня.</w:t>
      </w:r>
    </w:p>
    <w:p>
      <w:r>
        <w:br/>
        <w:t>Я вошла. Она схватила со стола ножницы и кивнула мне, чтоб я подошла к ней, — я подошла. Она рванула мои косы — и стричь меня. Одну косу отрезала, на другой ножницы сломала. У самой у ней руки дрожат — рассержена.</w:t>
      </w:r>
    </w:p>
    <w:p>
      <w:r>
        <w:br/>
        <w:t>Барин смотрит, остановился с трубкой. И он смотрит на нее, на меня, да только плачет слезно… А мне чего-то словно холодно стало, — вот будто какой-то ветер холодный обвеял меня и все от меня разнес далеко. Велит барыня мне рассыпанные, раскиданные волосы собрать и высылает меня.</w:t>
      </w:r>
    </w:p>
    <w:p>
      <w:r>
        <w:br/>
        <w:t>Собрала я косы и вышла. Что ж? Я его добро; волен он был дать им меня. Только зачем же он отдал-то?</w:t>
      </w:r>
    </w:p>
    <w:p>
      <w:r>
        <w:br/>
        <w:t>XIV</w:t>
      </w:r>
    </w:p>
    <w:p>
      <w:r>
        <w:br/>
        <w:t>Барыня меня с того времени не велела спускать с глаз. Ключнице-то хлопот было! Недосыпала — все за мною следила. Только я шаг ступлю — за мной крик: "Куда? Куда?" И долго я его не видала. Не видала, и рада тому была. Вот, словно б я его совсем разлюбила. Не то что сердита я была, не то что обижена, а словно разлюбила, — не надо мне его.</w:t>
      </w:r>
    </w:p>
    <w:p>
      <w:r>
        <w:br/>
        <w:t>Барыня долго меня донимала, долго гнала; потом он ходить перестал — забывать стала и бросила за него нападки. А барин и рад тому. Он тяжелый на подъем человек: обидеть ли, приласкать ли — трудно ему. Как уж рассердится, то после сколько дней сокрушается: "Зачем беспокоить меня? Делайте себе, что хотите, — меня не тревожьте, пожалуйста! Это все одно, что помешать обедать человеку!" Барыня не такая удалась; она вспыльчива и скорая на все: "Не хочу, не хочу твоего племянника на глаза пускать!" Барин сейчас согласен: "Не вели пускать, душенька: хоть оно и жалко немножко, да свой-то покой всякому дороже".</w:t>
      </w:r>
    </w:p>
    <w:p>
      <w:r>
        <w:br/>
        <w:t>XV</w:t>
      </w:r>
    </w:p>
    <w:p>
      <w:r>
        <w:br/>
        <w:t>Родился у меня мальчик, — такой крикунчик был, беспокойный! Хлопот мне было с ним много; ведь я невыклая была, молодая, а тут того нету, другого нету, то попроси у людей, то посоветуйся с людьми. Столько мыслей, столько-то заботы мне было! Кругом все на меня глядят с усмешкой. Кто б ни зашел к нам, кто б ни заглянул, — даже и обидным-то словом не хотят укорить — брезгают. Вот разве ключница не стерпит — крикнет. Только повар ласкал нас, когда пьян бывал. Да, да, и забот было, и хлопот! А на душе тогда тихо как-то стало, тихо…</w:t>
      </w:r>
    </w:p>
    <w:p>
      <w:r>
        <w:br/>
        <w:t>XVI</w:t>
      </w:r>
    </w:p>
    <w:p>
      <w:r>
        <w:br/>
        <w:t>Одним вечером, — я жила тогда одна вот в этой самой горенке, где меня замыкают теперь, чтоб дитя криком не докучало людям, — вечером сижу я, слышу — крадется кто-то, двери осторожно отворяет… крадется он: Глянула я и не обрадовалась, и не опечалилась, только мне будто скучнее стало. Исхудал он и измучился. Много говорил тогда, много плакал и ласкал, дитей радовался… "Я, — говорит, — сегодня ведь целый день у вас в сарае прятался, мучился, так видеть тебя желалось…" Я все слышу, все знаю, жаль мне его, только он мне лишний человек совсем.</w:t>
      </w:r>
    </w:p>
    <w:p>
      <w:r>
        <w:br/>
        <w:t>А он с того вечера опять ходит. Как дитя он любил! Часто я, бывало, гляжу на них обоих, часто. Мальчик очень схож с ним уродился: такие же глаза ласковые и облик весь в его.</w:t>
      </w:r>
    </w:p>
    <w:p>
      <w:r>
        <w:br/>
        <w:t>Все мне жалче да жалче его, сердцем всем жалко стало. Бывало, я думаю-думаю, — ум за разум заходит. И что это сталось меж нами? Он ли виною, я ли причиною? Станет он, бывало, о своем отце покойнике рассказывать, станет горевать да жаловаться, — и мне отец покойный примстится:[1] суров и тяжел, глаза у него ледяные, а грудь каменная, а голос повелительный. Сед он как лунь и страшен; и гнет он, и клонит детскую головку бессильную все ниже да ниже. А его я все себе дитею представляла, словно он дитя мое, и что рубят тому детищу руку правую. Такая тоска меня брала всегда, а все слушать я любила про его отца покойного: покойник все предо мною застелет тенью своей, и мне жалче станет он, милее…</w:t>
      </w:r>
    </w:p>
    <w:p>
      <w:r>
        <w:br/>
        <w:t>XVII</w:t>
      </w:r>
    </w:p>
    <w:p>
      <w:r>
        <w:br/>
        <w:t>Захворал мой мальчик и помер… Что это за жизнь-то наша, господи! Уж и годится ли тосковать так по умершим, как я тосковала? Какая жизнь человеческая? Все-то неладно так, все-то неясно так!.</w:t>
      </w:r>
    </w:p>
    <w:p>
      <w:r>
        <w:br/>
        <w:t>Он с горя, с печали сам заболел. Пошла я к нему. Рад был он мне, как уж рад! "Пропал бы один, — говорит, — не знал, как мне быть, что мне делать!"</w:t>
      </w:r>
    </w:p>
    <w:p>
      <w:r>
        <w:br/>
        <w:t>А как в дверь застучали, он задрожал весь: "Кто это? Откуда? Что делать!"</w:t>
      </w:r>
    </w:p>
    <w:p>
      <w:r>
        <w:br/>
        <w:t>А то за мною пришли: барыня прислала. Пришли и берут меня от него, ведут, а он провожает да плачет.</w:t>
      </w:r>
    </w:p>
    <w:p>
      <w:r>
        <w:br/>
        <w:t>XVIII</w:t>
      </w:r>
    </w:p>
    <w:p>
      <w:r>
        <w:br/>
        <w:t>Привели меня, и в другой раз косу отрезали. Теперь за мной велено всем присматривать; а если не время, то меня замыкать приказано. И вот уж три недели я со двора не выходила.Его с той поры не видала я. Повар встречался с ним сколько раз, — кланяется мне, говорит, и очень печален. Через него он мне обновки, деньги присылает.</w:t>
      </w:r>
    </w:p>
    <w:p>
      <w:r>
        <w:br/>
        <w:t>Томится душа моя, и нигде душа успокою, нигде душа себе приюту не сыщет. Приехала ты — без слов мое сердце облегчила, без ласк поуспокоила. Спасибо, желанная ты моя!</w:t>
      </w:r>
    </w:p>
    <w:p>
      <w:r>
        <w:br/>
        <w:t>И так схватила Саша, так меня в своих руках крепко сжала! И вдруг обессилела и, словно разбитая, упала около меня. Грусть и мою-то душу сдавила. Обнимаю я ее:</w:t>
      </w:r>
    </w:p>
    <w:p>
      <w:r>
        <w:br/>
        <w:t>— Усни, — говорю, — усни у меня на коленях!</w:t>
      </w:r>
    </w:p>
    <w:p>
      <w:r>
        <w:br/>
        <w:t>— Ах, как же уснуть-то мне! — промолвила.— У меня из сердца будто горький ключ бьет, и кипит, и всю душу мою топит!</w:t>
      </w:r>
    </w:p>
    <w:p>
      <w:r>
        <w:br/>
        <w:t>XIX</w:t>
      </w:r>
    </w:p>
    <w:p>
      <w:r>
        <w:br/>
        <w:t>Думаю, я, думаю, чем пособить ей и как помочь, да и говорю раз:</w:t>
      </w:r>
    </w:p>
    <w:p>
      <w:r>
        <w:br/>
        <w:t>— Саша! А схожу-ка я к нему да все разузнаю: веселей нам будет!</w:t>
      </w:r>
    </w:p>
    <w:p>
      <w:r>
        <w:br/>
        <w:t>— Что ж знать-то? Сходи, коли хочешь, — ответила, — а веселей, видно, не будет!</w:t>
      </w:r>
    </w:p>
    <w:p>
      <w:r>
        <w:br/>
        <w:t>— Не круши себя, Саша! — упрашиваю.— Ведь он тебя любит, сама говоришь, и ты его любишь, — не горюй. Расскажи только мне, куда идти и как мне узнать его?</w:t>
      </w:r>
    </w:p>
    <w:p>
      <w:r>
        <w:br/>
        <w:t>— Да ты выйди вечерком на угол. Верно, он там стоит, меня ждет. А узнавай ты его по красе, по виду честному. Белокурый и кудрявый, шинелька черная на нем; а походка у него тихая.</w:t>
      </w:r>
    </w:p>
    <w:p>
      <w:r>
        <w:br/>
        <w:t>Выждала я времячко — побежала на угол, а прямо навстречу мне он; я сейчас узнала.</w:t>
      </w:r>
    </w:p>
    <w:p>
      <w:r>
        <w:br/>
        <w:t>— Саша кланяется, — ему шепнула.</w:t>
      </w:r>
    </w:p>
    <w:p>
      <w:r>
        <w:br/>
        <w:t>Он вздрогнул и ахнул:</w:t>
      </w:r>
    </w:p>
    <w:p>
      <w:r>
        <w:br/>
        <w:t>— Чья ты? Откуда?</w:t>
      </w:r>
    </w:p>
    <w:p>
      <w:r>
        <w:br/>
        <w:t>— Я деревенская, — отвечаю.</w:t>
      </w:r>
    </w:p>
    <w:p>
      <w:r>
        <w:br/>
        <w:t>— Ах, так это ты приехала недавно? Я знаю, все знаю, что там у вас делается, хоть сам и не бываю. Что мне Саша велела?</w:t>
      </w:r>
    </w:p>
    <w:p>
      <w:r>
        <w:br/>
        <w:t>— Ничего, только кланяется.</w:t>
      </w:r>
    </w:p>
    <w:p>
      <w:r>
        <w:br/>
        <w:t>— Или уже не любит она меня, что и словечка не нашлось у ней посердечней! Хоть от меня скажи ты ей, что нет мне ни сна ни покоя, что меня разлука сокрушает!</w:t>
      </w:r>
    </w:p>
    <w:p>
      <w:r>
        <w:br/>
        <w:t>— Да что ж ей делать-то? — говорю ему.— Не ее воля!</w:t>
      </w:r>
    </w:p>
    <w:p>
      <w:r>
        <w:br/>
        <w:t>— Ах, что ж мне делать! — вскрикнул.— Я б рад украсть ее, да как?</w:t>
      </w:r>
    </w:p>
    <w:p>
      <w:r>
        <w:br/>
        <w:t>— Как же украсть? Трудно, — говорю, — трудно уж теперь горю пособить. Если б прежде-то вы порешили чем…</w:t>
      </w:r>
    </w:p>
    <w:p>
      <w:r>
        <w:br/>
        <w:t>— Да, если б я знал-ведал все муки да все горе, я порешил бы. А то ведь опомниться не успел! Накричали на меня, нашумели, и грозят, и упрекают; с толку сбили меня, отуманили! Что ж Саша говорит?</w:t>
      </w:r>
    </w:p>
    <w:p>
      <w:r>
        <w:br/>
        <w:t>— Ничего об этом не говорила.</w:t>
      </w:r>
    </w:p>
    <w:p>
      <w:r>
        <w:br/>
        <w:t>— Ничего!. Сердечная девушка — слава ей! Верно, живется весело и без меня, — тоска не обуяла?</w:t>
      </w:r>
    </w:p>
    <w:p>
      <w:r>
        <w:br/>
        <w:t>— Эх, — говорю, — не вам бы на нее обижаться! За кого она теперь в четырех стенах-то замкнута?</w:t>
      </w:r>
    </w:p>
    <w:p>
      <w:r>
        <w:br/>
        <w:t>— Как же быть? — вскрикнул. — Ну, я пойду к дяде, побегу! Я в ноги им кинусь, молить-просить их буду!.</w:t>
      </w:r>
    </w:p>
    <w:p>
      <w:r>
        <w:br/>
        <w:t>— Вряд ли послушают.</w:t>
      </w:r>
    </w:p>
    <w:p>
      <w:r>
        <w:br/>
        <w:t>— Да я Сашу видеть хочу! Пусть они мне голову снимут, а я Сашу увижу! Пойду!</w:t>
      </w:r>
    </w:p>
    <w:p>
      <w:r>
        <w:br/>
        <w:t>XX</w:t>
      </w:r>
    </w:p>
    <w:p>
      <w:r>
        <w:br/>
        <w:t>Я испугалась: что тут будет? Чтоб еще хуже не натворилось!</w:t>
      </w:r>
    </w:p>
    <w:p>
      <w:r>
        <w:br/>
        <w:t>Он торопливо так к дому барскому идет, а я себе за ним бегу. Он к господам, я к Саше бросилась. Мечусь во все стороны, ей рассказываю да своим умом раскидываю, что будет; а она недвижно сидит.</w:t>
      </w:r>
    </w:p>
    <w:p>
      <w:r>
        <w:br/>
        <w:t>— Саша! Что ж ты? — говорю ей. — У меня вчуже сердце замирает, а ты себе не шелохнешься, не шевельнешься!</w:t>
      </w:r>
    </w:p>
    <w:p>
      <w:r>
        <w:br/>
        <w:t>— Ах, милая! — ответила, усмехаючись. — Сядь да утишься: не из тучи гром! Ты меня спроси, я лучше знаю — расскажу.</w:t>
      </w:r>
    </w:p>
    <w:p>
      <w:r>
        <w:br/>
        <w:t>— Да ведь он к господам пошел!</w:t>
      </w:r>
    </w:p>
    <w:p>
      <w:r>
        <w:br/>
        <w:t>— Знаю, что к господам пошел. И храбр он, пока идет; а лицом к лицу станет, руки у него опустятся — оробеет. Я знаю его; поверь моему слову!</w:t>
      </w:r>
    </w:p>
    <w:p>
      <w:r>
        <w:br/>
        <w:t>Я все-таки успокоиться не могу, все жду — вот крик, шум, беготня поднимется. Но все тихо; часы идут. Не вытерпела я, прокралась к господской комнате; а там уж темно — спят.</w:t>
      </w:r>
    </w:p>
    <w:p>
      <w:r>
        <w:br/>
        <w:t>Смущенная, я воротилась к Саше: что ж это такое?</w:t>
      </w:r>
    </w:p>
    <w:p>
      <w:r>
        <w:br/>
        <w:t>А Саша только глянула на меня да усмехнулась.</w:t>
      </w:r>
    </w:p>
    <w:p>
      <w:r>
        <w:br/>
        <w:t>XXI</w:t>
      </w:r>
    </w:p>
    <w:p>
      <w:r>
        <w:br/>
        <w:t>На другой день Сашу шлют и за хлебом к чаю, Сашу шлют и к портнихе. Ключница рвет и мечет в гневе; кучер Саше ворота настежь растворяет, шутит с ней; повар (он в тот день тверез был) кричит на всех, швыряет дровами по избе. Парни хохочут. Я уж не знаю, что и думать.</w:t>
      </w:r>
    </w:p>
    <w:p>
      <w:r>
        <w:br/>
        <w:t>— Саша! — говорю.— Что ты мыслишь? Как же это? Его послушались, что ли? Как же пускают тебя?</w:t>
      </w:r>
    </w:p>
    <w:p>
      <w:r>
        <w:br/>
        <w:t>— Да, верно, ублажил их, — говорит.— Ты не тревожься по-пустому. Люди не враги себе: они подумали и все уладили себе не в обиду.</w:t>
      </w:r>
    </w:p>
    <w:p>
      <w:r>
        <w:br/>
        <w:t>— Лучше ты, Саша, заплачь, — говорю.</w:t>
      </w:r>
    </w:p>
    <w:p>
      <w:r>
        <w:br/>
        <w:t>— Видно, тебе слез-то девать некуда! У меня ж не обильно, — ответила.</w:t>
      </w:r>
    </w:p>
    <w:p>
      <w:r>
        <w:br/>
        <w:t>XXII</w:t>
      </w:r>
    </w:p>
    <w:p>
      <w:r>
        <w:br/>
        <w:t>Свиделась Саша с ним, но веселья у ней не прибыло.</w:t>
      </w:r>
    </w:p>
    <w:p>
      <w:r>
        <w:br/>
        <w:t>— Что ж, Саша, рад-то, думаю, как был?</w:t>
      </w:r>
    </w:p>
    <w:p>
      <w:r>
        <w:br/>
        <w:t>— Рад, — ответила.</w:t>
      </w:r>
    </w:p>
    <w:p>
      <w:r>
        <w:br/>
        <w:t>— А сладил-то все это как?</w:t>
      </w:r>
    </w:p>
    <w:p>
      <w:r>
        <w:br/>
        <w:t>— Поклялся им, побожился, что жениться на мне не женится. Присягнул им — теперь они спокойны: пусть его утешается!</w:t>
      </w:r>
    </w:p>
    <w:p>
      <w:r>
        <w:br/>
        <w:t>— Хоть и обидно, — говорю, — да все тревоги такой не будет. А, может, после…</w:t>
      </w:r>
    </w:p>
    <w:p>
      <w:r>
        <w:br/>
        <w:t>— Попусту и не надейся, — перебила меня, — он пуглив больно. Не всякую ведь любовь в люди показать хочется, милая! Как не цветно наряжена, не красно убрана, то дома, в уголке под лавку хоронят: "Сиди, любовь, утешай меня, а в люди не выходи, — осудят люди и хозяина пристыдят".</w:t>
      </w:r>
    </w:p>
    <w:p>
      <w:r>
        <w:br/>
        <w:t>— Ах, Саша, — говорю, — он любит тебя!</w:t>
      </w:r>
    </w:p>
    <w:p>
      <w:r>
        <w:br/>
        <w:t>— Ах, себя-то самого еще больше любит, скажу тебе.</w:t>
      </w:r>
    </w:p>
    <w:p>
      <w:r>
        <w:br/>
        <w:t>— Нет, не греши, Саша. Это его просто обошли, отуманили; потерялся он, а любить любит. Как убивался по тебе!</w:t>
      </w:r>
    </w:p>
    <w:p>
      <w:r>
        <w:br/>
        <w:t>— А вот как. Мальчишка из чужого сада себе яблоко добудет, и бьют его за то, — ведь он плачет, а яблоко отдать не хочется. А спроси-ка ты — признаться-то стыдится.</w:t>
      </w:r>
    </w:p>
    <w:p>
      <w:r>
        <w:br/>
        <w:t>— Все ты, Саша, горе себе выискиваешь, словно им только и живется тебе.</w:t>
      </w:r>
    </w:p>
    <w:p>
      <w:r>
        <w:br/>
        <w:t>— Какое горе! Ей-богу, не горе! Так, мысли мои.</w:t>
      </w:r>
    </w:p>
    <w:p>
      <w:r>
        <w:br/>
        <w:t>XXIII</w:t>
      </w:r>
    </w:p>
    <w:p>
      <w:r>
        <w:br/>
        <w:t>Все она в тех мыслях, да думах, да в раздумье, мало говорила, мало и глядела на что.</w:t>
      </w:r>
    </w:p>
    <w:p>
      <w:r>
        <w:br/>
        <w:t>А он тревожится, спрашивает ее, потом подозревать стал: "Другого любишь!" И как он плакался, жаловался! Как ее и молил горячо, и обижал горько!</w:t>
      </w:r>
    </w:p>
    <w:p>
      <w:r>
        <w:br/>
        <w:t>— Саша, Саша! — говорю ей. — Подумай ты да уладь свои дела! Ведь измучитесь вы без толку. Как он тебе покорен, как любит! Ну, что тебе не по нраву, ты прямо скажи, просто научи его.</w:t>
      </w:r>
    </w:p>
    <w:p>
      <w:r>
        <w:br/>
        <w:t>— На целый век не научишь, голубушка! Эта грамотка не дается ученьем. Нет, уж полно мне вчерашнего дня все искать.</w:t>
      </w:r>
    </w:p>
    <w:p>
      <w:r>
        <w:br/>
        <w:t>— А зажили бы вы хорошо, этак в любви, в согласии тогда!</w:t>
      </w:r>
    </w:p>
    <w:p>
      <w:r>
        <w:br/>
        <w:t>— При нашей бедности такие нежности! — смеется, а сама все о чем-то мыслит. — Знаешь, — говорит опять, — попросила б я смерти себе, да могила темна!</w:t>
      </w:r>
    </w:p>
    <w:p>
      <w:r>
        <w:br/>
        <w:t>— Бог с тобою, Саша!</w:t>
      </w:r>
    </w:p>
    <w:p>
      <w:r>
        <w:br/>
        <w:t>— Погоди, погоди! — перебила. — А он думает, что я другого полюбила, да кого же? Некого мне полюбить! Не хочу, не могу… Что тратиться по-пустому? Кто скуп, тот не глуп…</w:t>
      </w:r>
    </w:p>
    <w:p>
      <w:r>
        <w:br/>
        <w:t>И, бывало, как начнет, то уж чего-чего она тебе не доведет.</w:t>
      </w:r>
    </w:p>
    <w:p>
      <w:r>
        <w:br/>
        <w:t>XXIV</w:t>
      </w:r>
    </w:p>
    <w:p>
      <w:r>
        <w:br/>
        <w:t>Господи! Какой содом у нас был тогда в целом доме! Барыня с барином ссорится, что на коляске прокупился; барин морщится да стонет; наш ревнует; ключница воюет с людьми… На нее, на ключницу, бывало, как найдет — по целым неделям так и жалит. Повар, слава богу, тогда пил все, так весел ходил и увещевал только, чтоб жили мы дружно.</w:t>
      </w:r>
    </w:p>
    <w:p>
      <w:r>
        <w:br/>
        <w:t>XXV</w:t>
      </w:r>
    </w:p>
    <w:p>
      <w:r>
        <w:br/>
        <w:t>Саша еще задумчивей стала и от него бегала. Никуда ее не вызовешь ни погулять, ни пройтись. Только в монастырь по воскресеньям ходила. Потом и к ней монахиня стала наведываться, — худая такая, хилая; ходила, на палочку опираючись, а лицо этакое спокойное, — оттого, верно, что все она молитвы читала. Прибрела раз эта монахиня, и Саша ее к барыне повела. Сидела монахиня долго там, и Сашу призывали, и барыня монахиню чаем угощала, и велела отвезти в коляске в монастырь. Спрашивала я у Саши:</w:t>
      </w:r>
    </w:p>
    <w:p>
      <w:r>
        <w:br/>
        <w:t>— Что такое это?</w:t>
      </w:r>
    </w:p>
    <w:p>
      <w:r>
        <w:br/>
        <w:t>— Погоди, — говорит, — все узнаешь.</w:t>
      </w:r>
    </w:p>
    <w:p>
      <w:r>
        <w:br/>
        <w:t>XXVI</w:t>
      </w:r>
    </w:p>
    <w:p>
      <w:r>
        <w:br/>
        <w:t>Вечером вижу — Саша узелок связывает. Удивилась я, на что она это делает… Вижу — и рубашки туда уложила, и деньжонки свои.</w:t>
      </w:r>
    </w:p>
    <w:p>
      <w:r>
        <w:br/>
        <w:t>— Саша, да скажи, что это такое будет? Куда ты сбираешься?</w:t>
      </w:r>
    </w:p>
    <w:p>
      <w:r>
        <w:br/>
        <w:t>— Прощай, голубушка! — ответила.— Живи — не тужи, понемножку плачь, понемножку радуйся, за чужим не гоняйся, а своего… боже сохрани, — своего не трать! Помни, что глупому сыну не в помощь богатство.</w:t>
      </w:r>
    </w:p>
    <w:p>
      <w:r>
        <w:br/>
        <w:t>Мне страшно стало: что с нею?</w:t>
      </w:r>
    </w:p>
    <w:p>
      <w:r>
        <w:br/>
        <w:t>— Не бойся, не пугайся: я в памяти. А иду я в монастырь. Барыня позволила. Она боится отвечать за мою душу богу и позволила. Я завтра чем свет иду. Ты ему скажи сама об этом и поуспокой.</w:t>
      </w:r>
    </w:p>
    <w:p>
      <w:r>
        <w:br/>
        <w:t>— Такая молодая! — говорю.</w:t>
      </w:r>
    </w:p>
    <w:p>
      <w:r>
        <w:br/>
        <w:t>— Не старая, да бывалая. Да скажи ты ему еще, — попроси от меня: пусть не тревожится. Мне уж отдохнуть хочется. Я там отдохну.</w:t>
      </w:r>
    </w:p>
    <w:p>
      <w:r>
        <w:br/>
        <w:t>XXVII</w:t>
      </w:r>
    </w:p>
    <w:p>
      <w:r>
        <w:br/>
        <w:t>Господи, что с ним творилось, как узнал! Жалко было со стороны глядеть.</w:t>
      </w:r>
    </w:p>
    <w:p>
      <w:r>
        <w:br/>
        <w:t>Я хоть изредка, а все ходила к Саше. Она там при монастыре служила. Там славно у них! Стоит монастырь тот за городом, на горе, в лесу. Через ограду в монастырский двор деревья зеленые свесились, и сама ограда зазеленелась, замшилась. Кельи темные, маленькие, а в окошечко глянь — сколько цветов цветет! Какая мурава мягкая! Под горой, слышно, река журчит; а прислушайся еще — в городе колеса по мостовой стучат.</w:t>
      </w:r>
    </w:p>
    <w:p>
      <w:r>
        <w:br/>
        <w:t>— Хорошо тебе тут, Саша?— спрашиваю.</w:t>
      </w:r>
    </w:p>
    <w:p>
      <w:r>
        <w:br/>
        <w:t>— Хорошо, — отвечает.</w:t>
      </w:r>
    </w:p>
    <w:p>
      <w:r>
        <w:br/>
        <w:t>— Покойно?</w:t>
      </w:r>
    </w:p>
    <w:p>
      <w:r>
        <w:br/>
        <w:t>— Покойно.</w:t>
      </w:r>
    </w:p>
    <w:p>
      <w:r>
        <w:br/>
        <w:t>Еще неречистее она стала. Разве о нем спросит иногда, как живет, да что делает. Я ей раз говорю:</w:t>
      </w:r>
    </w:p>
    <w:p>
      <w:r>
        <w:br/>
        <w:t>— Саша, ты до сих пор о нем все вспоминаешь… не грех разве?</w:t>
      </w:r>
    </w:p>
    <w:p>
      <w:r>
        <w:br/>
        <w:t>Она улыбнулась.</w:t>
      </w:r>
    </w:p>
    <w:p>
      <w:r>
        <w:br/>
        <w:t>— Да, — говорит, — куда ж его, хоть и грех, девать? Промолчу, — разве простится?</w:t>
      </w:r>
    </w:p>
    <w:p>
      <w:r>
        <w:br/>
        <w:t>— А не жалко тебе его? Скажи по правде!</w:t>
      </w:r>
    </w:p>
    <w:p>
      <w:r>
        <w:br/>
        <w:t>— Нет, мне ничего не жалко.</w:t>
      </w:r>
    </w:p>
    <w:p>
      <w:r>
        <w:br/>
        <w:t>Спрашивала я ее, что как это тебе на сердце пришло в монастырь пойти?</w:t>
      </w:r>
    </w:p>
    <w:p>
      <w:r>
        <w:br/>
        <w:t>— Я часто сюда ходила, — ты знаешь, — и полюбилось мне. Тихо так тут, безмятежно. Я свою работу отработаю да и сяду где-нибудь. Сижу — листья шумят, река журчит; птицы поют и порхают, голосу людского не слышно мне.</w:t>
      </w:r>
    </w:p>
    <w:p>
      <w:r>
        <w:br/>
        <w:t>XXVIII</w:t>
      </w:r>
    </w:p>
    <w:p>
      <w:r>
        <w:br/>
        <w:t>Я сама сколько примечала, ей хорошо жилось. Так ее хвалили все в монастыре. И старая монахиня, что за нее у барыни просила, очень полюбила ее: идет, бывало, мимо — всегда ее благословит. Я уж рада, что она пристроилась, успокоилась. "Пусть ее живет в монастыре! Хорошо ей там", — думаю. А она нежданно, негаданно и умри. И в монастыре-то никто не знал: никого не покликала, а может, не могла покликать. Умерла она в своей келейке тесной да темной…</w:t>
      </w:r>
    </w:p>
    <w:p>
      <w:r>
        <w:br/>
        <w:t>Я была, как ее хоронили. На дворе было ярко, ясно. Свечи кругом гроба пылали; пламя дрожало, а солнышко играло на ее лице. А такое у ней задумчивое лицо было, такое мученическое!</w:t>
      </w:r>
    </w:p>
    <w:p>
      <w:r>
        <w:br/>
        <w:t>Он и до сей поры ходит на ее могилу и все молится там. Жениться не захотел. Я его сколько раз на могилке встречала. Такой печальный!</w:t>
      </w:r>
    </w:p>
    <w:p>
      <w:r>
        <w:br/>
        <w:t>"Никто уж не повеселит меня так, как моя Саша покойница! Бог судья дяде и тетеньке!"</w:t>
      </w:r>
    </w:p>
    <w:p>
      <w:r>
        <w:br/>
        <w:t>________________________________________</w:t>
      </w:r>
    </w:p>
    <w:p>
      <w:r>
        <w:br/>
        <w:t>notes</w:t>
      </w:r>
    </w:p>
    <w:p>
      <w:r>
        <w:br/>
        <w:t>1</w:t>
      </w:r>
    </w:p>
    <w:p>
      <w:r>
        <w:br/>
        <w:t>— Примстится — примерещится.—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