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Серця мого біль</w:t>
      </w:r>
    </w:p>
    <w:p>
      <w:r>
        <w:br/>
        <w:t xml:space="preserve"> Серця мого біль,&lt;br /&gt;</w:t>
        <w:br/>
        <w:t>Співів моїх жаль —&lt;br /&gt;</w:t>
        <w:br/>
        <w:t>Вітер рідних піль,&lt;br /&gt;</w:t>
        <w:br/>
        <w:t>Плескіт рідних фаль.</w:t>
      </w:r>
    </w:p>
    <w:p>
      <w:r>
        <w:br/>
      </w:r>
    </w:p>
    <w:p>
      <w:r>
        <w:br/>
        <w:t>Вітер рідних піль,&lt;br /&gt;</w:t>
        <w:br/>
        <w:t>Степових могил,&lt;br /&gt;</w:t>
        <w:br/>
        <w:t>Що, хоч родить біль,&lt;br /&gt;</w:t>
        <w:br/>
        <w:t>Не вбиває сил.</w:t>
      </w:r>
    </w:p>
    <w:p>
      <w:r>
        <w:br/>
      </w:r>
    </w:p>
    <w:p>
      <w:r>
        <w:br/>
        <w:t>Не вбиває сил,&lt;br /&gt;</w:t>
        <w:br/>
        <w:t>Хоч болить душа,&lt;br /&gt;</w:t>
        <w:br/>
        <w:t>Не торощить крил,&lt;br /&gt;</w:t>
        <w:br/>
        <w:t>Не гасить огня</w:t>
      </w:r>
    </w:p>
    <w:p>
      <w:r>
        <w:br/>
      </w:r>
    </w:p>
    <w:p>
      <w:r>
        <w:br/>
        <w:t>Так — нім вдарить грім,&lt;br /&gt;</w:t>
        <w:br/>
        <w:t>Нім прорвесь ріка,&lt;br /&gt;</w:t>
        <w:br/>
        <w:t>Нім звалиться дім —&lt;br /&gt;</w:t>
        <w:br/>
        <w:t>Стугонить земля.</w:t>
      </w:r>
    </w:p>
    <w:p>
      <w:r>
        <w:br/>
      </w:r>
    </w:p>
    <w:p>
      <w:r>
        <w:br/>
        <w:t>Так — зак' бурі рев&lt;br /&gt;</w:t>
        <w:br/>
        <w:t>Понесесь на ліс,&lt;br /&gt;</w:t>
        <w:br/>
        <w:t>Лист летить з дерев,&lt;br /&gt;</w:t>
        <w:br/>
        <w:t>З дубів і беріз.</w:t>
      </w:r>
    </w:p>
    <w:p>
      <w:r>
        <w:br/>
      </w:r>
    </w:p>
    <w:p>
      <w:r>
        <w:br/>
        <w:t>Лист з дерев паде,&lt;br /&gt;</w:t>
        <w:br/>
        <w:t>І тремтить трава.&lt;br /&gt;</w:t>
        <w:br/>
        <w:t>В хмарі грім гуде —&lt;br /&gt;</w:t>
        <w:br/>
        <w:t>Тож дрижить душа!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Серця мого біль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