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робить сонце уночі...</w:t>
      </w:r>
    </w:p>
    <w:p>
      <w:r>
        <w:br/>
        <w:t xml:space="preserve"> Що робить сонце уночі,&lt;br /&gt;</w:t>
        <w:br/>
        <w:t>Коли у лісу на плечі&lt;br /&gt;</w:t>
        <w:br/>
        <w:t>Тоненька зіронька сидить,&lt;br /&gt;</w:t>
        <w:br/>
        <w:t>Що робить сонце? Сонце спить.&lt;br /&gt;</w:t>
        <w:br/>
        <w:t>Що робить місяць по ночах,&lt;br /&gt;</w:t>
        <w:br/>
        <w:t>Коли земля йому в очах,&lt;br /&gt;</w:t>
        <w:br/>
        <w:t>Земля, ромашка і вода,—&lt;br /&gt;</w:t>
        <w:br/>
        <w:t>Тоді він сонце вигляда.&lt;br /&gt;</w:t>
        <w:br/>
        <w:t>Що роблять сонце й місяць вдвох,&lt;br /&gt;</w:t>
        <w:br/>
        <w:t>Коли в снігах біліє мох,&lt;br /&gt;</w:t>
        <w:br/>
        <w:t>На сіножать сніги сніжать&lt;br /&gt;</w:t>
        <w:br/>
        <w:t>І снігурі в снігу лежать?&lt;br /&gt;</w:t>
        <w:br/>
        <w:t>Тоді їм холодно обом&lt;br /&gt;</w:t>
        <w:br/>
        <w:t>З нашим собакою й котом,&lt;br /&gt;</w:t>
        <w:br/>
        <w:t>З них кожен холодно сія,&lt;br /&gt;</w:t>
        <w:br/>
        <w:t>І літа ждуть вони, як я.&lt;br /&gt;</w:t>
        <w:br/>
        <w:t>Що робить сонце уночі,&lt;br /&gt;</w:t>
        <w:br/>
        <w:t>Коли у лісу на плечі&lt;br /&gt;</w:t>
        <w:br/>
        <w:t>Тоненька зіронька сидить,&lt;br /&gt;</w:t>
        <w:br/>
        <w:t>Що робить сонце? Сонце спить.&lt;br /&gt;</w:t>
        <w:br/>
        <w:t>Що робить місяць по ночах,&lt;br /&gt;</w:t>
        <w:br/>
        <w:t>Коли земля йому в очах,&lt;br /&gt;</w:t>
        <w:br/>
        <w:t>Земля, ромашка і вода,—&lt;br /&gt;</w:t>
        <w:br/>
        <w:t>Тоді він сонце вигляда.&lt;br /&gt;</w:t>
        <w:br/>
        <w:t>Що роблять сонце й місяць вдвох,&lt;br /&gt;</w:t>
        <w:br/>
        <w:t>Коли в снігах біліє мох,&lt;br /&gt;</w:t>
        <w:br/>
        <w:t>На сіножать сніги сніжать&lt;br /&gt;</w:t>
        <w:br/>
        <w:t>І снігурі в снігу лежать?&lt;br /&gt;</w:t>
        <w:br/>
        <w:t>Тоді їм холодно обом&lt;br /&gt;</w:t>
        <w:br/>
        <w:t>З нашим собакою й котом,&lt;br /&gt;</w:t>
        <w:br/>
        <w:t>З них кожен холодно сія,&lt;br /&gt;</w:t>
        <w:br/>
        <w:t>І літа ждуть вони, як 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робить сонце уночі...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