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Щука й Кіт</w:t>
      </w:r>
    </w:p>
    <w:p>
      <w:r>
        <w:br/>
        <w:t xml:space="preserve"> Один мордатий Кіт до Щуки учащав;&lt;br /&gt;</w:t>
        <w:br/>
        <w:t>Пройдисвітка зубата знала,&lt;br /&gt;</w:t>
        <w:br/>
        <w:t>Чого хвостатий кум бажав:&lt;br /&gt;</w:t>
        <w:br/>
        <w:t>До берега частенько припливала&lt;br /&gt;</w:t>
        <w:br/>
        <w:t>І щиро куманька свого&lt;br /&gt;</w:t>
        <w:br/>
        <w:t>Карасиками шанувала,&lt;br /&gt;</w:t>
        <w:br/>
        <w:t>А Кіт і не цуравсь сього,&lt;br /&gt;</w:t>
        <w:br/>
        <w:t>Бо жирная мишва вже приїдаться стала.&lt;br /&gt;</w:t>
        <w:br/>
        <w:t>Раз каже Щука так йому:&lt;br /&gt;</w:t>
        <w:br/>
        <w:t>— Возьми мене мишей ловити.-&lt;br /&gt;</w:t>
        <w:br/>
        <w:t>Дивуючись, кум глянув на куму&lt;br /&gt;</w:t>
        <w:br/>
        <w:t>Та й засміявсь:— Надумалась дуріти!&lt;br /&gt;</w:t>
        <w:br/>
        <w:t>Не навтішаєшся таким добром;&lt;br /&gt;</w:t>
        <w:br/>
        <w:t>Карась і сам у рот тобі ускочить,&lt;br /&gt;</w:t>
        <w:br/>
        <w:t>А хитрая мишва так іноді морочить,&lt;br /&gt;</w:t>
        <w:br/>
        <w:t>Що треба буть мудрованим Котом,&lt;br /&gt;</w:t>
        <w:br/>
        <w:t>Щоб висидіть, неначе неживому,&lt;br /&gt;</w:t>
        <w:br/>
        <w:t>І оком не моргнуть;&lt;br /&gt;</w:t>
        <w:br/>
        <w:t>Буває, що всю ніч стрибаєш по-дурному&lt;br /&gt;</w:t>
        <w:br/>
        <w:t>І ні однісінькій не вдасться в’яз звернуть.&lt;br /&gt;</w:t>
        <w:br/>
        <w:t>А Щука на своє хилила:&lt;br /&gt;</w:t>
        <w:br/>
        <w:t>— Ет, вигадки! Велике діло миш;&lt;br /&gt;</w:t>
        <w:br/>
        <w:t>На що ярші — і тих не раз ловила…&lt;br /&gt;</w:t>
        <w:br/>
        <w:t>Піду-бо я! Хоч раз мене потіш.-&lt;br /&gt;</w:t>
        <w:br/>
        <w:t>Ніхто не бачив, тільки зорі,&lt;br /&gt;</w:t>
        <w:br/>
        <w:t>Як ласий кум і шустрая кума&lt;br /&gt;</w:t>
        <w:br/>
        <w:t>Через садок попхались крадькома&lt;br /&gt;</w:t>
        <w:br/>
        <w:t>І зачинились у коморі.&lt;br /&gt;</w:t>
        <w:br/>
        <w:t>Кіт на полицю зараз же стрибнув,&lt;br /&gt;</w:t>
        <w:br/>
        <w:t>Бо там давненько був,&lt;br /&gt;</w:t>
        <w:br/>
        <w:t>А Щука у куточку&lt;br /&gt;</w:t>
        <w:br/>
        <w:t>Сховалася за бочку.&lt;br /&gt;</w:t>
        <w:br/>
        <w:t>От перед світом Кіт довідаться біжить —&lt;br /&gt;</w:t>
        <w:br/>
        <w:t>Аж Щука без хвоста лежить:&lt;br /&gt;</w:t>
        <w:br/>
        <w:t>Прокляті пацюки одгризли.&lt;br /&gt;</w:t>
        <w:br/>
        <w:t>— Бач, серденько, в яку біду ми влізли!&lt;br /&gt;</w:t>
        <w:br/>
        <w:t>Хвоста й нема…&lt;br /&gt;</w:t>
        <w:br/>
        <w:t>Ніхто не винен — ти сама,-&lt;br /&gt;</w:t>
        <w:br/>
        <w:t>Мурличе Кіт,— се справді штука!&lt;br /&gt;</w:t>
        <w:br/>
        <w:t>Ну, що ж його тепер робить?&lt;br /&gt;</w:t>
        <w:br/>
        <w:t>— Голубчику, рятуй! — тут простогнала Щука.&lt;br /&gt;</w:t>
        <w:br/>
        <w:t>На світі дай мені пожить…&lt;br /&gt;</w:t>
        <w:br/>
        <w:t>У став мерщій пусти мене, мій друже,&lt;br /&gt;</w:t>
        <w:br/>
        <w:t>До світа тут не доживу…&lt;br /&gt;</w:t>
        <w:br/>
        <w:t>Хоч і нема хвоста — байдуже,&lt;br /&gt;</w:t>
        <w:br/>
        <w:t>Як-небудь попливу.-&lt;br /&gt;</w:t>
        <w:br/>
        <w:t>Побачив Кіт, що діло препогане,&lt;br /&gt;</w:t>
        <w:br/>
        <w:t>Що, може, і йому вона в пригоді стане,-&lt;br /&gt;</w:t>
        <w:br/>
        <w:t>Узяв куму на спину примостив,&lt;br /&gt;</w:t>
        <w:br/>
        <w:t>Поніс до ставу та й пустив.&lt;br /&gt;</w:t>
        <w:br/>
        <w:t>Пішла між рибами про неї всюди слава;&lt;br /&gt;</w:t>
        <w:br/>
        <w:t>Сміються всі, карасики найбільш:&lt;br /&gt;</w:t>
        <w:br/>
        <w:t>— Догралася! Тепер мовчи та диш,&lt;br /&gt;</w:t>
        <w:br/>
        <w:t>Безхвостая проява!</w:t>
      </w:r>
    </w:p>
    <w:p>
      <w:r>
        <w:br/>
        <w:t>На світі живучи, довіку вчись;&lt;br /&gt;</w:t>
        <w:br/>
        <w:t>Що наробила здуру Щука —&lt;br /&gt;</w:t>
        <w:br/>
        <w:t>Се всякому наука:&lt;br /&gt;</w:t>
        <w:br/>
        <w:t>Чого не тямиш — не берись.&lt;br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Щука й Кіт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