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</w:t>
      </w:r>
    </w:p>
    <w:p>
      <w:r>
        <w:br/>
        <w:t xml:space="preserve"> Не пишний монумент із мармуру Ти залишив по собі,&lt;br /&gt;</w:t>
        <w:br/>
        <w:t>коли туди відходив, звідкіля немає вороття.&lt;br /&gt;</w:t>
        <w:br/>
        <w:t>За бронзу й мідь тривкіше слово — і як завжди сонце сходить&lt;br /&gt;</w:t>
        <w:br/>
        <w:t>і не цвітуть свічок лілеї молитвами забуття.&lt;br /&gt;</w:t>
        <w:br/>
        <w:t>Не тихне сторож вишні — соловейко в місяця пожарах,&lt;br /&gt;</w:t>
        <w:br/>
        <w:t>дівчата не вмовкають, і зозулиним весіннім чарам&lt;br /&gt;</w:t>
        <w:br/>
        <w:t>все піддане. Земля і на землі закон зростання й крові.&lt;br /&gt;</w:t>
        <w:br/>
        <w:t>Змінливість вічна і трива незмінність прав і справ.&lt;br /&gt;</w:t>
        <w:br/>
        <w:t>Країна, що над нею місяць грає, як і грав,&lt;br /&gt;</w:t>
        <w:br/>
        <w:t>волошково, пшенично, черешнево, вільхово, вербово.</w:t>
      </w:r>
    </w:p>
    <w:p>
      <w:r>
        <w:br/>
        <w:t>Не тихне клик чаїний над лиманами, що в них заснули&lt;br /&gt;</w:t>
        <w:br/>
        <w:t>вітри завмерлих бур, немов стяги потоплених човнів,&lt;br /&gt;</w:t>
        <w:br/>
        <w:t>де сплять сповиті у китайку дні минулі&lt;br /&gt;</w:t>
        <w:br/>
        <w:t>і море морщить хвилі, наче людські чола наглий гнів.</w:t>
      </w:r>
    </w:p>
    <w:p>
      <w:r>
        <w:br/>
        <w:t>Це Ти сто літ показував мету і шлях стовпом вогнистим,&lt;br /&gt;</w:t>
        <w:br/>
        <w:t>ми виросли у спадщині Твоїй, як в сяйві сонця листя,&lt;br /&gt;</w:t>
        <w:br/>
        <w:t>у куряві воєн, у мряці буднів час Тебе не зрушив.&lt;br /&gt;</w:t>
        <w:br/>
        <w:t>Твоє наймення мов молитву кладемо на стяг,&lt;br /&gt;</w:t>
        <w:br/>
        <w:t>бо знаємо, що мов тавро понесемо в життя&lt;br /&gt;</w:t>
        <w:br/>
        <w:t>печать Твоїх палючих слів, що пропекла до дна нам душі.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