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Шум</w:t>
      </w:r>
    </w:p>
    <w:p>
      <w:r>
        <w:br/>
        <w:t xml:space="preserve"> Шумить і шамотить шумка шума,&lt;br /&gt;</w:t>
        <w:br/>
        <w:t>шум прибирає, як весною повінь,&lt;br /&gt;</w:t>
        <w:br/>
        <w:t>і кожен лист на дубі шуму повен.&lt;br /&gt;</w:t>
        <w:br/>
        <w:t>Здіймає шлик із голови чумак.</w:t>
      </w:r>
    </w:p>
    <w:p>
      <w:r>
        <w:br/>
        <w:t>Шпарка шурнула шурубура шуру,&lt;br /&gt;</w:t>
        <w:br/>
        <w:t>мов малахай, маха майном у май&lt;br /&gt;</w:t>
        <w:br/>
        <w:t>і розвіває все кругом украй,&lt;br /&gt;</w:t>
        <w:br/>
        <w:t>що людям аж мороз іде за шкуру.</w:t>
      </w:r>
    </w:p>
    <w:p>
      <w:r>
        <w:br/>
        <w:t>Тріщить, лящить, мов щелепа, корчма,&lt;br /&gt;</w:t>
        <w:br/>
        <w:t>й ліщина галуззю стає сторчма.&lt;br /&gt;</w:t>
        <w:br/>
        <w:t>Це бродить вітер, шуму перший родич,</w:t>
      </w:r>
    </w:p>
    <w:p>
      <w:r>
        <w:br/>
        <w:t>і пальцем стукає до неба віллі.&lt;br /&gt;</w:t>
        <w:br/>
        <w:t>Це шум – натхненна музика природи&lt;br /&gt;</w:t>
        <w:br/>
        <w:t>на смерті та життя гучнім весіллі.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