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Сила дужого</w:t>
      </w:r>
    </w:p>
    <w:p>
      <w:r>
        <w:br/>
        <w:t xml:space="preserve"> &lt;p&gt;Притча не бреше, але брехуни</w:t>
      </w:r>
    </w:p>
    <w:p>
      <w:r>
        <w:br/>
        <w:t>можуть говорити притчами.</w:t>
      </w:r>
    </w:p>
    <w:p>
      <w:r>
        <w:br/>
        <w:t>Ліп-Кінг</w:t>
      </w:r>
    </w:p>
    <w:p>
      <w:r>
        <w:br/>
        <w:t>Дід Довгобородий урвав свою розповідь і, облизавши масні пальці, витер їх об голі боки, на які не зовсім вистачало подертої ведмежої шкури. Круг нього сиділо навпочіпки троє юнаків — онуки його: Прудкий Олень, Жовтоголовий і Той, що боїться темряви. Виглядали вони майже однаково. Тіло їм почасти вкривали шкури диких тварин. Самі вони були зігнуті, худі, вузькостегні й кривоногі, хоч мали дужі груди та важкі й здоровенні руки. Густе волосся вкривало їхні груди, руки й ноги. На головах у них було скуйовджене, нестрижене волосся, яке довгими пасмами звисало на очі, подібні до намистин, чорні й блискучі, мов у птаха. Ті очі близько підступали одне до одного, вилиці були широкі, а нижня масивна щелепа виступала наперед.</w:t>
      </w:r>
    </w:p>
    <w:p>
      <w:r>
        <w:br/>
        <w:t>Стояла ясна зоряна ніч; далеко вниз від них слалися вкриті лісом пасма гір. Небо в далечині червоніло вулканною загравою. За їхніми спинами зяяла чорна паща печери, і з неї часом бурхали пориви вітру. Якраз перед ними палав огонь. Збоку лежала напівз’їдена туша ведмедя, а трохи оддалік розташувалось декілька кудластих собак, великих і вовкуватих. Біля кожної людини лежали Лук, стріли й здоровезний дрюк. Коло війстя печери до скелі було прихилено кілька невигадливо зроблених списів.</w:t>
      </w:r>
    </w:p>
    <w:p>
      <w:r>
        <w:br/>
        <w:t>— Оце так ми перебралися з печери на дерево, — промовив Довгобородий.</w:t>
      </w:r>
    </w:p>
    <w:p>
      <w:r>
        <w:br/>
        <w:t>Хлопці невтримно зареготали, мов великі діти, згадавши історію, що її допіру він розповів. Довгобородий теж засміявся, і кістяне шило на п’ять дюймів завдовжки, просунуте в нього крізь носовий хрящ, затріпотіло й затанцювало, роблячи його лютим з вигляду. Оповідав він не виразними словами, як ми їх передаємо, а видавав ротом тваринні згуки, які означали те саме, що й елова.</w:t>
      </w:r>
    </w:p>
    <w:p>
      <w:r>
        <w:br/>
        <w:t>— І це перше, що я пам’ятаю про Морську Долину, вів далі Довгобородий. — З нас була дуже дурна юрба. Ми не знали, що таке сила. Бачте, кожна родина жила сама собою і тільки про себе дбала. Нас було тридцять родин, але сили від того нам не прибувало. Ми весь час боялися одне одного. Ніхто ні до кого не ходив. У верховітті нашого дерева ми зробили курінь з трави, а на помості коло нього наклали купу каміняччя — це на голови тих, хто наважився б прийти до нас. Мали ми також списи й стріли. Ми теж ніколи не ходили під дерева до інших родин. Раз мій брат пішов під дерево старого Бу-у, і йому пробили голову, — і то був його кінець.</w:t>
      </w:r>
    </w:p>
    <w:p>
      <w:r>
        <w:br/>
        <w:t>Старий Ву-у був дуже сильний. Казали, що він легко міг скрутити в’язи дорослому чоловікові. Я ніколи не чув, щоб він зробив це, бо ніхто не давав йому нагоди. Батько теж не давав нагоди. Одного дня, коли батько був на березі, Бу-у погнався за матір’ю. Вона не могла швидко бігти, бо напередодні рвала на горі ягоди і ведмідь роздер їй ногу. Отож Бу-у схопив її і поніс на своє дерево. Батько вже ніколи не повернув її собі. Він боявся. А старий Бу-у ще й дражнив його. Але батько не зважав на те.</w:t>
      </w:r>
    </w:p>
    <w:p>
      <w:r>
        <w:br/>
        <w:t>Другий здоровань був Дужа Рука. Він був найкращий рибалка. Але одного дня він поліз по яйця морської чайки, упав зі скелі і вже ніколи не видужав після того. Він дуже кашляв, і плечі йому зігнулись одне до одного. Отож батько взяв собі жінку Дужої Руки. Коли той ходив круг нашого дерева і бухикав, батько глузував з нього і шпурляв каміння. Отак жили ми в ті часи. Не знали ми, як треба об’єднати сили і стати дужими.</w:t>
      </w:r>
    </w:p>
    <w:p>
      <w:r>
        <w:br/>
        <w:t>— А хіба міг брат узяти братову жінку? — запитав Прудкий Олень.</w:t>
      </w:r>
    </w:p>
    <w:p>
      <w:r>
        <w:br/>
        <w:t>— Авжеж, аби тільки той сам пішов жити на інше дерево.</w:t>
      </w:r>
    </w:p>
    <w:p>
      <w:r>
        <w:br/>
        <w:t>— Але ми не робимо тепер такого, — відповів Той, що боїться темряви.</w:t>
      </w:r>
    </w:p>
    <w:p>
      <w:r>
        <w:br/>
        <w:t>— Це тому, що я ваших батьків навчив кращого. — Довгобородий сягнув волохатою рукою у ведмежу тушу, витяг повну жменю здору і почав замислено його смоктати. Опісля він витер руки об голі боки й заговорив далі: — Те, що я нам розповідаю, трапилося давно, ще коли ми не знали нічого кращого.</w:t>
      </w:r>
    </w:p>
    <w:p>
      <w:r>
        <w:br/>
        <w:t>— Дурні ви були, як не знали нічого кращого, — зауважив Прудкий Олень, а Жовтоголовий щось промимрив на знак згоди.</w:t>
      </w:r>
    </w:p>
    <w:p>
      <w:r>
        <w:br/>
        <w:t>— Так, ми були дурні, і ще стали дурнішими, як побачите далі. Але ми вивчились на краще, і ось як. Ми, рибоїди, не знали, як саме з’єднати всі свої сили, щоб вони були силою всіх нас. М’ясоїди, що жили у Великій Долині, по той бік вододілу, трималися гурту: полювали разом, рибу ловили разом і разом воювали. Ото якось прийшли вони в нашу долину. Наші родини позалазили кожна в свою печеру або на своє дерево. Було тільки десять м’ясоїдів, але вони билися вкупі, а ми билися — кожна родина нарізно.</w:t>
      </w:r>
    </w:p>
    <w:p>
      <w:r>
        <w:br/>
        <w:t>Довгобородий довго й розгублено лічив на пальцях.</w:t>
      </w:r>
    </w:p>
    <w:p>
      <w:r>
        <w:br/>
        <w:t>— Нас було шістдесят чоловіка, — це все, що він спромігся висловити губами й пальцями. — І ми були дуже сильні, тільки не знали цього. Отож ми тільки дивились, як десять чоловік кинулись на дерево Бу-у. Він добре бився, але йому не пощастило. Ми бачили це. Коли кілька м’ясоїдів пробували видертись на дерево, Бу-у мусив показатись на видноті, щоб кидати їм на голови каміння; тоді інші м’ясоїди, які цього тільки й ждали, прошили його всього стрілами. І то був кінець Бу-у.</w:t>
      </w:r>
    </w:p>
    <w:p>
      <w:r>
        <w:br/>
        <w:t>Потім м’ясоїди перемогли Одноока з родиною. Вони розпалили багаття коло печери і викурили його звідти, як ми сьогодні викурювали ведмедя. Тоді полізли до Шестипалого на дерево й убили його разом з дорослим сином, а решта нас тим часом повтікали. М’ясоїди захопили кілька наших жінок, убили двох дідів, що не могли швидко бігти, і кількох дітей. Жінок вони забрали з собою у Велику Долину.</w:t>
      </w:r>
    </w:p>
    <w:p>
      <w:r>
        <w:br/>
        <w:t>Тоді ми позлазились назад і чомусь, — може, тим, що полякалися і відчували потребу один в одному, — заговорили про всі події. То була наша перша рада — наша перша справдешня рада. І на цій раді ми утворили наше перше плем’я, бо вже дечого навчилися. З десяти м’ясоїдів кожен, мав силу десятьох, бо десятеро билися, як один. Вони з’єднали свої сили. Але наші тридцять родин, тобто шістдесят чоловіка, мали силу одного, бо билися нарізно.</w:t>
      </w:r>
    </w:p>
    <w:p>
      <w:r>
        <w:br/>
        <w:t>То була велика і важка розмова, бо тоді ми ще не мали таких слів, як тепер, щоб говорити. Коротун задовго опісля придумав кілька слів, так само й інші з нас придумували по слову від часу до часу. Але врешті ми погодилися згур-</w:t>
      </w:r>
    </w:p>
    <w:p>
      <w:r>
        <w:br/>
        <w:t>тувати своєї сили й бути, як один, коли м’ясоїди прийдуть до нас через вододіл красти жінок. І це вже було плем’я.</w:t>
      </w:r>
    </w:p>
    <w:p>
      <w:r>
        <w:br/>
        <w:t>Ми Поставили на кряжі двох чоловіків — одного на день, а другого на ніч, щоб стерегти, коли прийдуть м’ясоїди. То були очі племені. А ще десятеро вдень і вночі було напоготові з дрюками, списами й стрілами в руках. Раніше коли хто Ходив по рибу, по черепашки чи по чайчині яйця, той брав із собою зброю і тільки половину часу здобував їжу, бо другу половину вартував, боячись, щоб хто не напав на нього. Тепер усе змінилося. Чоловіки виходили неозброєні і весь час тільки здобували їжу. Так само, коли жінки йшли в гори по коріння та ягоди, п’ятеро чоловіків з десятка йшли з ними, щоб оборонити їх. І весь час удень і вночі очі племені стежили з вершини кряжа.</w:t>
      </w:r>
    </w:p>
    <w:p>
      <w:r>
        <w:br/>
        <w:t>Але почалися прикрощі. Як звичайно, через жінок. Чоловіки, що не мали жінок, хотіли чужих, і було багато бійок між ними: іноді комусь розбивали голову або встромляли списа в тіло. Коли один з вартових був на вершині вододілу, хтось викрадав його жінку, і він спускався відбивати її. Тоді другий вартовий, побоюючись, що хтось візьме і його жінку, теж спускався вниз. Виникали непорозуміння і поміж тих десяти, які завше були при зброї, і вони билися п’ятеро проти п’ятьох, аж поки декотрі втікали берегом униз, а інші їх гонили.</w:t>
      </w:r>
    </w:p>
    <w:p>
      <w:r>
        <w:br/>
        <w:t>Отож плем’я лишалося без очей, або вартових. Ми не мали сили шістдесяти. Ми зовсім не мали сили. Тим-то ми зібрали раду й утворили наші перші закони. Я був щеням тоді, але пам’ятаю. Ми сказали: щоб бути дужими, нам не треба вбивати один одного, і встановили закон, що коли хто вб’є, того мусить убити плем’я. Встановили й другий закон: коли хто вкраде чиюсь жінку, його теж мусить убити плем’я. Ми сказали: якщо хто-небудь матиме забагато сили і через неї кривдитиме своїх братів у плем’ї, його треба вбити, щоб сила його більше не шкодила. Якщо ми залишимо його силу, брати боятимуться, і плем’я розпадеться, і ми знову будемо такі безсилі, як тоді, коли м'ясоїди вперше на нас напали й убили Бу-у.</w:t>
      </w:r>
    </w:p>
    <w:p>
      <w:r>
        <w:br/>
        <w:t>Суглоб-Кістка був сильний, дуже сильний, і не визнавав ніякого закону. Він знав тільки свою власну силу, і, сповнений тої сили, він пішов та й узяв собі жінку Тричерепашвого. Тричерепашний спробував битися, але Суглоб-Кістка вибив йому мозок з голови. Одначе Суглоб-Кістка забув, що ми всі згуртувалися, щоб додержувати закону серед нас, і ми його вбили під його ж гаки деревом, а тіло, повісили на гілляці як пересторогу, що закон сильніший за якусь людину. Ми встановили закон, усі ми, і ніхто не був вищий над закон.</w:t>
      </w:r>
    </w:p>
    <w:p>
      <w:r>
        <w:br/>
        <w:t>Були ще інші прикрощі, бо знайте, Прудкий Оленю, і ти, Жовтоголовий, і Той, що боїться темряви, що не легко утворити плем’я. Було багато справ, дрібних справ, багато клопоту, щоб скликати всіх чоловіків на раду. Ми збирали ради ранками, опівдні, ввечері й серед ночі. Через ті ради ми мали обмаль часу здобувати їжу, бо все траплялась якась дрібниця, що її треба було владнати: призначити двох нових вартових, що мали стати на кряжі замість попередніх, або визначити, яка пайка їжі має перепасти тим, хто завше при зброї і хто не міг собі здобувати отої їжі.</w:t>
      </w:r>
    </w:p>
    <w:p>
      <w:r>
        <w:br/>
        <w:t>Нам потрібний був старший, що робив би все це, був би голосом нашої ради і звітував би перед радою про все, що робитиме. Отож обрали ми Фіс-Фіс на ватага. Був він сильний, дуже сильний, і дуже хитрий, а коли сердився, то пирхав якось отак: "Фіс-фіс", наче дика кішка.</w:t>
      </w:r>
    </w:p>
    <w:p>
      <w:r>
        <w:br/>
        <w:t>Десятьох чоловіків, що охороняли плем’я, було поставлено спорудити кам’яний мур у горловині долини. Жінки й старші діти, а також інші чоловіки допомогли будувати той міцний мур. Після того всі родини спустились із своїх дерев та печер і збудували курені під захистом муру. Ті курені були більші й далеко кращі на житло, ніж печери й дерева, і кожному там краще велося, бо чоловіки, з’єднавши сили, утворили плем’я. Отже, маючи мур, охорону й вартових, залишалося більше часу полювати, рибалити й збирати корінці та ягоди; побільшало їжі, кращої їжі, і ніхто не ходив голодний. Триногий, — так прозваний, бо ще в дитинстві ноги йому перебито і він ходив з ціпком, — дістав насіння дикого зерна й посадив у землю в долині коло свого куреня. Він також пробував садовити товсті корінці та інше, що знаходив у гірських долинах.</w:t>
      </w:r>
    </w:p>
    <w:p>
      <w:r>
        <w:br/>
        <w:t>У Морську Долину прийшло багато родин з надбережних долин і з високих гір, де вони жили скорше як дикі звірі, аніж як люди, і прийшли вони тому, що в нас, завдяки охоронцям, вартовим і мурові, було безпечно, що мали ми досить їжі, за яку не треба битися. І незабаром у Морську Долину понасходилася сила-силенна родин. Але перед тим, як це сталося, землю, що була для всіх і належала, всім, поділили. Почав це Триногий, коли посіяв зерно. Проте більшість нас не цікавилася землею. Ми думали, що це</w:t>
      </w:r>
    </w:p>
    <w:p>
      <w:r>
        <w:br/>
        <w:t>безглуздо — межувати її кам’яними огорожами. їжі ми мали вдосталь, так чого ж нам ще треба було? Я пам’ятаю, що мій батько та я будували кам’яні огорожі для Триногого, і за це нам плачено зерном.</w:t>
      </w:r>
    </w:p>
    <w:p>
      <w:r>
        <w:br/>
        <w:t>Ось чому тільки декотрі з нас мали землю, і Триногий мав найбільше. Інші, що взяли собі землю, віддавали її тим, хто працював, і за те їм платилося зерном, товстими корінцями, ведмежими шкурами й рибою, яку хлібороби вимінювали на зерно. І от ми довідались, що землі вже немає.</w:t>
      </w:r>
    </w:p>
    <w:p>
      <w:r>
        <w:br/>
        <w:t>Це було тоді, коли Фіс-Фіс помер, а ватагом став Собачий Зуб — його син. Він напосідав, щоб його будь-що, а настановили на ватага, бо ж перед ним ватагував його батько. Собачий Зуб мав себе за кращого від батька. Спершу він був добрий ватаг працював багато, і рада мала щораз менше роботи. Тоді піднявся новий голос у Морській Долині. То був Кривогуб. Ніколи ми не зважали на нього, аж поки він почав говорити з духами померлих. Пізніше ми прозвали його Гладким Здоровилом, бо він надміру їв, нічого не робив і все гладшав. Одного дня Гладкий Здоровило оповістив нас, що він знає тайни мертвих і що він — голос бога. Він потоваришував із Собачим Зубом, який наказав нам зробити Гладкому Здоровилу курінь. І Гладкий Здоровило заборонив без дозволу підходити до того куреня і став тримати там свого бога.</w:t>
      </w:r>
    </w:p>
    <w:p>
      <w:r>
        <w:br/>
        <w:t>Все більшала й більшала сила Собачого Зуба над радою, а коли рада ремствувала і хотіла обрати іншого ватага, Гладкий Здоровило промовляв голосом бога й казав "ні". Триногий та інші, хто мав землю, стояли за Собачого Зуба. Але найдужчим у раді був Морський Лев, і йому власники землі потайці дали землі, наділили його також ведмежими шкурами й кошиками з зерном. Тим-то Морський Лев сказав, що голос Гладкого Здоровила — це правдивий голос божий, і всі мусять йому коритись. І скоро після того Морського Лева назвали голосом Собачого Зуба, і він промовляв за нього.</w:t>
      </w:r>
    </w:p>
    <w:p>
      <w:r>
        <w:br/>
        <w:t>Іще був Мале Пузо — невеличкий чоловік і такий худющий, наче зроду не мав доволі їжі. У гирлі річки, там, де мілина зменшувала силу бурунів, Мале Пузо зробив велику загату на рибу. Раніш ніхто ніколи не бачив і гадки навіть не мав про таку загату. Він із сином та жінкою працював цілі тижні, а ми всі тим часом сміялися з тої роботи. А коли її скінчили, то першого ж дня він зловив риби більше, ніж усе наше плем’я за тиждень, — отож була велика радість. Ще тільки одне місце лишалося в річці на другу таку загату, але коли мій батько, я й десятеро інших чоловіків взялися робити ту дуже велику загату, прийшла варта з того великого куреня, що ми збудували Собачому Зубові. І вона відігнала нас своїми списами, бо там з дозволу Морського Лева, котрий був голосом Собачого Зуба, мав спорудити собі другу загату Мале Пузо.</w:t>
      </w:r>
    </w:p>
    <w:p>
      <w:r>
        <w:br/>
        <w:t>Люди дуже ремствували, і мій батько зібрав раду. Та коли він підвівся, щоб говорити, Морський Лев прошив йому списом горло і він помер. І Собачий Зуб, і Мале Пузо, і Триногий, і всі, хто мав землю, сказали, що це добре. А Гладкий Здоровило сказав, що це божа воля. Після того всі боялися виступати в раді, і більше ради вже не було.</w:t>
      </w:r>
    </w:p>
    <w:p>
      <w:r>
        <w:br/>
        <w:t>Інший чоловік — Свиняча Щелепа — завів кіз. Він почув про це у м’ясоїдів і незабаром надбав багато отар. Ще інші, котрі не мали ні землі, ані рибної загати і ходили голодні, радо пішли працювати на Свинячу Щелепу: вони доглядали його кіз, охороняли їх від диких собак і тигрів, пасли на пасовищах у горах. За це Свиняча Щелепа давав їм козяче м’ясо їсти козячі шкури вдягати, і ще деколи вони вимінювали козяче м’ясо на рибу, зерно й товсте коріння.</w:t>
      </w:r>
    </w:p>
    <w:p>
      <w:r>
        <w:br/>
        <w:t>То було тоді, коли видумували гроші. Морський Лев перший таке надумав і поговорив про це з Собачим Зубом та Гладким Здоровилом. Бачите, оці трое від усього в Морській Долині мали свою пайку. їм належав кожен третій кошик зерна, кожна третя рибина й третя коза. Затомість вони годували охорону й вартових, а решта лишалася їм. Часом, коли ловилося багато риби, вони не знали, що з своєю рибою робити. Тоді Морський Лев посадив жінок робити з черепашок гроші — маленькі кружальця, гладенькі й гарні, з діркою кожне. їх низали разками, й ті разки названо грішми.</w:t>
      </w:r>
    </w:p>
    <w:p>
      <w:r>
        <w:br/>
        <w:t>За кожен разок можна було дістати тридцять або сорок рибин, але жінки, роблячи один разок за день, мали кожна по дві рибини. То була риба Собачого Зуба, Гладкого Здоровила і Морського Лева, риба, що її ті троє не з’їдали. Отож усі гроші належали їм. Тоді вони сказали Триногому та іншим власникам землі, що братимуть свою пайку зерна та коренів грішми; Малому Пузові — що братимуть свою пайку риби грішми, і Свинячій Щелепі — що братимуть свою пайку кіз і сиру теж грішми. Отже, той, хто не мав нічого, працював на того, хто мав, і йому платилося за це грішми. На ті гроші він купував, верно, рибу, м’ясо, сир. Триногий і всі власники сплачували грішми Собачому Зубові, Морському Левові та Гладкому Здоровилу їхні пайки. Ці троє теж грішми платили охороні й вартовим, а ті, своею чергою, платили грішми за свою їжу. А що гроші були дешеві, то Собачий Зуб мав багато більше охоронців. І що гроші легко було робити, чимало людей почали виробляти їх собі. Але охорона штрикала тих людей списами й стріляла в них стрілами, бо вони розбивали плем’я. А розбивати плем’я було погано; адже тоді м’ясоїди перейшли б вододіл і вибили б усіх нас.</w:t>
      </w:r>
    </w:p>
    <w:p>
      <w:r>
        <w:br/>
        <w:t>Гладкий Здоровило був голосом бога, але він узяв Перебите Ребро і настановив його на жерця, тож той став голосом Гладкого Здоровила й мусив за нього говорити. Обидва вони мали інших людей, що їм слугували. Так само й Мале Пузо, і Триногий, і Свиняча Щелепа мали собі людей, котрі вилежувалися на сонечку навколо їхніх куренів, були їм за посланців і виконували їхні накази. І все більше й більше людей відривалося від праці, а тим, що далі працювали, поважчало в роботі. Отож люди не хотіли працювати й намагалися якось викручуватись, аби інші люди на них працювали. Косоокий знайшов такий спосіб: він перший зварив із зерна вогненний напій. І відтоді він більше не працював, бо, потай переговоривши з Собачим Зубом, із Гладким Здоровилом та іншими владцями, він умовився, що тільки він один варитиме вогненний напій. Та Косоокий не сам варив. Напій йому варили люди, а він платив їм грішми. Тоді він продавав вогненний напій за гроші, і всі люди купували. І багато разків грошей віддав він Собачому Зубові, Морському Левові та всім іншим владцям.</w:t>
      </w:r>
    </w:p>
    <w:p>
      <w:r>
        <w:br/>
        <w:t>Гладкий Здоровило та Перебите Ребро підтримали Собачого Зуба, коли той брав собі другу, а потім і третю жінку. Вони сказали, що Собачий Зуб не такий, як інші люди, а другий після бога, що його тримав у своєму курені-табу Гладкий Здоровило; Собачий Зуб теж так сказав і хотів довідатись, хто це ремствував, що він узяв собі кілька жінок. Собачий Зуб зробив великого човна й відірвав від роботи чимало людей, які потім, на сонечку вилежуючись, нічогісінько не робили, тільки гребли замість Собачого Зуба, коли він сідав у човен. Він поставив Тигрячу Морду старшим над усіма охоронцями; отож Тигряча Морда зробився йому правою рукою, і коли хтось не подобався Собачому</w:t>
      </w:r>
    </w:p>
    <w:p>
      <w:r>
        <w:br/>
        <w:t>Зубові, Тигряча Морда вбивав того чоловіка. А Тигряча Морда наставив біля себе ще одного, і той був уже йому правою рукою: виконував його накази та вбивав замість, нього.</w:t>
      </w:r>
    </w:p>
    <w:p>
      <w:r>
        <w:br/>
        <w:t>Але дивна річ діялася: дні минали, ми працювали тяжче й тяжче, а харчів діставали менше й менше.</w:t>
      </w:r>
    </w:p>
    <w:p>
      <w:r>
        <w:br/>
        <w:t>— А як же кози, зерно, товсте коріння й загати? — спитав Той, що боїться темряви. — Що ж із усім цим? Хіба ж не більше їжі можна було виробити людською працею?</w:t>
      </w:r>
    </w:p>
    <w:p>
      <w:r>
        <w:br/>
        <w:t>— То правда, — відповів Довгобородий. — Троє на рибній загаті ловили риби більше, ніж усе плем’я, коли не було загати. Та хіба ж я не казав, що ми були дурні? Ми здобували їжі багато, а одержували мало.</w:t>
      </w:r>
    </w:p>
    <w:p>
      <w:r>
        <w:br/>
        <w:t>— Але це годі й утямити, як то багато людей, нічого не роблячи, все поїдали, — мовив Жовтоголовий.</w:t>
      </w:r>
    </w:p>
    <w:p>
      <w:r>
        <w:br/>
        <w:t>Довгобородий сумно хитнув головою.</w:t>
      </w:r>
    </w:p>
    <w:p>
      <w:r>
        <w:br/>
        <w:t>— Собаки Собачого Зуба обжиралися м’ясом, люди, на сонечку вилежуючись і нічого не роблячи, обростали жиром, а тим часом малі діти криком кричали, засинаючи голодні.</w:t>
      </w:r>
    </w:p>
    <w:p>
      <w:r>
        <w:br/>
        <w:t>Прудкий Олень був вражений розповіддю про голоднечу і, відірвавши шмат ведмежого м’яса, настромив на рожен і засмажив його на жару. Він зжер його, плямкаючи губами, а Довгобородий тим часом провадив далі:</w:t>
      </w:r>
    </w:p>
    <w:p>
      <w:r>
        <w:br/>
        <w:t>— Коли ми ремствували, Гладкий Здоровило вставав і голосом бога говорив, що бог прикмітив мудрих людей і дав їм в обладу і землю, й кіз, і загату, й вогненний напій і що без тих мудрих людей ми б і досі були звірі, як тоді, коли жили на деревах.</w:t>
      </w:r>
    </w:p>
    <w:p>
      <w:r>
        <w:br/>
        <w:t>Тоді знайшовся ще один, що став за співця пісень у владаря. Люди його називали Коротуном, бо він був малий, з поганим обличчям і незграбним тілом і не визначався в роботі а чи в яких вчинках. Він любив найситніші кістки з мозком, добірну рибу, тепле козяче молоко, найліпше стигле зерно й затишне місце коло вогню. Отак і жив собі у владаря під боком той співець, бо вигадав спосіб нічого не робити й гладшати. А коли люди дедалі більше ремствували й дехто почав камінням шпурляти у курінь владарів. Коротун співав пісень про те, як добре бути рибоїдом. Він співав, що рибоїди — обранці божі й найкращі божі створіння. Він співав, що м’ясоїди — мов ті свині й вороння, і що добре рибоїдам битися з ними і в бою вмирати, бо тим вони виконують волю бога, який велить нищити м’ясоїдів. Слова його пісні були нам як вогонь, і ми вимагали, щоб</w:t>
      </w:r>
    </w:p>
    <w:p>
      <w:r>
        <w:br/>
        <w:t>нас вели на м’ясоїдів. Ми забували про свій голод, про свої нарікання і тішилися, коли Тигряча Морда водив нас через кряж, де ми вбивали м’ясоїдів.</w:t>
      </w:r>
    </w:p>
    <w:p>
      <w:r>
        <w:br/>
        <w:t>Але життя в Морській Долині не легшало. Щоб дістати собі їжу, був тільки один спосіб: працювати на Триногого, на Мале Пузо або на Свинячу Щелепу, бо тепер уже не було землі, де людина могла б посіяти собі зерно. І часто робочих рук виявлялося більше, ніж потребував Триногий та інші. Отож ці люди голодували з своїми жінками, дітьми й старими матерями. Тигряча Морда сказав, щоб вони, коли хочуть, пішли до нього в охорону, і чимало їх пристало на це; відтоді вони знали тільке одне — штрикати списами тих, хто працював і ремствував, що стільки є ледачих дармоїдів.</w:t>
      </w:r>
    </w:p>
    <w:p>
      <w:r>
        <w:br/>
        <w:t>А коли ми нарікали, Коротун співав нових пісень. Він співав про те, що Триногий, Свиняча Щелепа та інші — дужі люди, тим-то вони мають усього багато. Він співав, що ми повинні радіти, маючи в себе таких дужих людей, бо якби не вони, ми б загинули від власної нікчемності та від м’ясоїдів. Ми повинні тільки радіти, що такі дужі люди наклали на все свою руку. І Гладкий Здоровило, і Свиняча Щелепа, і Тигряча Морда, і всі інші казали, що то правда.</w:t>
      </w:r>
    </w:p>
    <w:p>
      <w:r>
        <w:br/>
        <w:t>— Гаразд, — мовив Довгоіклий, — тоді й я буду дужий.</w:t>
      </w:r>
    </w:p>
    <w:p>
      <w:r>
        <w:br/>
        <w:t>І він добув зерна, зварив вогненний напій і почав продавати його за оті разки грошей. І коли Косоокий нарікав, Довгоіклий говорив, що він теж дужий і якщо Косоокий здійматиме бучу, він розчерепить йому голову. Тоді Косоокий злякався, пішов і перемовився з Триногим та Свинячою Щелепою. І всі троє пішли радитися з Собачим Зубом. Собачий Зуб поговорив з Морським Левом, а Морський Лев спровадив посланця з дорученням до Тигрячої Морди. Тигряча Морда послав свою охорону, і та спалила курінь Довгоіклого разом з його вогненним напоєм. При тім вони забили його самого з усією родиною. Гладкий Здоровило сказав, що це добре, а Коротун заспівав нових пісень про те, як добре додержувати закону, який прегарний край Морська Долина і що кожен, хто її любить, мусить іти й убивати поганих м'ясоїдів. І знову його пісня була нам як вогонь, і ми забували свої нарікання.</w:t>
      </w:r>
    </w:p>
    <w:p>
      <w:r>
        <w:br/>
        <w:t>То було щось дивне. Коли Мале Пузо наловив так багато риби, що її довелося б дуже дешево продавати, — він чималу частину кидав назад у море, щоб за решту платили дорожче. Триногий часто залишав великі лани незасіяними, щоб одержати за своє зерно більше грошей. А жінки стільки навиробляли грошей з черепашок, що вони були зайві, і Собачий Зуб наказав їх більше не робити. І жінки ті лишилися без роботи і перейшли на чоловічу роботу. Я працював на рибній загаті, дістаючи щоп’ятого дня разок грошей. А тепер моя сестра працювала замість мене, дістаючи що десятого дня разок грошей. Жінкам платили дешевше, і ми зосталися без їжі. Тигряча Морда сказав, що нам треба піти в охорону. Тільки я не міг бути охоронцем, бо кульгав на одну ногу, і Тигряча Морда не взяв мене. А таких, як я, назбиралося чимало. Ми були покидьки і тільки тинялися, просячи роботи, або гляділи малих дітей, коли жінки були на роботі.</w:t>
      </w:r>
    </w:p>
    <w:p>
      <w:r>
        <w:br/>
        <w:t>Жовтоголовий теж зголоднів під час розповіді і заходився смажити на жару шмат ведмедини.</w:t>
      </w:r>
    </w:p>
    <w:p>
      <w:r>
        <w:br/>
        <w:t>— А чому ви не повстали всі разом і не вбили Триногого, Свинячу Щелепу, Гладкого Здоровила та інших і не здобули собі вдосталь їжі? — запитав Той, що боїться темряви.</w:t>
      </w:r>
    </w:p>
    <w:p>
      <w:r>
        <w:br/>
        <w:t>— Бо ми цього не розуміли, — відповів Довгобородий. — То було забагато як на нашу тяму, та й те, що варта штрикала нас списами, а Гладкий Здоровило говорив про бога, а Коротун співав нових пісень. І коли хто придумував щось розумне і казав про це, Тигряча Морда разом з охоронцями хапали того мудрія і під час відпливу прив’язували до скелі, а як починався приплив, вода підіймалася і затопляла його.</w:t>
      </w:r>
    </w:p>
    <w:p>
      <w:r>
        <w:br/>
        <w:t>То була дивна річ — оті гроші. Вони як і пісні Коротунові. Здавалося, що все гаразд, але то було не так, і поволі ми це зрозуміли. Собачий Зуб почав збирати гроші в себе. Він складав їх на великі купи в курені, що його вдень і вночі стерегли вартові. І що більше він нагромаджував грошей, то вони дорожчали, і людина мусила працювати довше, ніж раніше, щоб одержати такий самий разок грошей. Та до того ж усе говорили про війну з м’ясоїдами, і Собачий Зуб із Тигрячою Мордою зібрали в багатьох куренях повно зерна, сушеної риби, вудженого козячого м'яса та сиру. І хоч там була сила-силенна харчу, одначе людям їжі не вистачало. І що воно було за перечепа? А тільки-но люди починали занадто голосно нарікати, Коротун заспівував нової пісні, Гладкий Здоровило промовляв; і то були божі слова, що ми повинні вбивати м’ясоїдів, а Тигряча Морда вів нас через кряж, щоб убивати і щоб нас убивали. Я був, занадто кволий, щоб стати охоронцем і гладшати, вилежуючись на сонці, та коли йшлося до війни, Тигряча Морда охоче брав і мене. А поївши всі припаси, що було зібрано по куренях, ми кидали воювати й поверталися додому, щоб працювати і назбирати більше харчу.</w:t>
      </w:r>
    </w:p>
    <w:p>
      <w:r>
        <w:br/>
        <w:t>— Ну то ви всі подуріли тоді, — зауважив Прудкий Олень.</w:t>
      </w:r>
    </w:p>
    <w:p>
      <w:r>
        <w:br/>
        <w:t>— А таки подуріли, — погодився Довгобородий. — Все те було дивне. Жив тоді Перебийніс. Він завше казав, що воно не так, як слід. Він казав, що ми й справді подужчали, коли об'єднали наші сили. І він казав, що коли ми вперше утворили плем'я, то правильно вирішили позбавляти життя тих, чия сила була на шкоду плем’ю, хто розбивав голови своїм братам і викрадав жінок своїх братів. А тепер, казав він, плем'я не дужчає, а слабшає, бо в нас є люди з такою силою, що шкодить плем'ю: ті люди мали силу від землі, як от Триногий; від рибної загати, як от Мале Пузо; від усього козячого м'яса, як от Свиняча Щелепа. Найперше, казав Перебийніс, це треба позбавити тих людей їх лихої сили, треба примусити їх працювати — всіх чисто, і не давати їсти тим, хто не працює.</w:t>
      </w:r>
    </w:p>
    <w:p>
      <w:r>
        <w:br/>
        <w:t>А Коротун співав нової пісні — про людей, таких як Перебийніс, котрий хотів повернути все назад, щоб люди знов жили на деревах.</w:t>
      </w:r>
    </w:p>
    <w:p>
      <w:r>
        <w:br/>
        <w:t>Але Перебийніс не казав такого: він не хотів повертатися назад, а тільки йти вперед; він казав, що ми дужчі тоді, як об’єднуємо силу, і що якби рибоїди приєднали свої сили до сил м'ясоїдів, не було б більше потреби воювати, не стало б вартових і охоронців, і якби всі працювали, було б стільки харчу, що кожен мусив би працювати лише зо дві години на день.</w:t>
      </w:r>
    </w:p>
    <w:p>
      <w:r>
        <w:br/>
        <w:t>Тоді Коротун знову заспівав; і співав він про те, що Перебийніс ледащо, і співав він також "Пісню про бджіл". То була дивна пісня, і хто її слухав, ставав нестямний, наче напивався міцного вогненного напою. У пісні він співав про рій бджіл та розбійницю-осу, що прилетіла до них жити й крала їхній мед. Вона була ледача й казала їм, що не треба працювати; вона казала також, що краще їм заприязнитися з ведмедями, котрі зовсім не медокради, а найщиріші їхні приятелі. Співав Коротун, тільки даючи на здогад, але хто слухав його, той знав, що рій — це плем'я з Морської Долини, що ведмеді — це м’ясоїди і що ледача оса’— це Перебийніс. І коли Коротун співав, що рій, послухавшись оси, мало не загинув, люди ремствували й огризались, а коли Коротун заспівав, що нарешті добрі бджоли повстали й на смерть зажалили осу, всі, похапавши каменюки, на смерть забили Перебийноса і кидали на нього каміння, доки вже нічого не стало видко, — тільки височіла над ним купа каміняччя. Було тут і багато бідаків, які довго й тяжко працювали і не мали вдосталь їжі, і вони теж помагали закидати камінням Перебийноса.</w:t>
      </w:r>
    </w:p>
    <w:p>
      <w:r>
        <w:br/>
        <w:t>А коли загинув Перебийніс, лишився тільки один, котрий насмілився встати й сказати, що він думав, і звався він Волохань. "Де сила дужого? — спитався він. — Ми всі дужі, і дужчі за Собачого Зуба, і за Тигрячу Морду, і за Триногого, і за Свинячу Щелепу, і за всіх інших, які нічого не роблять, а їдять багато і знеможують нас своею лихою силою. Люди, котрі невільники, не мають сили. Якби той, хто перший виявив суть і корисність вогню, використав свою силу, ми стали б його рабами, як тепер ми раби Малого Пуза, котрий виявив суть і корисність загати на рибу, і раби того, хто виявив суть і корисність землі, та кіз, та вогненного напою. Колись, брати мої, жили ми на деревах, і ніхто не був у безпеці. Та ми вже не воюємо один з одним. Ми з’єднали наші сили. Не воюймо ж і з м’ясоїдами. З’єднаймо нашу силу з їхньою силою. Тоді ми направду будемо дужі. І тоді виходитимемо ми разом — рибоїди й м’ясоїди — і вбиватимемо тигрів, і левів, і вовків, і пастимемо наших кіз по всіх горбах, і сіятимемо товсті корінці по всіх гірських долинах. І відтоді ми станемо такі дужі, що всі люті звірі повтікають від нас або загинуть. І ніхто не встоїть перед нами, бо сила одного буде силою всіх людей світу".</w:t>
      </w:r>
    </w:p>
    <w:p>
      <w:r>
        <w:br/>
        <w:t>Так говорив Волохань, і люди вбили його, бо казали, що він дикий, що хоче повернути назад і жити на дереві. То було дуже дивно. Тільки-но виходив хто й хотів вести всіх уперед, як про нього казали ті, котрі не хотіли жодних змін, що він тягне всіх назад, і його вбивали. А бідний люд був дурний і помагав забивати його камінням. Ми всі були дурні, крім тих, що гладшали й нічого не робили. Дурних називали мудрими, а мудрих забивали камінням. Ті, хто працював, діставали мало їжі, а хто не працював, їли аж забагато.</w:t>
      </w:r>
    </w:p>
    <w:p>
      <w:r>
        <w:br/>
        <w:t>Плем’я підупадало на силі. Діти росли кволі й хоровиті. А що їли ми не вдосталь, то поширились у нас незнані хвороби, і ми мерли як ті мухи. І тоді м’ясоїди пішли на нас. Тигряча Морда часто водив нас через кряж убивати їх. А тепер вони прийшли відплатити за свою кров. Ми були занадто кволі й недужі, щоб захистити велику стіну. І вони повбивали нас — усіх нас, крім деяких жінок, що їх узяли з собою. Ми з Коротуном утекли; я сховався в найдикішій місцині, зробився мисливцем, і вже більше не голодував. Жінку я собі викрав у м’ясоїдів і пішов жити в печери у високих горах, де ніхто не міг би мене знайти. Ми мали трьох синів, і кожен син викрадав собі жінку в м’ясоїдів. А що було далі, ви знаєте, бо хіба ж ви не сини моїх синів?</w:t>
      </w:r>
    </w:p>
    <w:p>
      <w:r>
        <w:br/>
        <w:t>— А як же Коротун? — спитав Прудкий Олень. — Що з ним сталося?</w:t>
      </w:r>
    </w:p>
    <w:p>
      <w:r>
        <w:br/>
        <w:t>— Він пішов жити до м’ясоїдів і співав пісень їхньому владареві. Тепер він уже старий, але співає тих самих давніх пісень, і коли хто повстає і хоче йти вперед, він співає, що той тягне назад, щоб жили на деревах.</w:t>
      </w:r>
    </w:p>
    <w:p>
      <w:r>
        <w:br/>
        <w:t>Довгобородий застромив руку у ведмежий тулуб і беззубими яснами почав смоктати здір із жмені.</w:t>
      </w:r>
    </w:p>
    <w:p>
      <w:r>
        <w:br/>
        <w:t>— Колись, — сказав він, витираючи руки собі об боки, — всі дурні повмирають, і тоді живі люди рушать уперед. Сила дужого буде їхньою силою, і вони об’єднають свої сили, і з людей усього світу жоден не битиметься один з одним. Тоді не лишиться ні охорони, ані вартових на мурі. І всіх лютих звірів повбивають, і, як казав колись Волохань, усі пагорби стануть за пасовища для кіз, а всі гірські долини засіється зерном і засадиться товстими корінцями. Всі люди побратаються, і ніхто не ледарюватиме, не вилежуватиметься на сонечку, щоб їх годували їхні товариші. І все це станеться тоді, коли дурні повмирають і коли вже не буде співців, що співають "Пісню про бджіл". Бджоли — не люди.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Сила дужого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