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Силует фігуриста</w:t>
      </w:r>
    </w:p>
    <w:p>
      <w:r>
        <w:br/>
        <w:t xml:space="preserve"> Ах, Толлер Кренстон, чорний принце льоду! —&lt;br /&gt;</w:t>
        <w:br/>
        <w:t>ти, що знімаєш зорі на льоту,&lt;br /&gt;</w:t>
        <w:br/>
        <w:t>ти, що віддав знання за насолоду&lt;br /&gt;</w:t>
        <w:br/>
        <w:t>своїх імпровізацій на льоду, —</w:t>
      </w:r>
    </w:p>
    <w:p>
      <w:r>
        <w:br/>
        <w:t>художник, маг, чаклун і характерник,&lt;br /&gt;</w:t>
        <w:br/>
        <w:t>дивак, невдаха, демон, дилетант! —&lt;br /&gt;</w:t>
        <w:br/>
        <w:t>не конкурент нікому, не суперник,&lt;br /&gt;</w:t>
        <w:br/>
        <w:t>ти, що творив не те, не так, не там, —</w:t>
      </w:r>
    </w:p>
    <w:p>
      <w:r>
        <w:br/>
        <w:t>ти, чий тріумф не був на п'єдесталі,&lt;br /&gt;</w:t>
        <w:br/>
        <w:t>ти, що стрибків не виконав як слід, —&lt;br /&gt;</w:t>
        <w:br/>
        <w:t>на чемпіонів сипались медалі,&lt;br /&gt;</w:t>
        <w:br/>
        <w:t>на тебе квіти сипались на лід!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Силует фігуриста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