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Сіре зайченя</w:t>
      </w:r>
    </w:p>
    <w:p>
      <w:r>
        <w:br/>
        <w:t xml:space="preserve"> &lt;p&gt;Батько прийшов додому. Він щось тримав у картузі й хитро всміхався.</w:t>
      </w:r>
    </w:p>
    <w:p>
      <w:r>
        <w:br/>
        <w:t>— Ну, діти, дивіться,— сказав батько.</w:t>
      </w:r>
    </w:p>
    <w:p>
      <w:r>
        <w:br/>
        <w:t>З картуза на широку лаву талапнулося щось маленьке, сіре, пухнасте. Воно розчепірило лапки, мов на льоду, а вушка злякано прищулило.</w:t>
      </w:r>
    </w:p>
    <w:p>
      <w:r>
        <w:br/>
        <w:t>— Руками не чіпайте! — застеріг батько.</w:t>
      </w:r>
    </w:p>
    <w:p>
      <w:r>
        <w:br/>
        <w:t>Ми зачаровано дивились на зайченя, яке</w:t>
      </w:r>
    </w:p>
    <w:p>
      <w:r>
        <w:br/>
        <w:t>боялося і ворухнутись. Тільки світило оченятами, тільки тремтіло.</w:t>
      </w:r>
    </w:p>
    <w:p>
      <w:r>
        <w:br/>
        <w:t>— Иду я сільською околицею, там, де латка вівса росте, а воно вискочило налякане і просто мені під ноги. Я й узяв його.</w:t>
      </w:r>
    </w:p>
    <w:p>
      <w:r>
        <w:br/>
        <w:t>А ми ще ніколи так близько не бачили жодного зайченяти. Дивимось і всміхаємось. Тільки чому воно завмерло на лаві, чому не побіжить? Чи тому, що маленьке й не навчилося бігати, чи тому, що нас боїться?</w:t>
      </w:r>
    </w:p>
    <w:p>
      <w:r>
        <w:br/>
        <w:t>— Нагодуйте,— порадив батько.— Воно їсти хоче.</w:t>
      </w:r>
    </w:p>
    <w:p>
      <w:r>
        <w:br/>
        <w:t>Блюдечко з молоком підсунули зайченяті під самісінький носик. Тільки воно чомусь і не глянуло. Принесли трави. Поклали коло блюдечка. Але воно й не понюхало.</w:t>
      </w:r>
    </w:p>
    <w:p>
      <w:r>
        <w:br/>
        <w:t>— Видати, в неволі не їстиме,— похитав головою батько.— Доведеться випустити його.</w:t>
      </w:r>
    </w:p>
    <w:p>
      <w:r>
        <w:br/>
        <w:t>— Де? В селі? — обізвались ми.— Тут собаки роздеруть.</w:t>
      </w:r>
    </w:p>
    <w:p>
      <w:r>
        <w:br/>
        <w:t>— Підемо в поле,— сказав батько.</w:t>
      </w:r>
    </w:p>
    <w:p>
      <w:r>
        <w:br/>
        <w:t>Вже вечоріло, коли ми опинились на околиці села.</w:t>
      </w:r>
    </w:p>
    <w:p>
      <w:r>
        <w:br/>
        <w:t>Велике червоне сонце висіло над обрієм, ось-ось сяде на далекий пружок.</w:t>
      </w:r>
    </w:p>
    <w:p>
      <w:r>
        <w:br/>
        <w:t>— Отут воно мені й попалось, бідолашне... Батько розтулив свого картуза. Думали, що зайченя зразу дремене, а воно сиділо й злякано щулило вуха.</w:t>
      </w:r>
    </w:p>
    <w:p>
      <w:r>
        <w:br/>
        <w:t>— І тут боїться,— усміхнувся батько.— Давайте відійдемо вбік.</w:t>
      </w:r>
    </w:p>
    <w:p>
      <w:r>
        <w:br/>
        <w:t>Відійшли, стали віддаля, дивимось.</w:t>
      </w:r>
    </w:p>
    <w:p>
      <w:r>
        <w:br/>
        <w:t>Зайченя якось дивно ворухнуло передніми лапками — й таки стрибнуло. М'яко, легенько стрибнуло, наче не вірило в свою волю. І скоро зникло у вівсі.</w:t>
      </w:r>
    </w:p>
    <w:p>
      <w:r>
        <w:br/>
        <w:t>А нам чомусь стало жаль. На коротку хвильку стало жаль, а потім, сміючись, розказували одне одному, як зайченя ворухнулось, як пострибало в овес.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Сіре зайченя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