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Скоробагатько</w:t>
      </w:r>
    </w:p>
    <w:p>
      <w:r>
        <w:br/>
        <w:t xml:space="preserve"> Десь на шляху, біля діброви,&lt;br /&gt;</w:t>
        <w:br/>
        <w:t>У хаті чепурній шинкарочка жила;&lt;br /&gt;</w:t>
        <w:br/>
        <w:t>Про біле личко, чорні брови&lt;br /&gt;</w:t>
        <w:br/>
        <w:t>Далеко чутка йшла.&lt;br /&gt;</w:t>
        <w:br/>
        <w:t>Один купець — забув, як звати,-&lt;br /&gt;</w:t>
        <w:br/>
        <w:t>Із ярмарку багато грошей віз&lt;br /&gt;</w:t>
        <w:br/>
        <w:t>І до шинкарчиної хати&lt;br /&gt;</w:t>
        <w:br/>
        <w:t>Він привернув і з воза зліз.&lt;br /&gt;</w:t>
        <w:br/>
        <w:t>Вишнівочка-первак, хазяйка чорноброва,&lt;br /&gt;</w:t>
        <w:br/>
        <w:t>Та ще к тому веселая розмова&lt;br /&gt;</w:t>
        <w:br/>
        <w:t>Забавили його,&lt;br /&gt;</w:t>
        <w:br/>
        <w:t>І він забув погонича свого.&lt;br /&gt;</w:t>
        <w:br/>
        <w:t>Шинкарка язиком, як на цимбалах, грає,&lt;br /&gt;</w:t>
        <w:br/>
        <w:t>Купець, прицмокуючи, п’є,&lt;br /&gt;</w:t>
        <w:br/>
        <w:t>Погонич все на клунок поглядає,&lt;br /&gt;</w:t>
        <w:br/>
        <w:t>Бо догадавсь, яке добро там є.&lt;br /&gt;</w:t>
        <w:br/>
        <w:t>У хаті жарти, сміх; погонич пильно слуха&lt;br /&gt;</w:t>
        <w:br/>
        <w:t>Та й думає: "Багатим всюди рай".&lt;br /&gt;</w:t>
        <w:br/>
        <w:t>А біс йому в обидва вуха&lt;br /&gt;</w:t>
        <w:br/>
        <w:t>Все шепче: "Утікай!&lt;br /&gt;</w:t>
        <w:br/>
        <w:t>Багатирем ти станеш, будеш паном,&lt;br /&gt;</w:t>
        <w:br/>
        <w:t>Розкошуватимеш весь вік…"&lt;br /&gt;</w:t>
        <w:br/>
        <w:t>І розум в голові покривсь чудним туманом…&lt;br /&gt;</w:t>
        <w:br/>
        <w:t>Погнав він коненят і десь у полі зник.&lt;br /&gt;</w:t>
        <w:br/>
        <w:t>Одумався гуляка, вийшов з хати,&lt;br /&gt;</w:t>
        <w:br/>
        <w:t>Туди-сюди — було та загуло…&lt;br /&gt;</w:t>
        <w:br/>
        <w:t>Купець заметушивсь…"Рятуйте!" — став кричати,&lt;br /&gt;</w:t>
        <w:br/>
        <w:t>А рятувать і нікому було.&lt;br /&gt;</w:t>
        <w:br/>
        <w:t>Побіг він, плачучи, шукати вітра в полі;&lt;br /&gt;</w:t>
        <w:br/>
        <w:t>Нема ні чутки, ні сліда.&lt;br /&gt;</w:t>
        <w:br/>
        <w:t>Не сподівався він такої злої долі,&lt;br /&gt;</w:t>
        <w:br/>
        <w:t>Не снилася йому така біда.&lt;br /&gt;</w:t>
        <w:br/>
        <w:t>Літали в полі скрізь і вітра не піймали…&lt;br /&gt;</w:t>
        <w:br/>
        <w:t>Рибалки шапочку край берега найшли,&lt;br /&gt;</w:t>
        <w:br/>
        <w:t>І хвилі їм нічого не сказали,&lt;br /&gt;</w:t>
        <w:br/>
        <w:t>До моря горе понесли.</w:t>
      </w:r>
    </w:p>
    <w:p>
      <w:r>
        <w:br/>
        <w:t>За днями дні летіли і минали;&lt;br /&gt;</w:t>
        <w:br/>
        <w:t>Пристарілось і те, що змолоду цвіло;&lt;br /&gt;</w:t>
        <w:br/>
        <w:t>Багато деяких пісень переспівали;&lt;br /&gt;</w:t>
        <w:br/>
        <w:t>Постало те, чого і не було.&lt;br /&gt;</w:t>
        <w:br/>
        <w:t>Скоробагатько по горі скотився,&lt;br /&gt;</w:t>
        <w:br/>
        <w:t>У городі на ноги став,-&lt;br /&gt;</w:t>
        <w:br/>
        <w:t>На пустирі будинок уродився&lt;br /&gt;</w:t>
        <w:br/>
        <w:t>І всіх причарував.&lt;br /&gt;</w:t>
        <w:br/>
        <w:t>Меди і вина щастя розливало,&lt;br /&gt;</w:t>
        <w:br/>
        <w:t>Скоробагатько панував,&lt;br /&gt;</w:t>
        <w:br/>
        <w:t>Усе йому кувало і плескало,&lt;br /&gt;</w:t>
        <w:br/>
        <w:t>І чорт дітей, як кажуть, колихав.&lt;br /&gt;</w:t>
        <w:br/>
        <w:t>Як бджоли на той мед, злітались городяне,&lt;br /&gt;</w:t>
        <w:br/>
        <w:t>І ласо їли всі, і солодко пили,&lt;br /&gt;</w:t>
        <w:br/>
        <w:t>Розумником його зробили громадяне,&lt;br /&gt;</w:t>
        <w:br/>
        <w:t>Хоч казочку про шапочку й плели…&lt;br /&gt;</w:t>
        <w:br/>
        <w:t>Що язики! Не вимовчать ніколи,&lt;br /&gt;</w:t>
        <w:br/>
        <w:t>А добрі пироги&lt;br /&gt;</w:t>
        <w:br/>
        <w:t>Не вороги;&lt;br /&gt;</w:t>
        <w:br/>
        <w:t>Не слід цураться хліба й солі.</w:t>
      </w:r>
    </w:p>
    <w:p>
      <w:r>
        <w:br/>
        <w:t>Хотів сказать ще більше я,&lt;br /&gt;</w:t>
        <w:br/>
        <w:t>Та перебила доленька моя:&lt;br /&gt;</w:t>
        <w:br/>
        <w:t>"Даремна,— каже,— річ, і рот тобі замажуть,&lt;br /&gt;</w:t>
        <w:br/>
        <w:t>Сиди собі, не лізь,&lt;br /&gt;</w:t>
        <w:br/>
        <w:t>Бо золотий обушок, люди кажуть,&lt;br /&gt;</w:t>
        <w:br/>
        <w:t>Відчинить двері скрізь".&lt;br /&gt;</w:t>
        <w:br/>
        <w:t>1892-1893.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Скоробагатько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