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"плакати"</w:t>
      </w:r>
    </w:p>
    <w:p>
      <w:r>
        <w:br/>
        <w:t xml:space="preserve"> Колись таки житимуть люди щасливо,&lt;br /&gt;</w:t>
        <w:br/>
        <w:t>Забудуть про сльози й плачі.&lt;br /&gt;</w:t>
        <w:br/>
        <w:t>І дуже можливо,&lt;br /&gt;</w:t>
        <w:br/>
        <w:t>Що діти, малі читачі,&lt;br /&gt;</w:t>
        <w:br/>
        <w:t>У книжці старій випадково&lt;br /&gt;</w:t>
        <w:br/>
        <w:t>Натраплять забуте слово&lt;br /&gt;</w:t>
        <w:br/>
        <w:t>Й спитають учительку хором:&lt;br /&gt;</w:t>
        <w:br/>
        <w:t>— Синьйоро!&lt;br /&gt;</w:t>
        <w:br/>
        <w:t>А що воно за&lt;br /&gt;</w:t>
        <w:br/>
        <w:t>с л ь о з а?&lt;br /&gt;</w:t>
        <w:br/>
        <w:t>І як ото —&lt;br /&gt;</w:t>
        <w:br/>
        <w:t>п л а к а т и? —&lt;br /&gt;</w:t>
        <w:br/>
        <w:t>Учителька сивим волоссям трусне,&lt;br /&gt;</w:t>
        <w:br/>
        <w:t>Всміхнеться до учнів крізь скельця пенсне&lt;br /&gt;</w:t>
        <w:br/>
        <w:t>Й почне&lt;br /&gt;</w:t>
        <w:br/>
        <w:t>Пояснять і тлумачить,&lt;br /&gt;</w:t>
        <w:br/>
        <w:t>Що воно значить.</w:t>
      </w:r>
    </w:p>
    <w:p>
      <w:r>
        <w:br/>
        <w:t>Уважно прослухають вчительку діти,&lt;br /&gt;</w:t>
        <w:br/>
        <w:t>Хоч, мабуть, не зможуть того зрозуміти,&lt;br /&gt;</w:t>
        <w:br/>
        <w:t>І дома, до жартів охочі,&lt;br /&gt;</w:t>
        <w:br/>
        <w:t>Натруть цибулею очі,&lt;br /&gt;</w:t>
        <w:br/>
        <w:t>Та замість плачу у них&lt;br /&gt;</w:t>
        <w:br/>
        <w:t>Вийде крізь сльози сміх.&lt;br /&gt;</w:t>
        <w:br/>
        <w:t>І ось поведуть цікавих дітей,&lt;br /&gt;</w:t>
        <w:br/>
        <w:t>Як водять в звіринець чи в ліс,&lt;br /&gt;</w:t>
        <w:br/>
        <w:t>Колись на екскурсію в древній музей,&lt;br /&gt;</w:t>
        <w:br/>
        <w:t>Похмурий музей&lt;br /&gt;</w:t>
        <w:br/>
        <w:t>Сліз.</w:t>
      </w:r>
    </w:p>
    <w:p>
      <w:r>
        <w:br/>
        <w:t>Похмурий музей, та байдуже —&lt;br /&gt;</w:t>
        <w:br/>
        <w:t>Печаляться діти не дуже.</w:t>
      </w:r>
    </w:p>
    <w:p>
      <w:r>
        <w:br/>
        <w:t>На щастя, той біль, що нас мучив колись,&lt;br /&gt;</w:t>
        <w:br/>
        <w:t>Не так, як теперішній, чути,&lt;br /&gt;</w:t>
        <w:br/>
        <w:t>І сльози гіркі, що в минулім лились,&lt;br /&gt;</w:t>
        <w:br/>
        <w:t>Сьогодні ми можем забути.</w:t>
      </w:r>
    </w:p>
    <w:p>
      <w:r>
        <w:br/>
        <w:t>Учителька скаже: — Хлоп'ята, дівчата,&lt;br /&gt;</w:t>
        <w:br/>
        <w:t>Ми зараз оглянемо всі експонати.</w:t>
      </w:r>
    </w:p>
    <w:p>
      <w:r>
        <w:br/>
        <w:t>Он сльози, що мати над сином лила,&lt;br /&gt;</w:t>
        <w:br/>
        <w:t>Як мерз він у люті морози.&lt;br /&gt;</w:t>
        <w:br/>
        <w:t>Он — сльози жінок, що не мали житла,&lt;br /&gt;</w:t>
        <w:br/>
        <w:t>А ось — безробітного сльози.&lt;br /&gt;</w:t>
        <w:br/>
        <w:t>Ці сльози зронив чорношкірий хлопчак —&lt;br /&gt;</w:t>
        <w:br/>
        <w:t>За те, що він негр,— його били,&lt;br /&gt;</w:t>
        <w:br/>
        <w:t>Хоч сльози, здається, на вигляд і смак&lt;br /&gt;</w:t>
        <w:br/>
        <w:t>Однакові в чорних і в білих... —&lt;br /&gt;</w:t>
        <w:br/>
        <w:t>Тут учні спитають учительку враз:&lt;br /&gt;</w:t>
        <w:br/>
        <w:t>— Синьйоро! Він плакав від болю?&lt;br /&gt;</w:t>
        <w:br/>
        <w:t>— Ні, діти, він хлинув один тільки раз&lt;br /&gt;</w:t>
        <w:br/>
        <w:t>І тут же поклявся: "Доволі!"&lt;br /&gt;</w:t>
        <w:br/>
        <w:t>Так діти щасливі&lt;br /&gt;</w:t>
        <w:br/>
        <w:t>Майбутніх людей&lt;br /&gt;</w:t>
        <w:br/>
        <w:t>Узнають про сльози&lt;br /&gt;</w:t>
        <w:br/>
        <w:t>Колишніх дітей,&lt;br /&gt;</w:t>
        <w:br/>
        <w:t>Про тих, що і мерзли,&lt;br /&gt;</w:t>
        <w:br/>
        <w:t>Й голодували,&lt;br /&gt;</w:t>
        <w:br/>
        <w:t>Про тих, що страждали,&lt;br /&gt;</w:t>
        <w:br/>
        <w:t>Що гірко ридали.&lt;br /&gt;</w:t>
        <w:br/>
        <w:t>І скаже учителька:&lt;br /&gt;</w:t>
        <w:br/>
        <w:t>— Сльози текли,&lt;br /&gt;</w:t>
        <w:br/>
        <w:t>І моря солоного грізні вали&lt;br /&gt;</w:t>
        <w:br/>
        <w:t>Змели із землі перешкоду&lt;br /&gt;</w:t>
        <w:br/>
        <w:t>До щастя людського 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"плакати"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