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 у Флоренції</w:t>
      </w:r>
    </w:p>
    <w:p>
      <w:r>
        <w:br/>
        <w:t xml:space="preserve"> СНІГ У ФЛОРЕНЦІЇ&lt;br /&gt;</w:t>
        <w:br/>
        <w:t>Драматична поема</w:t>
      </w:r>
    </w:p>
    <w:p>
      <w:r>
        <w:br/>
        <w:t>ДІЙОВІ ОСОБИ</w:t>
      </w:r>
    </w:p>
    <w:p>
      <w:r>
        <w:br/>
        <w:t>Джованфранческо Рустичі (Старий)&lt;br /&gt;</w:t>
        <w:br/>
        <w:t>Флорентієць&lt;br /&gt;</w:t>
        <w:br/>
        <w:t>Двоє ченців&lt;br /&gt;</w:t>
        <w:br/>
        <w:t>Брат Домінік&lt;br /&gt;</w:t>
        <w:br/>
        <w:t>Три статуї святих у глибині саду&lt;br /&gt;</w:t>
        <w:br/>
        <w:t>Дев’ять муз,&lt;br /&gt;</w:t>
        <w:br/>
        <w:t>вони ж — в подобі карнавальних флорентійок,&lt;br /&gt;</w:t>
        <w:br/>
        <w:t>вони ж — в подобі преціозних дам&lt;br /&gt;</w:t>
        <w:br/>
        <w:t>Сублімований чортик&lt;br /&gt;</w:t>
        <w:br/>
        <w:t>Маріелла</w:t>
      </w:r>
    </w:p>
    <w:p>
      <w:r>
        <w:br/>
        <w:t>Дія відбувається в монастирі старовинного французького містечка Тур. XVI століття.</w:t>
      </w:r>
    </w:p>
    <w:p>
      <w:r>
        <w:br/>
        <w:t>Завіса розсувається, як брама.&lt;br /&gt;</w:t>
        <w:br/>
        <w:t>ДІЯ І</w:t>
      </w:r>
    </w:p>
    <w:p>
      <w:r>
        <w:br/>
        <w:t>Глухий закуток монастирського саду. Камінний мур у заростях малини, у здичавілих нетрях бузини. Час надвечірній. Статуї святих біля стіни старого храму. Фрагмент високих риштувань і сходи, що ведуть на риштування — кудись туди, аж під ґотичний дах.</w:t>
      </w:r>
    </w:p>
    <w:p>
      <w:r>
        <w:br/>
        <w:t>У центрі проста дерев’яна лава, на ній сидить похилений Старий.</w:t>
      </w:r>
    </w:p>
    <w:p>
      <w:r>
        <w:br/>
        <w:t>З’являються, як тіні, два Ченці, один із фоліантом під пахвою. Але ми будем звати їх монахами, "чернець"-бо слово чорне і сумне, "монах" — товсте і значно веселіше.</w:t>
      </w:r>
    </w:p>
    <w:p>
      <w:r>
        <w:br/>
        <w:t>Перший монах</w:t>
      </w:r>
    </w:p>
    <w:p>
      <w:r>
        <w:br/>
        <w:t>Іди сюди. Тут затишок, дерева.&lt;br /&gt;</w:t>
        <w:br/>
        <w:t>То, може, хоч тепер дограємо ту гру.</w:t>
      </w:r>
    </w:p>
    <w:p>
      <w:r>
        <w:br/>
        <w:t>(Виймає шахи з тайничка оправи і, озираючись, відновлює позицію)</w:t>
      </w:r>
    </w:p>
    <w:p>
      <w:r>
        <w:br/>
        <w:t>Тут був король. А тут ось королева.&lt;br /&gt;</w:t>
        <w:br/>
        <w:t>Був хід конем. Я взяв твою туру.&lt;br /&gt;</w:t>
        <w:br/>
        <w:t>Твій хід. Ходи.</w:t>
      </w:r>
    </w:p>
    <w:p>
      <w:r>
        <w:br/>
        <w:t>Другий монах (кивнувши на Старого)</w:t>
      </w:r>
    </w:p>
    <w:p>
      <w:r>
        <w:br/>
        <w:t>А той нас не угледить?&lt;br /&gt;</w:t>
        <w:br/>
        <w:t>Чого він там сидить, насумрився, — дріма?&lt;br /&gt;</w:t>
        <w:br/>
        <w:t>Абату донесе, абат нас не погладить.</w:t>
      </w:r>
    </w:p>
    <w:p>
      <w:r>
        <w:br/>
        <w:t>Перший монах</w:t>
      </w:r>
    </w:p>
    <w:p>
      <w:r>
        <w:br/>
        <w:t>Та він такий, що вже його нема.&lt;br /&gt;</w:t>
        <w:br/>
        <w:t>Держись, ходжу. Ти що, мене кусати?</w:t>
      </w:r>
    </w:p>
    <w:p>
      <w:r>
        <w:br/>
        <w:t>Другий монах</w:t>
      </w:r>
    </w:p>
    <w:p>
      <w:r>
        <w:br/>
        <w:t>А ти ж як думав? Без ніяких фор.</w:t>
      </w:r>
    </w:p>
    <w:p>
      <w:r>
        <w:br/>
        <w:t>Перший монах</w:t>
      </w:r>
    </w:p>
    <w:p>
      <w:r>
        <w:br/>
        <w:t>Його привіз синьйор, такий носатий.&lt;br /&gt;</w:t>
        <w:br/>
        <w:t>І заплатив. Нещедрий був синьйор.&lt;br /&gt;</w:t>
        <w:br/>
        <w:t>За догляд, за тапчан, за монастирську юшку.&lt;br /&gt;</w:t>
        <w:br/>
        <w:t>За місце у землі, бо він йому земляк.&lt;br /&gt;</w:t>
        <w:br/>
        <w:t>Ну, прийняли. Дали якусь рядюжку.&lt;br /&gt;</w:t>
        <w:br/>
        <w:t>То він тут сів у затінку й закляк.</w:t>
      </w:r>
    </w:p>
    <w:p>
      <w:r>
        <w:br/>
        <w:t>Другий монах</w:t>
      </w:r>
    </w:p>
    <w:p>
      <w:r>
        <w:br/>
        <w:t>Ото не пощастило чоловіку…&lt;br /&gt;</w:t>
        <w:br/>
        <w:t>А що ж ти тут слона не захистив?</w:t>
      </w:r>
    </w:p>
    <w:p>
      <w:r>
        <w:br/>
        <w:t>Перший монах</w:t>
      </w:r>
    </w:p>
    <w:p>
      <w:r>
        <w:br/>
        <w:t>Та бий вже, бий.</w:t>
      </w:r>
    </w:p>
    <w:p>
      <w:r>
        <w:br/>
        <w:t>Другий монах</w:t>
      </w:r>
    </w:p>
    <w:p>
      <w:r>
        <w:br/>
        <w:t>Щоб так на схилку віку&lt;br /&gt;</w:t>
        <w:br/>
        <w:t>із милості попасти в монастир!</w:t>
      </w:r>
    </w:p>
    <w:p>
      <w:r>
        <w:br/>
        <w:t>Перший монах</w:t>
      </w:r>
    </w:p>
    <w:p>
      <w:r>
        <w:br/>
        <w:t>Шах королю. Рятуй свою корону.&lt;br /&gt;</w:t>
        <w:br/>
        <w:t>В Парижі траур, при дворі гризня.&lt;br /&gt;</w:t>
        <w:br/>
        <w:t>Король умер. І, звісно, хто при ньому&lt;br /&gt;</w:t>
        <w:br/>
        <w:t>був на коні, — посипались з коня.</w:t>
      </w:r>
    </w:p>
    <w:p>
      <w:r>
        <w:br/>
        <w:t>Другий монах</w:t>
      </w:r>
    </w:p>
    <w:p>
      <w:r>
        <w:br/>
        <w:t>То, може, це хтось із вельможних? Може,</w:t>
      </w:r>
    </w:p>
    <w:p>
      <w:r>
        <w:br/>
        <w:t>(притишив голос)</w:t>
      </w:r>
    </w:p>
    <w:p>
      <w:r>
        <w:br/>
        <w:t>це сам шу-шу тепер в такій нужді?</w:t>
      </w:r>
    </w:p>
    <w:p>
      <w:r>
        <w:br/>
        <w:t>Перший монах</w:t>
      </w:r>
    </w:p>
    <w:p>
      <w:r>
        <w:br/>
        <w:t>Та ні, він щось не схожий на вельможу.&lt;br /&gt;</w:t>
        <w:br/>
        <w:t>А втім, хто зна, який він був тоді?</w:t>
      </w:r>
    </w:p>
    <w:p>
      <w:r>
        <w:br/>
        <w:t>Другий монах</w:t>
      </w:r>
    </w:p>
    <w:p>
      <w:r>
        <w:br/>
        <w:t>(про всяк випадок голосно)</w:t>
      </w:r>
    </w:p>
    <w:p>
      <w:r>
        <w:br/>
        <w:t>Новий король, є чутка, справедливий!&lt;br /&gt;</w:t>
        <w:br/>
        <w:t>Новий король є втілення чеснот!</w:t>
      </w:r>
    </w:p>
    <w:p>
      <w:r>
        <w:br/>
        <w:t>Перший монах</w:t>
      </w:r>
    </w:p>
    <w:p>
      <w:r>
        <w:br/>
        <w:t>Не говори до яблуні й до сливи.&lt;br /&gt;</w:t>
        <w:br/>
        <w:t>Чого боїшся, ти ж не гугенот.</w:t>
      </w:r>
    </w:p>
    <w:p>
      <w:r>
        <w:br/>
        <w:t>Другий монах</w:t>
      </w:r>
    </w:p>
    <w:p>
      <w:r>
        <w:br/>
        <w:t>А чи не вухо підіслав душпастир?&lt;br /&gt;</w:t>
        <w:br/>
        <w:t>Щось той старий і вчора тут різьбив.</w:t>
      </w:r>
    </w:p>
    <w:p>
      <w:r>
        <w:br/>
        <w:t>Перший монах</w:t>
      </w:r>
    </w:p>
    <w:p>
      <w:r>
        <w:br/>
        <w:t>Мабуть, в миру був непоганий майстер.&lt;br /&gt;</w:t>
        <w:br/>
        <w:t>Це ж він мені ці шахи і зробив.</w:t>
      </w:r>
    </w:p>
    <w:p>
      <w:r>
        <w:br/>
        <w:t>Диви, яка робота філігранна!&lt;br /&gt;</w:t>
        <w:br/>
        <w:t>Які бундючні й пишні королі!&lt;br /&gt;</w:t>
        <w:br/>
        <w:t>А пішаки — то вбитий, то поранений.&lt;br /&gt;</w:t>
        <w:br/>
        <w:t>А кінь, ну й кінь! — без вершника в сідлі.</w:t>
      </w:r>
    </w:p>
    <w:p>
      <w:r>
        <w:br/>
        <w:t>(Підносить до очей малесенькі фігурки)</w:t>
      </w:r>
    </w:p>
    <w:p>
      <w:r>
        <w:br/>
        <w:t>А королева, страшно взять за талію!</w:t>
      </w:r>
    </w:p>
    <w:p>
      <w:r>
        <w:br/>
        <w:t>Другий монах</w:t>
      </w:r>
    </w:p>
    <w:p>
      <w:r>
        <w:br/>
        <w:t>Ти що їх держиш, наче комарів?</w:t>
      </w:r>
    </w:p>
    <w:p>
      <w:r>
        <w:br/>
        <w:t>Перший монах</w:t>
      </w:r>
    </w:p>
    <w:p>
      <w:r>
        <w:br/>
        <w:t>Так розтерзали бідну ту Італію.&lt;br /&gt;</w:t>
        <w:br/>
        <w:t>Все ділять, ділять…</w:t>
      </w:r>
    </w:p>
    <w:p>
      <w:r>
        <w:br/>
        <w:t>Другий монах</w:t>
      </w:r>
    </w:p>
    <w:p>
      <w:r>
        <w:br/>
        <w:t>Тихше, ти здурів?</w:t>
      </w:r>
    </w:p>
    <w:p>
      <w:r>
        <w:br/>
        <w:t>Перший монах</w:t>
      </w:r>
    </w:p>
    <w:p>
      <w:r>
        <w:br/>
        <w:t>Все в барабани луплять на вербовку.&lt;br /&gt;</w:t>
        <w:br/>
        <w:t>Їм люди що? Курчата для шулік.</w:t>
      </w:r>
    </w:p>
    <w:p>
      <w:r>
        <w:br/>
        <w:t>Другий монах</w:t>
      </w:r>
    </w:p>
    <w:p>
      <w:r>
        <w:br/>
        <w:t>Мовчи, дивись, бо за таку розмовку&lt;br /&gt;</w:t>
        <w:br/>
        <w:t>щоб хто тебе за грати не упік.</w:t>
      </w:r>
    </w:p>
    <w:p>
      <w:r>
        <w:br/>
        <w:t>Перший монах</w:t>
      </w:r>
    </w:p>
    <w:p>
      <w:r>
        <w:br/>
        <w:t>Я хіба що, я навпаки. Я зроду.&lt;br /&gt;</w:t>
        <w:br/>
        <w:t>Я мислі зав’язав на три вузли.&lt;br /&gt;</w:t>
        <w:br/>
        <w:t>Я просто так, глас божий — глас народу.&lt;br /&gt;</w:t>
        <w:br/>
        <w:t>При тому королі то й зв’язаних везли.</w:t>
      </w:r>
    </w:p>
    <w:p>
      <w:r>
        <w:br/>
        <w:t>Другий монах</w:t>
      </w:r>
    </w:p>
    <w:p>
      <w:r>
        <w:br/>
        <w:t>Мовчи.</w:t>
      </w:r>
    </w:p>
    <w:p>
      <w:r>
        <w:br/>
        <w:t>Перший монах</w:t>
      </w:r>
    </w:p>
    <w:p>
      <w:r>
        <w:br/>
        <w:t>Мовчу. Що я сказав такого?&lt;br /&gt;</w:t>
        <w:br/>
        <w:t>Ти що, не чув подібних таємниць?</w:t>
      </w:r>
    </w:p>
    <w:p>
      <w:r>
        <w:br/>
        <w:t>Другий монах</w:t>
      </w:r>
    </w:p>
    <w:p>
      <w:r>
        <w:br/>
        <w:t>Франціск Ассізький промовляв до птиць.&lt;br /&gt;</w:t>
        <w:br/>
        <w:t>І до вовків. А більше ні до кого.</w:t>
      </w:r>
    </w:p>
    <w:p>
      <w:r>
        <w:br/>
        <w:t>(Посутеніло. Пролетів кажан. Монах зіщулився, провів його очима.&lt;br /&gt;</w:t>
        <w:br/>
        <w:t>А інший, яблуко зірвавши над собою, ще надзелень, із хрускотом гризнув)</w:t>
      </w:r>
    </w:p>
    <w:p>
      <w:r>
        <w:br/>
        <w:t>Перший монах</w:t>
      </w:r>
    </w:p>
    <w:p>
      <w:r>
        <w:br/>
        <w:t>Ух, кисле!</w:t>
      </w:r>
    </w:p>
    <w:p>
      <w:r>
        <w:br/>
        <w:t>Другий монах</w:t>
      </w:r>
    </w:p>
    <w:p>
      <w:r>
        <w:br/>
        <w:t>Певно, те було солодше.</w:t>
      </w:r>
    </w:p>
    <w:p>
      <w:r>
        <w:br/>
        <w:t>Перший монах</w:t>
      </w:r>
    </w:p>
    <w:p>
      <w:r>
        <w:br/>
        <w:t>А скільки раз Адам його вкусив?</w:t>
      </w:r>
    </w:p>
    <w:p>
      <w:r>
        <w:br/>
        <w:t>Другий монах</w:t>
      </w:r>
    </w:p>
    <w:p>
      <w:r>
        <w:br/>
        <w:t>Не їж із гілки, подивися, от же&lt;br /&gt;</w:t>
        <w:br/>
        <w:t>учора вітер спілих натрусив.</w:t>
      </w:r>
    </w:p>
    <w:p>
      <w:r>
        <w:br/>
        <w:t>Перший монах</w:t>
      </w:r>
    </w:p>
    <w:p>
      <w:r>
        <w:br/>
        <w:t>А важко жити в світі чоловіку.&lt;br /&gt;</w:t>
        <w:br/>
        <w:t>Куди не глянеш, все якийсь запрет.&lt;br /&gt;</w:t>
        <w:br/>
        <w:t>Ото вже як пішло із первовіку,&lt;br /&gt;</w:t>
        <w:br/>
        <w:t>то так уже на всі віки вперед.&lt;br /&gt;</w:t>
        <w:br/>
        <w:t>Хоч би й ця гра. Ну чим вона безбожна?&lt;br /&gt;</w:t>
        <w:br/>
        <w:t>Ось коник білий, коник вороний.</w:t>
      </w:r>
    </w:p>
    <w:p>
      <w:r>
        <w:br/>
        <w:t>Другий монах</w:t>
      </w:r>
    </w:p>
    <w:p>
      <w:r>
        <w:br/>
        <w:t>Ти не ропщи. Не можна, то й не можна.&lt;br /&gt;</w:t>
        <w:br/>
        <w:t>Сам кардинал цю гру заборонив.</w:t>
      </w:r>
    </w:p>
    <w:p>
      <w:r>
        <w:br/>
        <w:t>Перший монах</w:t>
      </w:r>
    </w:p>
    <w:p>
      <w:r>
        <w:br/>
        <w:t>Але за віщо?! Чим вона погана?&lt;br /&gt;</w:t>
        <w:br/>
        <w:t>У шахи ж грали, не якийсь Амур, —&lt;br /&gt;</w:t>
        <w:br/>
        <w:t>король Альфонс, аптекар Даміано,&lt;br /&gt;</w:t>
        <w:br/>
        <w:t>раввин Бен-Езра і кривий Тимур.</w:t>
      </w:r>
    </w:p>
    <w:p>
      <w:r>
        <w:br/>
        <w:t>Другий монах</w:t>
      </w:r>
    </w:p>
    <w:p>
      <w:r>
        <w:br/>
        <w:t>Це гра персидська, там немає бога.&lt;br /&gt;</w:t>
        <w:br/>
        <w:t>Ії придумав мусульманський шейх.</w:t>
      </w:r>
    </w:p>
    <w:p>
      <w:r>
        <w:br/>
        <w:t>Перший монах</w:t>
      </w:r>
    </w:p>
    <w:p>
      <w:r>
        <w:br/>
        <w:t>Сиди й тремти, душа твоя убога,&lt;br /&gt;</w:t>
        <w:br/>
        <w:t>то, може, нам що заборонять ще.</w:t>
      </w:r>
    </w:p>
    <w:p>
      <w:r>
        <w:br/>
        <w:t>Другий монах</w:t>
      </w:r>
    </w:p>
    <w:p>
      <w:r>
        <w:br/>
        <w:t>Я не тремтю. Тремтить мізерне тіло.&lt;br /&gt;</w:t>
        <w:br/>
        <w:t>Та тихше, тихше, яблуком хрумтиш!&lt;br /&gt;</w:t>
        <w:br/>
        <w:t>Вже стільки тих багать одгуготіло,&lt;br /&gt;</w:t>
        <w:br/>
        <w:t>що мимоволі сядеш та й тремтиш.&lt;br /&gt;</w:t>
        <w:br/>
        <w:t>Це — гра бісовська.</w:t>
      </w:r>
    </w:p>
    <w:p>
      <w:r>
        <w:br/>
        <w:t>Перший монах</w:t>
      </w:r>
    </w:p>
    <w:p>
      <w:r>
        <w:br/>
        <w:t>Що ти, посоромся!</w:t>
      </w:r>
    </w:p>
    <w:p>
      <w:r>
        <w:br/>
        <w:t>Другий монах</w:t>
      </w:r>
    </w:p>
    <w:p>
      <w:r>
        <w:br/>
        <w:t>Він десь отам сидить у блекоті.</w:t>
      </w:r>
    </w:p>
    <w:p>
      <w:r>
        <w:br/>
        <w:t>Перший монах</w:t>
      </w:r>
    </w:p>
    <w:p>
      <w:r>
        <w:br/>
        <w:t>Колись одна графиня барселонська&lt;br /&gt;</w:t>
        <w:br/>
        <w:t>то навіть грала в шахи золоті.</w:t>
      </w:r>
    </w:p>
    <w:p>
      <w:r>
        <w:br/>
        <w:t>Другий монах</w:t>
      </w:r>
    </w:p>
    <w:p>
      <w:r>
        <w:br/>
        <w:t>Та бог з тобою, тихше, не мели ти!</w:t>
      </w:r>
    </w:p>
    <w:p>
      <w:r>
        <w:br/>
        <w:t>Перший монах</w:t>
      </w:r>
    </w:p>
    <w:p>
      <w:r>
        <w:br/>
        <w:t>Свята Тереза грала так, що ну!&lt;br /&gt;</w:t>
        <w:br/>
        <w:t>Бувало, каже: сотворя молитви,&lt;br /&gt;</w:t>
        <w:br/>
        <w:t>пора загнати в клітку сатану.</w:t>
      </w:r>
    </w:p>
    <w:p>
      <w:r>
        <w:br/>
        <w:t>Другий монах</w:t>
      </w:r>
    </w:p>
    <w:p>
      <w:r>
        <w:br/>
        <w:t>Ой, гріх!</w:t>
      </w:r>
    </w:p>
    <w:p>
      <w:r>
        <w:br/>
        <w:t>Перший монах</w:t>
      </w:r>
    </w:p>
    <w:p>
      <w:r>
        <w:br/>
        <w:t>Та скільки там гріха того?</w:t>
      </w:r>
    </w:p>
    <w:p>
      <w:r>
        <w:br/>
        <w:t>Другий монах</w:t>
      </w:r>
    </w:p>
    <w:p>
      <w:r>
        <w:br/>
        <w:t>Щось шapyдить.</w:t>
      </w:r>
    </w:p>
    <w:p>
      <w:r>
        <w:br/>
        <w:t>Перший монах</w:t>
      </w:r>
    </w:p>
    <w:p>
      <w:r>
        <w:br/>
        <w:t>Не наганяй страху.</w:t>
      </w:r>
    </w:p>
    <w:p>
      <w:r>
        <w:br/>
        <w:t>Другий монах</w:t>
      </w:r>
    </w:p>
    <w:p>
      <w:r>
        <w:br/>
        <w:t>А як застануть?</w:t>
      </w:r>
    </w:p>
    <w:p>
      <w:r>
        <w:br/>
        <w:t>Перший монах</w:t>
      </w:r>
    </w:p>
    <w:p>
      <w:r>
        <w:br/>
        <w:t>Чорта волохатого&lt;br /&gt;</w:t>
        <w:br/>
        <w:t>я дам себе спіймати на гріху.</w:t>
      </w:r>
    </w:p>
    <w:p>
      <w:r>
        <w:br/>
        <w:t>Другий монах</w:t>
      </w:r>
    </w:p>
    <w:p>
      <w:r>
        <w:br/>
        <w:t>Так говорить ченцеві не пасує.&lt;br /&gt;</w:t>
        <w:br/>
        <w:t>Франціск Ассізький прагнув німоти.&lt;br /&gt;</w:t>
        <w:br/>
        <w:t>Магнітом слова, сказаного всує,&lt;br /&gt;</w:t>
        <w:br/>
        <w:t>усяку нечисть можна притягти.</w:t>
      </w:r>
    </w:p>
    <w:p>
      <w:r>
        <w:br/>
        <w:t>Перший монах</w:t>
      </w:r>
    </w:p>
    <w:p>
      <w:r>
        <w:br/>
        <w:t>О, вже зоря засвічує лампаду!</w:t>
      </w:r>
    </w:p>
    <w:p>
      <w:r>
        <w:br/>
        <w:t>Другий монах</w:t>
      </w:r>
    </w:p>
    <w:p>
      <w:r>
        <w:br/>
        <w:t>О, наче хтось зітхнув віддалеки!</w:t>
      </w:r>
    </w:p>
    <w:p>
      <w:r>
        <w:br/>
        <w:t>Перший монах</w:t>
      </w:r>
    </w:p>
    <w:p>
      <w:r>
        <w:br/>
        <w:t>Та кинь боятись. То Мадонна Саду&lt;br /&gt;</w:t>
        <w:br/>
        <w:t>балакає з Мадонною Ріки.</w:t>
      </w:r>
    </w:p>
    <w:p>
      <w:r>
        <w:br/>
        <w:t>Другий монах</w:t>
      </w:r>
    </w:p>
    <w:p>
      <w:r>
        <w:br/>
        <w:t>Щось пролетіло. Чорне, як ворона!</w:t>
      </w:r>
    </w:p>
    <w:p>
      <w:r>
        <w:br/>
        <w:t>Перший монах</w:t>
      </w:r>
    </w:p>
    <w:p>
      <w:r>
        <w:br/>
        <w:t>Та вгомонись, кажан або коти.</w:t>
      </w:r>
    </w:p>
    <w:p>
      <w:r>
        <w:br/>
        <w:t>Другий монах</w:t>
      </w:r>
    </w:p>
    <w:p>
      <w:r>
        <w:br/>
        <w:t>Щасливий ти, тобі усе Мадонна.&lt;br /&gt;</w:t>
        <w:br/>
        <w:t>Мені ж усе ввижаються чорти.&lt;br /&gt;</w:t>
        <w:br/>
        <w:t>Свят-свят, це він. Диви, он причаївся!</w:t>
      </w:r>
    </w:p>
    <w:p>
      <w:r>
        <w:br/>
        <w:t>Перший монах</w:t>
      </w:r>
    </w:p>
    <w:p>
      <w:r>
        <w:br/>
        <w:t>Кажу, кажан. Крилом десь ворухнув.</w:t>
      </w:r>
    </w:p>
    <w:p>
      <w:r>
        <w:br/>
        <w:t>Другий монах</w:t>
      </w:r>
    </w:p>
    <w:p>
      <w:r>
        <w:br/>
        <w:t>Я ж відчуваю. Грішників наївся,&lt;br /&gt;</w:t>
        <w:br/>
        <w:t>бо в шию так смолою і дихнув!</w:t>
      </w:r>
    </w:p>
    <w:p>
      <w:r>
        <w:br/>
        <w:t>(Прошелестів над яблунями вітер. Щось пирснуло в кущах, захихотіло)</w:t>
      </w:r>
    </w:p>
    <w:p>
      <w:r>
        <w:br/>
        <w:t>Другий монах</w:t>
      </w:r>
    </w:p>
    <w:p>
      <w:r>
        <w:br/>
        <w:t>О, чуєш, чуєш, він іще й сміється!&lt;br /&gt;</w:t>
        <w:br/>
        <w:t>Ходім, бо тут дограти не дадуть.</w:t>
      </w:r>
    </w:p>
    <w:p>
      <w:r>
        <w:br/>
        <w:t>Перший монах</w:t>
      </w:r>
    </w:p>
    <w:p>
      <w:r>
        <w:br/>
        <w:t>А що ж йому, чортяці, зостається, —&lt;br /&gt;</w:t>
        <w:br/>
        <w:t>ти так боїшся, що він мусить буть.</w:t>
      </w:r>
    </w:p>
    <w:p>
      <w:r>
        <w:br/>
        <w:t>(З кущів виходить Чортик волохатий і, помахавши хвостиком грайливо,&lt;br /&gt;</w:t>
        <w:br/>
        <w:t>з цікавістю спостерігає гру)</w:t>
      </w:r>
    </w:p>
    <w:p>
      <w:r>
        <w:br/>
        <w:t>Другий монах</w:t>
      </w:r>
    </w:p>
    <w:p>
      <w:r>
        <w:br/>
        <w:t>(нажахано, з докором)</w:t>
      </w:r>
    </w:p>
    <w:p>
      <w:r>
        <w:br/>
        <w:t>Накликав чорта словом необачним.&lt;br /&gt;</w:t>
        <w:br/>
        <w:t>Ой, наче щось скубнуло. А тебе?</w:t>
      </w:r>
    </w:p>
    <w:p>
      <w:r>
        <w:br/>
        <w:t>Перший монах</w:t>
      </w:r>
    </w:p>
    <w:p>
      <w:r>
        <w:br/>
        <w:t>Я не боюсь, то я його й не бачу.&lt;br /&gt;</w:t>
        <w:br/>
        <w:t>А ти тремтиш, то він тебе й скубе.</w:t>
      </w:r>
    </w:p>
    <w:p>
      <w:r>
        <w:br/>
        <w:t>(Підкрався Чортик, віхтиком хвоста полоскотав лякливого за вухом)</w:t>
      </w:r>
    </w:p>
    <w:p>
      <w:r>
        <w:br/>
        <w:t>Другий монах</w:t>
      </w:r>
    </w:p>
    <w:p>
      <w:r>
        <w:br/>
        <w:t>(увесь омлівши, злякано, ледь чутно)</w:t>
      </w:r>
    </w:p>
    <w:p>
      <w:r>
        <w:br/>
        <w:t>Ну, чи не взяв би його прах, —&lt;br /&gt;</w:t>
        <w:br/>
        <w:t>він довго буде ще мене страхати?</w:t>
      </w:r>
    </w:p>
    <w:p>
      <w:r>
        <w:br/>
        <w:t>Перший монах</w:t>
      </w:r>
    </w:p>
    <w:p>
      <w:r>
        <w:br/>
        <w:t>А може, навпаки, це твій же власний страх&lt;br /&gt;</w:t>
        <w:br/>
        <w:t>утілився в щось чорне й волохате?</w:t>
      </w:r>
    </w:p>
    <w:p>
      <w:r>
        <w:br/>
        <w:t>Другий монах</w:t>
      </w:r>
    </w:p>
    <w:p>
      <w:r>
        <w:br/>
        <w:t>Причім тут страх? Ти давній казуїст.&lt;br /&gt;</w:t>
        <w:br/>
        <w:t>Страх був би нереальніший хоч трішки.&lt;br /&gt;</w:t>
        <w:br/>
        <w:t>А то ж диви, цілком реальний хвіст&lt;br /&gt;</w:t>
        <w:br/>
        <w:t>і відповідно ратиці і ріжки.</w:t>
      </w:r>
    </w:p>
    <w:p>
      <w:r>
        <w:br/>
        <w:t>Перший монах</w:t>
      </w:r>
    </w:p>
    <w:p>
      <w:r>
        <w:br/>
        <w:t>Ну, хочеш, я пройду тобі крізь нього.&lt;br /&gt;</w:t>
        <w:br/>
        <w:t>Що, пересвідчивсь, де він, де він, де?</w:t>
      </w:r>
    </w:p>
    <w:p>
      <w:r>
        <w:br/>
        <w:t>(Ступнув до Чортика, той спритно увихнувся,&lt;br /&gt;</w:t>
        <w:br/>
        <w:t>і знов — для боязливого він є, небоязкий його не помічає)</w:t>
      </w:r>
    </w:p>
    <w:p>
      <w:r>
        <w:br/>
        <w:t>Другий монах</w:t>
      </w:r>
    </w:p>
    <w:p>
      <w:r>
        <w:br/>
        <w:t>Людських личин у сатани премного.&lt;br /&gt;</w:t>
        <w:br/>
        <w:t>Брат Домінік на розвідку іде.</w:t>
      </w:r>
    </w:p>
    <w:p>
      <w:r>
        <w:br/>
        <w:t>(Ховають шахи в тайничок оправи і, швидко розгорнувши фоліант,&lt;br /&gt;</w:t>
        <w:br/>
        <w:t>один з Монахів нібито читає.&lt;br /&gt;</w:t>
        <w:br/>
        <w:t>А Чортик миттю видерся по сходах, сублімувався десь між риштувань)</w:t>
      </w:r>
    </w:p>
    <w:p>
      <w:r>
        <w:br/>
        <w:t>Брат Домінік (наблизившись, суворо)</w:t>
      </w:r>
    </w:p>
    <w:p>
      <w:r>
        <w:br/>
        <w:t>Що бачу, браття? В час, коли всі ми&lt;br /&gt;</w:t>
        <w:br/>
        <w:t>возносимо молитву, — ви в садочку!</w:t>
      </w:r>
    </w:p>
    <w:p>
      <w:r>
        <w:br/>
        <w:t>Перший монах</w:t>
      </w:r>
    </w:p>
    <w:p>
      <w:r>
        <w:br/>
        <w:t>Я тут читав Давидові псалми,&lt;br /&gt;</w:t>
        <w:br/>
        <w:t>а цей достойник грівся в холодочку.</w:t>
      </w:r>
    </w:p>
    <w:p>
      <w:r>
        <w:br/>
        <w:t>Другий монах</w:t>
      </w:r>
    </w:p>
    <w:p>
      <w:r>
        <w:br/>
        <w:t>Так, так, я так.</w:t>
      </w:r>
    </w:p>
    <w:p>
      <w:r>
        <w:br/>
        <w:t>Перший монах (тихо)</w:t>
      </w:r>
    </w:p>
    <w:p>
      <w:r>
        <w:br/>
        <w:t>Ти менше озивайсь.</w:t>
      </w:r>
    </w:p>
    <w:p>
      <w:r>
        <w:br/>
        <w:t>(Уголос)</w:t>
      </w:r>
    </w:p>
    <w:p>
      <w:r>
        <w:br/>
        <w:t>Брат Домінік, у всіх свої таланти.</w:t>
      </w:r>
    </w:p>
    <w:p>
      <w:r>
        <w:br/>
        <w:t>Брат Домінік</w:t>
      </w:r>
    </w:p>
    <w:p>
      <w:r>
        <w:br/>
        <w:t>Я добре знаю, декотрі із вас&lt;br /&gt;</w:t>
        <w:br/>
        <w:t>запретну гру ховають в фоліанти.</w:t>
      </w:r>
    </w:p>
    <w:p>
      <w:r>
        <w:br/>
        <w:t>(Помацать хоче шкіряну оправу)</w:t>
      </w:r>
    </w:p>
    <w:p>
      <w:r>
        <w:br/>
        <w:t>Перший монах (обурено)</w:t>
      </w:r>
    </w:p>
    <w:p>
      <w:r>
        <w:br/>
        <w:t>Брат Домінік, я ще раз вам кажу.&lt;br /&gt;</w:t>
        <w:br/>
        <w:t>Де більш гріха, я ще подумать мушу, —&lt;br /&gt;</w:t>
        <w:br/>
        <w:t>чи в книзі тій, що я в руках держу,&lt;br /&gt;</w:t>
        <w:br/>
        <w:t>чи якби я заглянув вам у душу!</w:t>
      </w:r>
    </w:p>
    <w:p>
      <w:r>
        <w:br/>
        <w:t>(Закривши фоліант демонстративно, з ображеною гідністю іде.&lt;br /&gt;</w:t>
        <w:br/>
        <w:t>За ним і другий, підбігцем, хоч старший)</w:t>
      </w:r>
    </w:p>
    <w:p>
      <w:r>
        <w:br/>
        <w:t>Другий монах</w:t>
      </w:r>
    </w:p>
    <w:p>
      <w:r>
        <w:br/>
        <w:t>Ой, донесе! От бестія цибата.&lt;br /&gt;</w:t>
        <w:br/>
        <w:t>Казав: ходім, а ти все ні та ні.</w:t>
      </w:r>
    </w:p>
    <w:p>
      <w:r>
        <w:br/>
        <w:t>Перший монах</w:t>
      </w:r>
    </w:p>
    <w:p>
      <w:r>
        <w:br/>
        <w:t>Та він щоночі — шась,&lt;br /&gt;</w:t>
        <w:br/>
        <w:t>йому ж не до абата.&lt;br /&gt;</w:t>
        <w:br/>
        <w:t>Йому ж аби проскочити у дірку в бузині.</w:t>
      </w:r>
    </w:p>
    <w:p>
      <w:r>
        <w:br/>
        <w:t>Брат Домінік</w:t>
      </w:r>
    </w:p>
    <w:p>
      <w:r>
        <w:br/>
        <w:t>О боже правий! За що така злоба?&lt;br /&gt;</w:t>
        <w:br/>
        <w:t>Ти ж клеветою осквернив уста.&lt;br /&gt;</w:t>
        <w:br/>
        <w:t>Сновидець я. Не гріх це, а хвороба.&lt;br /&gt;</w:t>
        <w:br/>
        <w:t>Якщо й ходжу вночі, то неспроста.&lt;br /&gt;</w:t>
        <w:br/>
        <w:t>В роду у мене всі вночі ходили.&lt;br /&gt;</w:t>
        <w:br/>
        <w:t>Яка там дірка? З даху на карниз.&lt;br /&gt;</w:t>
        <w:br/>
        <w:t>І всі були не те, що ти — худими.&lt;br /&gt;</w:t>
        <w:br/>
        <w:t>І жоден предок не звалився вниз.&lt;br /&gt;</w:t>
        <w:br/>
        <w:t>А ви, гладкі яриги, пудофети,&lt;br /&gt;</w:t>
        <w:br/>
        <w:t>важкі на мисль, глухі на солов’я, —&lt;br /&gt;</w:t>
        <w:br/>
        <w:t>ти ви ж вночі усі як захропете,&lt;br /&gt;</w:t>
        <w:br/>
        <w:t>хіба ж на місяць дивитесь, як я?!</w:t>
      </w:r>
    </w:p>
    <w:p>
      <w:r>
        <w:br/>
        <w:t>Перший монах</w:t>
      </w:r>
    </w:p>
    <w:p>
      <w:r>
        <w:br/>
        <w:t>Прегарні прачки на ріці Луарі.&lt;br /&gt;</w:t>
        <w:br/>
        <w:t>Отож і місяць світить все туди.&lt;br /&gt;</w:t>
        <w:br/>
        <w:t>Крохмальний чепчик, очі карі,&lt;br /&gt;</w:t>
        <w:br/>
        <w:t>і руки аж рожеві од води!</w:t>
      </w:r>
    </w:p>
    <w:p>
      <w:r>
        <w:br/>
        <w:t>Брат Домінік</w:t>
      </w:r>
    </w:p>
    <w:p>
      <w:r>
        <w:br/>
        <w:t>Мій слух терзають натяки гріховні.&lt;br /&gt;</w:t>
        <w:br/>
        <w:t>Мені, ченцеві, чи до прачок тих?&lt;br /&gt;</w:t>
        <w:br/>
        <w:t>Якщо й ходжу, — це тільки місяць вповні&lt;br /&gt;</w:t>
        <w:br/>
        <w:t>мене веде на віжках золотих!</w:t>
      </w:r>
    </w:p>
    <w:p>
      <w:r>
        <w:br/>
        <w:t>Перший монах</w:t>
      </w:r>
    </w:p>
    <w:p>
      <w:r>
        <w:br/>
        <w:t>А як тебе над річкою зловили,&lt;br /&gt;</w:t>
        <w:br/>
        <w:t>ти вже хотів стрибати до човна.&lt;br /&gt;</w:t>
        <w:br/>
        <w:t>На тому боці всі собаки вили, —&lt;br /&gt;</w:t>
        <w:br/>
        <w:t>он, сходить вже</w:t>
      </w:r>
    </w:p>
    <w:p>
      <w:r>
        <w:br/>
        <w:t>(показує на місячне півколо), —</w:t>
      </w:r>
    </w:p>
    <w:p>
      <w:r>
        <w:br/>
        <w:t>це теж його вина?</w:t>
      </w:r>
    </w:p>
    <w:p>
      <w:r>
        <w:br/>
        <w:t>Брат Домінік</w:t>
      </w:r>
    </w:p>
    <w:p>
      <w:r>
        <w:br/>
        <w:t>Ні, mea culpa, це моя провина.&lt;br /&gt;</w:t>
        <w:br/>
        <w:t>Коли зі мною коїться таке,&lt;br /&gt;</w:t>
        <w:br/>
        <w:t>з водою миска ставитись повинна&lt;br /&gt;</w:t>
        <w:br/>
        <w:t>мені в ногах у келії.</w:t>
      </w:r>
    </w:p>
    <w:p>
      <w:r>
        <w:br/>
        <w:t>Другий монах</w:t>
      </w:r>
    </w:p>
    <w:p>
      <w:r>
        <w:br/>
        <w:t>Яке!&lt;br /&gt;</w:t>
        <w:br/>
        <w:t>І що тоді?</w:t>
      </w:r>
    </w:p>
    <w:p>
      <w:r>
        <w:br/>
        <w:t>Брат Домінік</w:t>
      </w:r>
    </w:p>
    <w:p>
      <w:r>
        <w:br/>
        <w:t>А я, не мавши тари,&lt;br /&gt;</w:t>
        <w:br/>
        <w:t>в холодну воду не вступивши в сні,&lt;br /&gt;</w:t>
        <w:br/>
        <w:t>ото добіг до самої Луари&lt;br /&gt;</w:t>
        <w:br/>
        <w:t>і вже аж там прокинувся в човні!</w:t>
      </w:r>
    </w:p>
    <w:p>
      <w:r>
        <w:br/>
        <w:t>Другий монах</w:t>
      </w:r>
    </w:p>
    <w:p>
      <w:r>
        <w:br/>
        <w:t>То з тебе ж треба виганяти біса,&lt;br /&gt;</w:t>
        <w:br/>
        <w:t>щоб ти отак не бігав по ночах!</w:t>
      </w:r>
    </w:p>
    <w:p>
      <w:r>
        <w:br/>
        <w:t>Чортик</w:t>
      </w:r>
    </w:p>
    <w:p>
      <w:r>
        <w:br/>
        <w:t>(зі сховку раптом визирнувши, хитро)</w:t>
      </w:r>
    </w:p>
    <w:p>
      <w:r>
        <w:br/>
        <w:t>Якщо мене і виженуть, не бійся, —&lt;br /&gt;</w:t>
        <w:br/>
        <w:t>На тому боці ждатиму в корчах.</w:t>
      </w:r>
    </w:p>
    <w:p>
      <w:r>
        <w:br/>
        <w:t>Монахи наполохано сахнулись. З них другий нестатечно дременув.&lt;br /&gt;</w:t>
        <w:br/>
        <w:t>А перший, зберігаючи поставу, усе ж таки заквапився іти.&lt;br /&gt;</w:t>
        <w:br/>
        <w:t>Брат Домінік, поштиво склавши руки, прислухався, і віддалився теж.</w:t>
      </w:r>
    </w:p>
    <w:p>
      <w:r>
        <w:br/>
        <w:t>Сузір’я яблук світяться крізь листя.&lt;br /&gt;</w:t>
        <w:br/>
        <w:t>На лаві темний силует Старого.&lt;br /&gt;</w:t>
        <w:br/>
        <w:t>Все западає в морок. Сходить місяць.&lt;br /&gt;</w:t>
        <w:br/>
        <w:t>Бринять у тиші пилочки цикад.</w:t>
      </w:r>
    </w:p>
    <w:p>
      <w:r>
        <w:br/>
        <w:t>***</w:t>
      </w:r>
    </w:p>
    <w:p>
      <w:r>
        <w:br/>
        <w:t>ДІЯ II</w:t>
      </w:r>
    </w:p>
    <w:p>
      <w:r>
        <w:br/>
        <w:t>І ось тоді, під місяцем уповні, на дерев’яних ребрах риштувань&lt;br /&gt;</w:t>
        <w:br/>
        <w:t>з’явився знову Чортик волохатий. Уламок дзеркальця потерши об коліно,&lt;br /&gt;</w:t>
        <w:br/>
        <w:t>навів його на місяць і пускає по всьому саду зайчики магічні.&lt;br /&gt;</w:t>
        <w:br/>
        <w:t>Висвітлює дерева, обрис муру, надбиті плити, статуї святих.&lt;br /&gt;</w:t>
        <w:br/>
        <w:t>І потаємну стежку в бузині, і дірку в мурі, каменем прикриту.</w:t>
      </w:r>
    </w:p>
    <w:p>
      <w:r>
        <w:br/>
        <w:t>Магічне коло місячного сяйва спиняється на постаті Старого.</w:t>
      </w:r>
    </w:p>
    <w:p>
      <w:r>
        <w:br/>
        <w:t>Старий здригнувся — хтось торкнув зненацька його плече.</w:t>
      </w:r>
    </w:p>
    <w:p>
      <w:r>
        <w:br/>
        <w:t>Високий Флорентієць в ліловому плащі схиляється над ним.</w:t>
      </w:r>
    </w:p>
    <w:p>
      <w:r>
        <w:br/>
        <w:t>Флорентієць</w:t>
      </w:r>
    </w:p>
    <w:p>
      <w:r>
        <w:br/>
        <w:t>Чого ти тут сидиш?</w:t>
      </w:r>
    </w:p>
    <w:p>
      <w:r>
        <w:br/>
        <w:t>Старий</w:t>
      </w:r>
    </w:p>
    <w:p>
      <w:r>
        <w:br/>
        <w:t>Куди ж мені іти?</w:t>
      </w:r>
    </w:p>
    <w:p>
      <w:r>
        <w:br/>
        <w:t>Флорентієць</w:t>
      </w:r>
    </w:p>
    <w:p>
      <w:r>
        <w:br/>
        <w:t>Є в тебе дім і щось на світі рідне?</w:t>
      </w:r>
    </w:p>
    <w:p>
      <w:r>
        <w:br/>
        <w:t>Старий</w:t>
      </w:r>
    </w:p>
    <w:p>
      <w:r>
        <w:br/>
        <w:t>На тому світі є. Там всі мої світи.&lt;br /&gt;</w:t>
        <w:br/>
        <w:t>І вся моя рідня.</w:t>
      </w:r>
    </w:p>
    <w:p>
      <w:r>
        <w:br/>
        <w:t>Флорентієць</w:t>
      </w:r>
    </w:p>
    <w:p>
      <w:r>
        <w:br/>
        <w:t>На тому. А деінде?</w:t>
      </w:r>
    </w:p>
    <w:p>
      <w:r>
        <w:br/>
        <w:t>Старий</w:t>
      </w:r>
    </w:p>
    <w:p>
      <w:r>
        <w:br/>
        <w:t>Деінде? Де-не-де хтось, може, й не забув.&lt;br /&gt;</w:t>
        <w:br/>
        <w:t>Деінде? Де-не-де хтось, може, і лишився.</w:t>
      </w:r>
    </w:p>
    <w:p>
      <w:r>
        <w:br/>
        <w:t>Флорентієць</w:t>
      </w:r>
    </w:p>
    <w:p>
      <w:r>
        <w:br/>
        <w:t>Хто ти, старий?</w:t>
      </w:r>
    </w:p>
    <w:p>
      <w:r>
        <w:br/>
        <w:t>Старий</w:t>
      </w:r>
    </w:p>
    <w:p>
      <w:r>
        <w:br/>
        <w:t>Мене немає. Був.&lt;br /&gt;</w:t>
        <w:br/>
        <w:t>Під вітром часу камінь розкришився.</w:t>
      </w:r>
    </w:p>
    <w:p>
      <w:r>
        <w:br/>
        <w:t>Флорентієць</w:t>
      </w:r>
    </w:p>
    <w:p>
      <w:r>
        <w:br/>
        <w:t>Хто ти, старий? Назви своє ім’я.</w:t>
      </w:r>
    </w:p>
    <w:p>
      <w:r>
        <w:br/>
        <w:t>Старий</w:t>
      </w:r>
    </w:p>
    <w:p>
      <w:r>
        <w:br/>
        <w:t>Джованфранческо Рустичі.</w:t>
      </w:r>
    </w:p>
    <w:p>
      <w:r>
        <w:br/>
        <w:t>Флорентієць</w:t>
      </w:r>
    </w:p>
    <w:p>
      <w:r>
        <w:br/>
        <w:t>Отямся!&lt;br /&gt;</w:t>
        <w:br/>
        <w:t>Джованфранческо Рустичі — це я.&lt;br /&gt;</w:t>
        <w:br/>
        <w:t>Славетний скульптор. Був ним і зостався.&lt;br /&gt;</w:t>
        <w:br/>
        <w:t>А ти… Ти привид. Ти страшний фантом!&lt;br /&gt;</w:t>
        <w:br/>
        <w:t>Безумний старче, моторошна тіне!</w:t>
      </w:r>
    </w:p>
    <w:p>
      <w:r>
        <w:br/>
        <w:t>(Магічний промінь заметавсь між ними, вихоплює із темряви обличчя —&lt;br /&gt;</w:t>
        <w:br/>
        <w:t>то молоде й красиве Флорентійця, то маску старості. Вона йому страшна)</w:t>
      </w:r>
    </w:p>
    <w:p>
      <w:r>
        <w:br/>
        <w:t>Старий</w:t>
      </w:r>
    </w:p>
    <w:p>
      <w:r>
        <w:br/>
        <w:t>Ні, я не привид. Ні, я не фантом.&lt;br /&gt;</w:t>
        <w:br/>
        <w:t>Ти — молодість моя, а я — твоя руїна.</w:t>
      </w:r>
    </w:p>
    <w:p>
      <w:r>
        <w:br/>
        <w:t>Флорентієць</w:t>
      </w:r>
    </w:p>
    <w:p>
      <w:r>
        <w:br/>
        <w:t>(самими побілілими губами)</w:t>
      </w:r>
    </w:p>
    <w:p>
      <w:r>
        <w:br/>
        <w:t>Я… молодість твоя?.. А ти… моя руїна?!&lt;br /&gt;</w:t>
        <w:br/>
        <w:t>То це я що, отак себе зносив?&lt;br /&gt;</w:t>
        <w:br/>
        <w:t>Весь розчинився в цьому страховітті?</w:t>
      </w:r>
    </w:p>
    <w:p>
      <w:r>
        <w:br/>
        <w:t>Старий</w:t>
      </w:r>
    </w:p>
    <w:p>
      <w:r>
        <w:br/>
        <w:t>Так, я твоє завершення на світі.&lt;br /&gt;</w:t>
        <w:br/>
        <w:t>Я наслідок усіх твоїх зусиль.</w:t>
      </w:r>
    </w:p>
    <w:p>
      <w:r>
        <w:br/>
        <w:t>Флорентієць</w:t>
      </w:r>
    </w:p>
    <w:p>
      <w:r>
        <w:br/>
        <w:t>Які ж то мали бути землетруси,&lt;br /&gt;</w:t>
        <w:br/>
        <w:t>щоб так на мене обвалився час?!</w:t>
      </w:r>
    </w:p>
    <w:p>
      <w:r>
        <w:br/>
        <w:t>Старий</w:t>
      </w:r>
    </w:p>
    <w:p>
      <w:r>
        <w:br/>
        <w:t>Марнота днів, убитих на спокуси.&lt;br /&gt;</w:t>
        <w:br/>
        <w:t>Хто може врятувати нас від нас?</w:t>
      </w:r>
    </w:p>
    <w:p>
      <w:r>
        <w:br/>
        <w:t>Флорентієць</w:t>
      </w:r>
    </w:p>
    <w:p>
      <w:r>
        <w:br/>
        <w:t>(із відчаєм, із невимовним болем)</w:t>
      </w:r>
    </w:p>
    <w:p>
      <w:r>
        <w:br/>
        <w:t>Якби ми знали, о, якби ми знали,&lt;br /&gt;</w:t>
        <w:br/>
        <w:t>що буде з нами, о, що буде з нами…</w:t>
      </w:r>
    </w:p>
    <w:p>
      <w:r>
        <w:br/>
        <w:t>Статуї у глибині саду</w:t>
      </w:r>
    </w:p>
    <w:p>
      <w:r>
        <w:br/>
        <w:t>(повторюють цей зойк печальною луною,&lt;br /&gt;</w:t>
        <w:br/>
        <w:t>у небо звівши руки кам’яні)</w:t>
      </w:r>
    </w:p>
    <w:p>
      <w:r>
        <w:br/>
        <w:t>…Що, буде з нами, о, що буде з нами!..</w:t>
      </w:r>
    </w:p>
    <w:p>
      <w:r>
        <w:br/>
        <w:t>Флорентієць</w:t>
      </w:r>
    </w:p>
    <w:p>
      <w:r>
        <w:br/>
        <w:t>А весь мій труд? А всі мої скульптури?&lt;br /&gt;</w:t>
        <w:br/>
        <w:t>Як ти потрапив у містечко Тур?</w:t>
      </w:r>
    </w:p>
    <w:p>
      <w:r>
        <w:br/>
        <w:t>Старий</w:t>
      </w:r>
    </w:p>
    <w:p>
      <w:r>
        <w:br/>
        <w:t>Мистецтву не страшний ні час, ані тортури.&lt;br /&gt;</w:t>
        <w:br/>
        <w:t>Не час йому страшний… Немає тих скульптур.</w:t>
      </w:r>
    </w:p>
    <w:p>
      <w:r>
        <w:br/>
        <w:t>Флорентієць</w:t>
      </w:r>
    </w:p>
    <w:p>
      <w:r>
        <w:br/>
        <w:t>Ти їх продав? О непрощенна скнарість!&lt;br /&gt;</w:t>
        <w:br/>
        <w:t>Чи, може, я нездарно їх створив?&lt;br /&gt;</w:t>
        <w:br/>
        <w:t>Невже мені судилося на старість,&lt;br /&gt;</w:t>
        <w:br/>
        <w:t>щоб я отак з собою говорив?!</w:t>
      </w:r>
    </w:p>
    <w:p>
      <w:r>
        <w:br/>
        <w:t>Ні, ти не я! Такого буть не може,&lt;br /&gt;</w:t>
        <w:br/>
        <w:t>щоб це був я через десятки літ.&lt;br /&gt;</w:t>
        <w:br/>
        <w:t>Твоє обличчя на моє не схоже.&lt;br /&gt;</w:t>
        <w:br/>
        <w:t>Ти хтось чужий. Ти просто якийсь дід.</w:t>
      </w:r>
    </w:p>
    <w:p>
      <w:r>
        <w:br/>
        <w:t>Сидиш собі на монастирській лаві.&lt;br /&gt;</w:t>
        <w:br/>
        <w:t>Дрімаєш, стогнеш, як усі старі.&lt;br /&gt;</w:t>
        <w:br/>
        <w:t>А я — я скульптор в почестях і славі!&lt;br /&gt;</w:t>
        <w:br/>
        <w:t>Я жив при королівському дворі.</w:t>
      </w:r>
    </w:p>
    <w:p>
      <w:r>
        <w:br/>
        <w:t>Я мав палац з колонами й фронтоном.&lt;br /&gt;</w:t>
        <w:br/>
        <w:t>Давав бенкети на півста персон.&lt;br /&gt;</w:t>
        <w:br/>
        <w:t>Мій дім в Парижі славився бонтоном,&lt;br /&gt;</w:t>
        <w:br/>
        <w:t>і кілька грацій стерегли мій сон.</w:t>
      </w:r>
    </w:p>
    <w:p>
      <w:r>
        <w:br/>
        <w:t>Я гроші кидав жменями у кошик,&lt;br /&gt;</w:t>
        <w:br/>
        <w:t>що для старців там висів на скабі.</w:t>
      </w:r>
    </w:p>
    <w:p>
      <w:r>
        <w:br/>
        <w:t>Старий</w:t>
      </w:r>
    </w:p>
    <w:p>
      <w:r>
        <w:br/>
        <w:t>(жебрацьким рухом простягає руку)</w:t>
      </w:r>
    </w:p>
    <w:p>
      <w:r>
        <w:br/>
        <w:t>Подай мені, убогому, хоч грошик!&lt;br /&gt;</w:t>
        <w:br/>
        <w:t>Подай хоч грошик з тих своїх скарбів!</w:t>
      </w:r>
    </w:p>
    <w:p>
      <w:r>
        <w:br/>
        <w:t>Флорентієць</w:t>
      </w:r>
    </w:p>
    <w:p>
      <w:r>
        <w:br/>
        <w:t>Прости, я справді щось не тим хвалюся,&lt;br /&gt;</w:t>
        <w:br/>
        <w:t>Я ж не лише достатком дорожив.&lt;br /&gt;</w:t>
        <w:br/>
        <w:t>В мистецтві я…</w:t>
      </w:r>
    </w:p>
    <w:p>
      <w:r>
        <w:br/>
        <w:t>Старий</w:t>
      </w:r>
    </w:p>
    <w:p>
      <w:r>
        <w:br/>
        <w:t>Нічого, не хвилюйся.&lt;br /&gt;</w:t>
        <w:br/>
        <w:t>Ти вже себе в мистецтві пережив.</w:t>
      </w:r>
    </w:p>
    <w:p>
      <w:r>
        <w:br/>
        <w:t>Флорентієць</w:t>
      </w:r>
    </w:p>
    <w:p>
      <w:r>
        <w:br/>
        <w:t>Ти, флорентійський викидню, втікачу!&lt;br /&gt;</w:t>
        <w:br/>
        <w:t>Згадай мене в мої найкращі дні!&lt;br /&gt;</w:t>
        <w:br/>
        <w:t>Хіба надгробний пам’ятник Боккаччо&lt;br /&gt;</w:t>
        <w:br/>
        <w:t>довірили створити не мені?!</w:t>
      </w:r>
    </w:p>
    <w:p>
      <w:r>
        <w:br/>
        <w:t>А мій Меркурій на тому фонтані?&lt;br /&gt;</w:t>
        <w:br/>
        <w:t>А мармурове птаство янголят?&lt;br /&gt;</w:t>
        <w:br/>
        <w:t>А Іоанн на церкві Сан-Джованні,&lt;br /&gt;</w:t>
        <w:br/>
        <w:t>де хрестять флорентійських немовлят?</w:t>
      </w:r>
    </w:p>
    <w:p>
      <w:r>
        <w:br/>
        <w:t>Мій перший твір! Мій вистражданий. Досі&lt;br /&gt;</w:t>
        <w:br/>
        <w:t>я пам’ятаю жар того литва.&lt;br /&gt;</w:t>
        <w:br/>
        <w:t>Усе було — талант, уміння, досвід.&lt;br /&gt;</w:t>
        <w:br/>
        <w:t>Чому ж такі сумні мої жнива?</w:t>
      </w:r>
    </w:p>
    <w:p>
      <w:r>
        <w:br/>
        <w:t>Хто я тепер?! Бездомний чоловіче,&lt;br /&gt;</w:t>
        <w:br/>
        <w:t>чого сидиш тут поночі в саду?</w:t>
      </w:r>
    </w:p>
    <w:p>
      <w:r>
        <w:br/>
        <w:t>Старий</w:t>
      </w:r>
    </w:p>
    <w:p>
      <w:r>
        <w:br/>
        <w:t>Духота вдень. Од спеки худнуть свічі.&lt;br /&gt;</w:t>
        <w:br/>
        <w:t>Повечоріло. В келію піду.</w:t>
      </w:r>
    </w:p>
    <w:p>
      <w:r>
        <w:br/>
        <w:t>Флорентієць</w:t>
      </w:r>
    </w:p>
    <w:p>
      <w:r>
        <w:br/>
        <w:t>Твоїй душі у келії не тісно?&lt;br /&gt;</w:t>
        <w:br/>
        <w:t>Ти ж із палацу в келію прибув.&lt;br /&gt;</w:t>
        <w:br/>
        <w:t>Притулок. Тиша. Коників фортіссімо.&lt;br /&gt;</w:t>
        <w:br/>
        <w:t>Різець в руці держати не забув?</w:t>
      </w:r>
    </w:p>
    <w:p>
      <w:r>
        <w:br/>
        <w:t>Старий</w:t>
      </w:r>
    </w:p>
    <w:p>
      <w:r>
        <w:br/>
        <w:t>Та щось роблю, коли нагода трапиться.&lt;br /&gt;</w:t>
        <w:br/>
        <w:t>Та вже ж і руки не такі як слід.&lt;br /&gt;</w:t>
        <w:br/>
        <w:t>Приймаю мовчки монастирську трапезу.&lt;br /&gt;</w:t>
        <w:br/>
        <w:t>Дивлюсь в провалля пережитих літ.</w:t>
      </w:r>
    </w:p>
    <w:p>
      <w:r>
        <w:br/>
        <w:t>Ченцям тут шахи вирізьбив. Абат&lt;br /&gt;</w:t>
        <w:br/>
        <w:t>собі на гріб янгелика замовив.&lt;br /&gt;</w:t>
        <w:br/>
        <w:t>Та ще потроху доглядаю сад.&lt;br /&gt;</w:t>
        <w:br/>
        <w:t>Отут я й стану деревом зимовим.</w:t>
      </w:r>
    </w:p>
    <w:p>
      <w:r>
        <w:br/>
        <w:t>Флорентієць</w:t>
      </w:r>
    </w:p>
    <w:p>
      <w:r>
        <w:br/>
        <w:t>Ти ж вчився в знаменитому Саду!&lt;br /&gt;</w:t>
        <w:br/>
        <w:t>Був другом і сучасником да Вінчі!&lt;br /&gt;</w:t>
        <w:br/>
        <w:t>Де ж я себе колишнього знайду?&lt;br /&gt;</w:t>
        <w:br/>
        <w:t>Як страшно доля глянула у вічі!</w:t>
      </w:r>
    </w:p>
    <w:p>
      <w:r>
        <w:br/>
        <w:t>О, пригадай Флоренцію — ті храми,&lt;br /&gt;</w:t>
        <w:br/>
        <w:t>садів Сан-Марко виноградний мур,&lt;br /&gt;</w:t>
        <w:br/>
        <w:t>де наш синьйор Лоренцо Незрівнянний&lt;br /&gt;</w:t>
        <w:br/>
        <w:t>для нас відкрив славетний Сад Скульптур!</w:t>
      </w:r>
    </w:p>
    <w:p>
      <w:r>
        <w:br/>
        <w:t>Зайди в той Сад, заглянь в тінисті гроти,&lt;br /&gt;</w:t>
        <w:br/>
        <w:t>зустрінь себе в майстернях тих,&lt;br /&gt;</w:t>
        <w:br/>
        <w:t>де ми в часи насильства, підступу й підлоти&lt;br /&gt;</w:t>
        <w:br/>
        <w:t>мистецтвом ушляхетнили уми!</w:t>
      </w:r>
    </w:p>
    <w:p>
      <w:r>
        <w:br/>
        <w:t>Старий</w:t>
      </w:r>
    </w:p>
    <w:p>
      <w:r>
        <w:br/>
        <w:t>Його нема. Той Сад уже руїна.&lt;br /&gt;</w:t>
        <w:br/>
        <w:t>Лоренцо вмер. І ти — уже не ти.&lt;br /&gt;</w:t>
        <w:br/>
        <w:t>Лиш пам’ять, наче дівчинка наївна,&lt;br /&gt;</w:t>
        <w:br/>
        <w:t>все хоче ляльку в попелі знайти.</w:t>
      </w:r>
    </w:p>
    <w:p>
      <w:r>
        <w:br/>
        <w:t>Флорентієць</w:t>
      </w:r>
    </w:p>
    <w:p>
      <w:r>
        <w:br/>
        <w:t>Які були там витвори мистецькі!&lt;br /&gt;</w:t>
        <w:br/>
        <w:t>І все для нас натура і модель —&lt;br /&gt;</w:t>
        <w:br/>
        <w:t>етруська ваза, музи давньогрецькі,&lt;br /&gt;</w:t>
        <w:br/>
        <w:t>античні маски, римська капітель.</w:t>
      </w:r>
    </w:p>
    <w:p>
      <w:r>
        <w:br/>
        <w:t>В тіні олив, закохані в Елладу,&lt;br /&gt;</w:t>
        <w:br/>
        <w:t>де птиця Фенікс ще раз ожила,&lt;br /&gt;</w:t>
        <w:br/>
        <w:t>ми, юні пташенята того Саду,&lt;br /&gt;</w:t>
        <w:br/>
        <w:t>пили мистецтво з першоджерела!</w:t>
      </w:r>
    </w:p>
    <w:p>
      <w:r>
        <w:br/>
        <w:t>Упало яблуко. У місячному крузі — цвіте мигдаль рожевий і троянди.&lt;br /&gt;</w:t>
        <w:br/>
        <w:t>Крислате дерево. На дереві із гнізд, як пташенята, виглядають хлопчики.</w:t>
      </w:r>
    </w:p>
    <w:p>
      <w:r>
        <w:br/>
        <w:t>І дев’ять муз, прекрасних і струнких,&lt;br /&gt;</w:t>
        <w:br/>
        <w:t>ведуть круг них свій витончений танець.</w:t>
      </w:r>
    </w:p>
    <w:p>
      <w:r>
        <w:br/>
        <w:t>В тому Саду ми брались до науки&lt;br /&gt;</w:t>
        <w:br/>
        <w:t>і перші лаври скубли на вінок.&lt;br /&gt;</w:t>
        <w:br/>
        <w:t>Всі дев’ять муз, узявшися за руки,&lt;br /&gt;</w:t>
        <w:br/>
        <w:t>навколо нас водили свій танок.</w:t>
      </w:r>
    </w:p>
    <w:p>
      <w:r>
        <w:br/>
        <w:t>Он подивись, які ми жовтороті!&lt;br /&gt;</w:t>
        <w:br/>
        <w:t>Тих пташеняток бачиш у гнізді?&lt;br /&gt;</w:t>
        <w:br/>
        <w:t>Ти — Рустичі, а він — Буонарроті,&lt;br /&gt;</w:t>
        <w:br/>
        <w:t>адже ви разом вчилися тоді!</w:t>
      </w:r>
    </w:p>
    <w:p>
      <w:r>
        <w:br/>
        <w:t>І наш синьйор, музика і дотепник,&lt;br /&gt;</w:t>
        <w:br/>
        <w:t>тиран, поет, філософ і купець,&lt;br /&gt;</w:t>
        <w:br/>
        <w:t>любив його, прихильний був до тебе, —&lt;br /&gt;</w:t>
        <w:br/>
        <w:t>він знав, із кого виросте митець!</w:t>
      </w:r>
    </w:p>
    <w:p>
      <w:r>
        <w:br/>
        <w:t>За хист натхненний і за труд воловий.&lt;br /&gt;</w:t>
        <w:br/>
        <w:t>що кожен з вас ним юність надривав,&lt;br /&gt;</w:t>
        <w:br/>
        <w:t>йому — червоний, а тобі — ліловий&lt;br /&gt;</w:t>
        <w:br/>
        <w:t>оцей ось плащ синьйор подарував.</w:t>
      </w:r>
    </w:p>
    <w:p>
      <w:r>
        <w:br/>
        <w:t>То як же сталось, як же все це сталось,&lt;br /&gt;</w:t>
        <w:br/>
        <w:t>яких зазнав ти злигоднів і втрат,&lt;br /&gt;</w:t>
        <w:br/>
        <w:t>що з тих Садів&lt;br /&gt;</w:t>
        <w:br/>
        <w:t>потрапив ти на старість&lt;br /&gt;</w:t>
        <w:br/>
        <w:t>у цей убогий монастирський сад?</w:t>
      </w:r>
    </w:p>
    <w:p>
      <w:r>
        <w:br/>
        <w:t>Що привело тебе у цю обитель?&lt;br /&gt;</w:t>
        <w:br/>
        <w:t>За що в житті так тяжко не прощен?&lt;br /&gt;</w:t>
        <w:br/>
        <w:t>Святий Мартин, жебрацький покровитель,&lt;br /&gt;</w:t>
        <w:br/>
        <w:t>з тобою тут поділиться плащем.</w:t>
      </w:r>
    </w:p>
    <w:p>
      <w:r>
        <w:br/>
        <w:t>А ти ж міг бути велетнем, ти міг!</w:t>
      </w:r>
    </w:p>
    <w:p>
      <w:r>
        <w:br/>
        <w:t>Старий</w:t>
      </w:r>
    </w:p>
    <w:p>
      <w:r>
        <w:br/>
        <w:t>(печально похитавши головою)</w:t>
      </w:r>
    </w:p>
    <w:p>
      <w:r>
        <w:br/>
        <w:t>У мене в пам’яті йде сніг…</w:t>
      </w:r>
    </w:p>
    <w:p>
      <w:r>
        <w:br/>
        <w:t>(Сніг падає на вже порожні гнізда, і Музи порозходились навшпиньках)</w:t>
      </w:r>
    </w:p>
    <w:p>
      <w:r>
        <w:br/>
        <w:t>Флорентієць</w:t>
      </w:r>
    </w:p>
    <w:p>
      <w:r>
        <w:br/>
        <w:t>Причім тут сніг? Флоренція — Фйоренца,&lt;br /&gt;</w:t>
        <w:br/>
        <w:t>квітуча тобто. Лілія в гербі.&lt;br /&gt;</w:t>
        <w:br/>
        <w:t>А сніг там рідко. Звідки ж він береться,&lt;br /&gt;</w:t>
        <w:br/>
        <w:t>що він іде у пам’яті тобі?</w:t>
      </w:r>
    </w:p>
    <w:p>
      <w:r>
        <w:br/>
        <w:t>Чого ж у тебе в пам’яті не йде твоя молодість?&lt;br /&gt;</w:t>
        <w:br/>
        <w:t>Чого у тебе в пам’яті не йдуть твої скульптури?</w:t>
      </w:r>
    </w:p>
    <w:p>
      <w:r>
        <w:br/>
        <w:t>Старий</w:t>
      </w:r>
    </w:p>
    <w:p>
      <w:r>
        <w:br/>
        <w:t>Не муч, не згадуй, одійди, замовкни!&lt;br /&gt;</w:t>
        <w:br/>
        <w:t>Що взагалі в житті було моїм?!&lt;br /&gt;</w:t>
        <w:br/>
        <w:t>Я весь мій вік залежав од замовників&lt;br /&gt;</w:t>
        <w:br/>
        <w:t>і те створив, що треба було їм.</w:t>
      </w:r>
    </w:p>
    <w:p>
      <w:r>
        <w:br/>
        <w:t>Флорентієць</w:t>
      </w:r>
    </w:p>
    <w:p>
      <w:r>
        <w:br/>
        <w:t>А Мікеланджело, чи не ровесник твій,—&lt;br /&gt;</w:t>
        <w:br/>
        <w:t>він не залежав, мав од них свободу?&lt;br /&gt;</w:t>
        <w:br/>
        <w:t>А є у нього хоч єдиний твір,&lt;br /&gt;</w:t>
        <w:br/>
        <w:t>який би він створив їм на догоду?</w:t>
      </w:r>
    </w:p>
    <w:p>
      <w:r>
        <w:br/>
        <w:t>Вони ж бувають гірші, ніж вандали.&lt;br /&gt;</w:t>
        <w:br/>
        <w:t>Він лізти їм в свій труд не дозволяв.&lt;br /&gt;</w:t>
        <w:br/>
        <w:t>А як вони вже дуже насідали,&lt;br /&gt;</w:t>
        <w:br/>
        <w:t>то він на них і дошками шпурляв!</w:t>
      </w:r>
    </w:p>
    <w:p>
      <w:r>
        <w:br/>
        <w:t>Старий</w:t>
      </w:r>
    </w:p>
    <w:p>
      <w:r>
        <w:br/>
        <w:t>Так він же геній. Це вже інша річ.&lt;br /&gt;</w:t>
        <w:br/>
        <w:t>Такий — один на кількасот сторіч.</w:t>
      </w:r>
    </w:p>
    <w:p>
      <w:r>
        <w:br/>
        <w:t>Флорентієць</w:t>
      </w:r>
    </w:p>
    <w:p>
      <w:r>
        <w:br/>
        <w:t>Він геній, так. Це ще Лоренцо знав.&lt;br /&gt;</w:t>
        <w:br/>
        <w:t>І хоч було це декому в досаду,&lt;br /&gt;</w:t>
        <w:br/>
        <w:t>він дав йому, єдиному із нас,&lt;br /&gt;</w:t>
        <w:br/>
        <w:t>і кращий мармур, і ключі від Саду.</w:t>
      </w:r>
    </w:p>
    <w:p>
      <w:r>
        <w:br/>
        <w:t>Ми всі були ще зовсім хлопчаки,—&lt;br /&gt;</w:t>
        <w:br/>
        <w:t>він мав його за майстра у роботі.&lt;br /&gt;</w:t>
        <w:br/>
        <w:t>Він знав, що то вже буде на віки,&lt;br /&gt;</w:t>
        <w:br/>
        <w:t>що вийшло з-під різця Буонарроті!</w:t>
      </w:r>
    </w:p>
    <w:p>
      <w:r>
        <w:br/>
        <w:t>Старий</w:t>
      </w:r>
    </w:p>
    <w:p>
      <w:r>
        <w:br/>
        <w:t>Оце і є найперша із причин.&lt;br /&gt;</w:t>
        <w:br/>
        <w:t>Бо хоч би як хто п’явся на котурни —&lt;br /&gt;</w:t>
        <w:br/>
        <w:t>всі народились кожен хто під чим,&lt;br /&gt;</w:t>
        <w:br/>
        <w:t>лиш геній народився під Сатурном!</w:t>
      </w:r>
    </w:p>
    <w:p>
      <w:r>
        <w:br/>
        <w:t>Флорентієць</w:t>
      </w:r>
    </w:p>
    <w:p>
      <w:r>
        <w:br/>
        <w:t>(нервово загортається плащем)</w:t>
      </w:r>
    </w:p>
    <w:p>
      <w:r>
        <w:br/>
        <w:t>Ну, добре, я великим стать&lt;br /&gt;</w:t>
        <w:br/>
        <w:t>не зміг чи не зумів,— часи були брутальні.&lt;br /&gt;</w:t>
        <w:br/>
        <w:t>Але причому все-таки тут сніг?&lt;br /&gt;</w:t>
        <w:br/>
        <w:t>Я працював у камені й металі.</w:t>
      </w:r>
    </w:p>
    <w:p>
      <w:r>
        <w:br/>
        <w:t>То де ж воно, серед яких руїн,&lt;br /&gt;</w:t>
        <w:br/>
        <w:t>все, що створив я оцими руками,—&lt;br /&gt;</w:t>
        <w:br/>
        <w:t>я, скульптор навіть Іменем своїм,&lt;br /&gt;</w:t>
        <w:br/>
        <w:t>я — Рустичі, я — рустика, я — камінь!</w:t>
      </w:r>
    </w:p>
    <w:p>
      <w:r>
        <w:br/>
        <w:t>Старий</w:t>
      </w:r>
    </w:p>
    <w:p>
      <w:r>
        <w:br/>
        <w:t>Оце умреш, ніхто й не спом’яне.&lt;br /&gt;</w:t>
        <w:br/>
        <w:t>В надгробний камінь не вкарбують дати.&lt;br /&gt;</w:t>
        <w:br/>
        <w:t>Лише ім’я у тебе кам’яне.&lt;br /&gt;</w:t>
        <w:br/>
        <w:t>Ти дошку в них шпурнути був не здатен.</w:t>
      </w:r>
    </w:p>
    <w:p>
      <w:r>
        <w:br/>
        <w:t>Флорентієць</w:t>
      </w:r>
    </w:p>
    <w:p>
      <w:r>
        <w:br/>
        <w:t>Коли цькували — я протистояв.&lt;br /&gt;</w:t>
        <w:br/>
        <w:t>Лише коли наблизили — піддався.</w:t>
      </w:r>
    </w:p>
    <w:p>
      <w:r>
        <w:br/>
        <w:t>Старий</w:t>
      </w:r>
    </w:p>
    <w:p>
      <w:r>
        <w:br/>
        <w:t>Твоя відвага — вище всіх уяв!&lt;br /&gt;</w:t>
        <w:br/>
        <w:t>Отож-бо й є. У тому-то й біда вся.</w:t>
      </w:r>
    </w:p>
    <w:p>
      <w:r>
        <w:br/>
        <w:t>Вони — тебе, не ти їх переміг!&lt;br /&gt;</w:t>
        <w:br/>
        <w:t>Вони твій хист поклали під фуганок.</w:t>
      </w:r>
    </w:p>
    <w:p>
      <w:r>
        <w:br/>
        <w:t>Флорентієць</w:t>
      </w:r>
    </w:p>
    <w:p>
      <w:r>
        <w:br/>
        <w:t>Чого у тебе в пам’яті йде сніг?</w:t>
      </w:r>
    </w:p>
    <w:p>
      <w:r>
        <w:br/>
        <w:t>Старий</w:t>
      </w:r>
    </w:p>
    <w:p>
      <w:r>
        <w:br/>
        <w:t>Страшна ціна вельможних забаганок!</w:t>
      </w:r>
    </w:p>
    <w:p>
      <w:r>
        <w:br/>
        <w:t>Ти кажеш — привид, старості фантом.&lt;br /&gt;</w:t>
        <w:br/>
        <w:t>Послухай. Передсмертне молодію.&lt;br /&gt;</w:t>
        <w:br/>
        <w:t>Сприйми як притчу, під новим кутом,&lt;br /&gt;</w:t>
        <w:br/>
        <w:t>ту — давніх літ — забуту вже подію.</w:t>
      </w:r>
    </w:p>
    <w:p>
      <w:r>
        <w:br/>
        <w:t>До нас природа щедрою була.&lt;br /&gt;</w:t>
        <w:br/>
        <w:t>Мистецький дар і розум сполучила,—&lt;br /&gt;</w:t>
        <w:br/>
        <w:t>усе Лоренцо Пишному дала,&lt;br /&gt;</w:t>
        <w:br/>
        <w:t>але в його нащадках одпочила.</w:t>
      </w:r>
    </w:p>
    <w:p>
      <w:r>
        <w:br/>
        <w:t>Після Лоренцо занепав той Сад.&lt;br /&gt;</w:t>
        <w:br/>
        <w:t>Прийшла пора тиранів і купецтва.&lt;br /&gt;</w:t>
        <w:br/>
        <w:t>Його нащадок теж був меценат,&lt;br /&gt;</w:t>
        <w:br/>
        <w:t>але… не мав кебети до мистецтва.</w:t>
      </w:r>
    </w:p>
    <w:p>
      <w:r>
        <w:br/>
        <w:t>Отож, мистецтво люблячи без меж&lt;br /&gt;</w:t>
        <w:br/>
        <w:t>і мавши влади й золота всесильність,&lt;br /&gt;</w:t>
        <w:br/>
        <w:t>наслуханий про генія, він теж&lt;br /&gt;</w:t>
        <w:br/>
        <w:t>хотів до нього виявить прихильність.</w:t>
      </w:r>
    </w:p>
    <w:p>
      <w:r>
        <w:br/>
        <w:t>А снігу, снігу випало в той рік!&lt;br /&gt;</w:t>
        <w:br/>
        <w:t>Зима тоді стояла небувала.&lt;br /&gt;</w:t>
        <w:br/>
        <w:t>Було, пройти з порога до воріт —&lt;br /&gt;</w:t>
        <w:br/>
        <w:t>лопатами дорогу пробивали.</w:t>
      </w:r>
    </w:p>
    <w:p>
      <w:r>
        <w:br/>
        <w:t>Тут наш синьйор і здійснив свій порив —&lt;br /&gt;</w:t>
        <w:br/>
        <w:t>поставити нову мистецьку віху.&lt;br /&gt;</w:t>
        <w:br/>
        <w:t>Звелів, щоб Мікеланджело створив&lt;br /&gt;</w:t>
        <w:br/>
        <w:t>йому гігантську статую із снігу.</w:t>
      </w:r>
    </w:p>
    <w:p>
      <w:r>
        <w:br/>
        <w:t>Статуї у глибині саду</w:t>
      </w:r>
    </w:p>
    <w:p>
      <w:r>
        <w:br/>
        <w:t>(аж зойкнули, перезирнулись)</w:t>
      </w:r>
    </w:p>
    <w:p>
      <w:r>
        <w:br/>
        <w:t>Звелів створити… статую… із снігу?!!</w:t>
      </w:r>
    </w:p>
    <w:p>
      <w:r>
        <w:br/>
        <w:t>Флорентієць</w:t>
      </w:r>
    </w:p>
    <w:p>
      <w:r>
        <w:br/>
        <w:t>Наказ синьйора. Звелено,— роби.&lt;br /&gt;</w:t>
        <w:br/>
        <w:t>Мороз такий — ніхто не виткне носа.&lt;br /&gt;</w:t>
        <w:br/>
        <w:t>Я пам’ятаю, цілих три доби&lt;br /&gt;</w:t>
        <w:br/>
        <w:t>він там ліпив ту статую-колоса.</w:t>
      </w:r>
    </w:p>
    <w:p>
      <w:r>
        <w:br/>
        <w:t>(Піднявшися по сходах риштувань, уже вгорі показує рукою)</w:t>
      </w:r>
    </w:p>
    <w:p>
      <w:r>
        <w:br/>
        <w:t>Ось. Отака вона була.&lt;br /&gt;</w:t>
        <w:br/>
        <w:t>А може, й вища. Бо тепер вже хтозна.&lt;br /&gt;</w:t>
        <w:br/>
        <w:t>Навколо риштування — грандіозне!&lt;br /&gt;</w:t>
        <w:br/>
        <w:t>Крізь риштування віхола мела.</w:t>
      </w:r>
    </w:p>
    <w:p>
      <w:r>
        <w:br/>
        <w:t>А він ліпив свій сніговий шедевр.&lt;br /&gt;</w:t>
        <w:br/>
        <w:t>Йому вже сніг у відрах подавали.&lt;br /&gt;</w:t>
        <w:br/>
        <w:t>Лише ворони каркали з дерев,&lt;br /&gt;</w:t>
        <w:br/>
        <w:t>і двір вітри холодні продували.</w:t>
      </w:r>
    </w:p>
    <w:p>
      <w:r>
        <w:br/>
        <w:t>З палацу чулась музика. Із вікон&lt;br /&gt;</w:t>
        <w:br/>
        <w:t>синьйор дивився і його сім’я.&lt;br /&gt;</w:t>
        <w:br/>
        <w:t>Він був, як віл, терплячіший із віком,&lt;br /&gt;</w:t>
        <w:br/>
        <w:t>Але тоді ще юний, як і я,—</w:t>
      </w:r>
    </w:p>
    <w:p>
      <w:r>
        <w:br/>
        <w:t>ліпив. Творив. Вдихнув у неї душу.</w:t>
      </w:r>
    </w:p>
    <w:p>
      <w:r>
        <w:br/>
        <w:t>(Натхненно ліпить порожнечу чіткими рухами вже закоцюблих рук)</w:t>
      </w:r>
    </w:p>
    <w:p>
      <w:r>
        <w:br/>
        <w:t>Не спав. Не їв. Ні з ким не говорив.&lt;br /&gt;</w:t>
        <w:br/>
        <w:t>Змарнів. Промерз. Втомився. Занедужав.&lt;br /&gt;</w:t>
        <w:br/>
        <w:t>Але створив ту статую, створив!</w:t>
      </w:r>
    </w:p>
    <w:p>
      <w:r>
        <w:br/>
        <w:t>Гігантську, всю, до самого чола&lt;br /&gt;</w:t>
        <w:br/>
        <w:t>від льодової брили п’єдесталу!..</w:t>
      </w:r>
    </w:p>
    <w:p>
      <w:r>
        <w:br/>
        <w:t>Старий</w:t>
      </w:r>
    </w:p>
    <w:p>
      <w:r>
        <w:br/>
        <w:t>(з гірким сарказмом)</w:t>
      </w:r>
    </w:p>
    <w:p>
      <w:r>
        <w:br/>
        <w:t>Аби ж хто знав, яка вона була.&lt;br /&gt;</w:t>
        <w:br/>
        <w:t>Пригріло сонце, і вона розтала.</w:t>
      </w:r>
    </w:p>
    <w:p>
      <w:r>
        <w:br/>
        <w:t>Статуї у глибині саду</w:t>
      </w:r>
    </w:p>
    <w:p>
      <w:r>
        <w:br/>
        <w:t>(розгублено і тихо)</w:t>
      </w:r>
    </w:p>
    <w:p>
      <w:r>
        <w:br/>
        <w:t>Пригріло сонце… і вона розтала!..</w:t>
      </w:r>
    </w:p>
    <w:p>
      <w:r>
        <w:br/>
        <w:t>Флорентієць</w:t>
      </w:r>
    </w:p>
    <w:p>
      <w:r>
        <w:br/>
        <w:t>То й що? Ну, примху виконав дурну.&lt;br /&gt;</w:t>
        <w:br/>
        <w:t>Ну, догодив пихатому нездарі.&lt;br /&gt;</w:t>
        <w:br/>
        <w:t>На це ніхто й уваги не звернув,&lt;br /&gt;</w:t>
        <w:br/>
        <w:t>крім літописця геніїв Вазарі.</w:t>
      </w:r>
    </w:p>
    <w:p>
      <w:r>
        <w:br/>
        <w:t>Старий</w:t>
      </w:r>
    </w:p>
    <w:p>
      <w:r>
        <w:br/>
        <w:t>А потім папі статую зроби.&lt;br /&gt;</w:t>
        <w:br/>
        <w:t>А папа Юлій усмиряв повсталих.&lt;br /&gt;</w:t>
        <w:br/>
        <w:t>Під сміх, і свист, і тюкання юрби&lt;br /&gt;</w:t>
        <w:br/>
        <w:t>її розбили. Теж, вважай, розтала.</w:t>
      </w:r>
    </w:p>
    <w:p>
      <w:r>
        <w:br/>
        <w:t>А потім щось завершить не дали.&lt;br /&gt;</w:t>
        <w:br/>
        <w:t>А потім запідозрили в крамолі.&lt;br /&gt;</w:t>
        <w:br/>
        <w:t>А потім зацькували, довели…&lt;br /&gt;</w:t>
        <w:br/>
        <w:t>І що митцю лишилося від долі?!</w:t>
      </w:r>
    </w:p>
    <w:p>
      <w:r>
        <w:br/>
        <w:t>(Помовчавши, з глибокою печаллю)</w:t>
      </w:r>
    </w:p>
    <w:p>
      <w:r>
        <w:br/>
        <w:t>Як важко бути в наші дні митцем!</w:t>
      </w:r>
    </w:p>
    <w:p>
      <w:r>
        <w:br/>
        <w:t>Флорентієць</w:t>
      </w:r>
    </w:p>
    <w:p>
      <w:r>
        <w:br/>
        <w:t>У наші дні… А завжди і понині?</w:t>
      </w:r>
    </w:p>
    <w:p>
      <w:r>
        <w:br/>
        <w:t>Старий</w:t>
      </w:r>
    </w:p>
    <w:p>
      <w:r>
        <w:br/>
        <w:t>Я, може, хочу срібним олівцем&lt;br /&gt;</w:t>
        <w:br/>
        <w:t>птиць малювати на лляній тканині!</w:t>
      </w:r>
    </w:p>
    <w:p>
      <w:r>
        <w:br/>
        <w:t>А я все мусив славити когось.&lt;br /&gt;</w:t>
        <w:br/>
        <w:t>Чиюсь творить подобу гонористу.&lt;br /&gt;</w:t>
        <w:br/>
        <w:t>Ліпити сніг у мармурі… І ось —&lt;br /&gt;</w:t>
        <w:br/>
        <w:t>гіркий фінал приборканого хисту!</w:t>
      </w:r>
    </w:p>
    <w:p>
      <w:r>
        <w:br/>
        <w:t>Флорентієць</w:t>
      </w:r>
    </w:p>
    <w:p>
      <w:r>
        <w:br/>
        <w:t>Хто ти? Ніхто в своєму доживанні.&lt;br /&gt;</w:t>
        <w:br/>
        <w:t>Всі знають: Мікеланджело — "Мойсей",&lt;br /&gt;</w:t>
        <w:br/>
        <w:t>Хто знає, що на церкві Сан-Джованні&lt;br /&gt;</w:t>
        <w:br/>
        <w:t>твій Іоанн, Левіт і Фарисей?!</w:t>
      </w:r>
    </w:p>
    <w:p>
      <w:r>
        <w:br/>
        <w:t>Десь високо вгорі — у відсвітах пожеж — скульптурна група: бронзові фігури, котрі вивершують вже майже п’ять сторіч портал північний церкви Сан-Джованні.</w:t>
      </w:r>
    </w:p>
    <w:p>
      <w:r>
        <w:br/>
        <w:t>(Заскімлив Чортик, димом задимівся, чкурнув кудись за дошки риштувань)</w:t>
      </w:r>
    </w:p>
    <w:p>
      <w:r>
        <w:br/>
        <w:t>Старий повільно зсунувся із лави, побожно дивиться на свій же власний твір, що ледве мріє десь там угорі, на тлі заграв і грозової хмари.</w:t>
      </w:r>
    </w:p>
    <w:p>
      <w:r>
        <w:br/>
        <w:t>Старий</w:t>
      </w:r>
    </w:p>
    <w:p>
      <w:r>
        <w:br/>
        <w:t>Мені, мабуть, уже й не до лиця&lt;br /&gt;</w:t>
        <w:br/>
        <w:t>вважать себе творцем такого твору.&lt;br /&gt;</w:t>
        <w:br/>
        <w:t>Але яке ж це щастя для митця —&lt;br /&gt;</w:t>
        <w:br/>
        <w:t>на власний твір дивитися угору!</w:t>
      </w:r>
    </w:p>
    <w:p>
      <w:r>
        <w:br/>
        <w:t>(Кланяється)</w:t>
      </w:r>
    </w:p>
    <w:p>
      <w:r>
        <w:br/>
        <w:t>Спасибі тобі, Хрестителю Іоанне!&lt;br /&gt;</w:t>
        <w:br/>
        <w:t>Життя було до мене невблаганне.&lt;br /&gt;</w:t>
        <w:br/>
        <w:t>А ти мене уже й не бачиш звідтам,&lt;br /&gt;</w:t>
        <w:br/>
        <w:t>стоїш між Фарисеєм і Левітом.</w:t>
      </w:r>
    </w:p>
    <w:p>
      <w:r>
        <w:br/>
        <w:t>І хмари йдуть, і вітер їх жене.&lt;br /&gt;</w:t>
        <w:br/>
        <w:t>І коли-небудь, десь там, за віками,&lt;br /&gt;</w:t>
        <w:br/>
        <w:t>моє творіння, пригадай мене!&lt;br /&gt;</w:t>
        <w:br/>
        <w:t>Я — Рустичі, я — рустика, я — камінь.</w:t>
      </w:r>
    </w:p>
    <w:p>
      <w:r>
        <w:br/>
        <w:t>(Скрадаючись, у каптурі, нечутно, проходить, наче тінь, брат Домінік)</w:t>
      </w:r>
    </w:p>
    <w:p>
      <w:r>
        <w:br/>
        <w:t>Брат Домінік</w:t>
      </w:r>
    </w:p>
    <w:p>
      <w:r>
        <w:br/>
        <w:t>Ти що, старий, говориш сам з собою?</w:t>
      </w:r>
    </w:p>
    <w:p>
      <w:r>
        <w:br/>
        <w:t>Старий</w:t>
      </w:r>
    </w:p>
    <w:p>
      <w:r>
        <w:br/>
        <w:t>Це я з минулим. З долею. З судьбою.&lt;br /&gt;</w:t>
        <w:br/>
        <w:t>Чогось приснилась молодість мені.&lt;br /&gt;</w:t>
        <w:br/>
        <w:t>А ти куди?</w:t>
      </w:r>
    </w:p>
    <w:p>
      <w:r>
        <w:br/>
        <w:t>Брат Домінік</w:t>
      </w:r>
    </w:p>
    <w:p>
      <w:r>
        <w:br/>
        <w:t>У дірку в бузині,</w:t>
      </w:r>
    </w:p>
    <w:p>
      <w:r>
        <w:br/>
        <w:t>(Зникає в тінях кам’яного муру. А згодом буде чутно плюскіт весел.&lt;br /&gt;</w:t>
        <w:br/>
        <w:t>А потім завалують десь собаки — аж ген із того берега Луари)</w:t>
      </w:r>
    </w:p>
    <w:p>
      <w:r>
        <w:br/>
        <w:t>Флорентієць</w:t>
      </w:r>
    </w:p>
    <w:p>
      <w:r>
        <w:br/>
        <w:t>Але чому я долю змарнував?!&lt;br /&gt;</w:t>
        <w:br/>
        <w:t>Мене ж і слава наче не минала,&lt;br /&gt;</w:t>
        <w:br/>
        <w:t>І сам Вазарі навіть визнавав,&lt;br /&gt;</w:t>
        <w:br/>
        <w:t>що ця моя скульптура — досконала.</w:t>
      </w:r>
    </w:p>
    <w:p>
      <w:r>
        <w:br/>
        <w:t>Мені її замовив Цех Купецький.&lt;br /&gt;</w:t>
        <w:br/>
        <w:t>Я працював не рік, не два,— роки.&lt;br /&gt;</w:t>
        <w:br/>
        <w:t>Бо це ж не путто, янголи, опецьки,—&lt;br /&gt;</w:t>
        <w:br/>
        <w:t>це твір монументальний, на віки!</w:t>
      </w:r>
    </w:p>
    <w:p>
      <w:r>
        <w:br/>
        <w:t>Я не чекав, коли дадуть завдаток,&lt;br /&gt;</w:t>
        <w:br/>
        <w:t>і не в рахунок зарібку свого,&lt;br /&gt;</w:t>
        <w:br/>
        <w:t>я навіть спродав материнський спадок,&lt;br /&gt;</w:t>
        <w:br/>
        <w:t>щоб оплатити бронзу і литво!</w:t>
      </w:r>
    </w:p>
    <w:p>
      <w:r>
        <w:br/>
        <w:t>І ось тоді, коли вони зібрались&lt;br /&gt;</w:t>
        <w:br/>
        <w:t>мій труд прийнять, належно оцінить,—&lt;br /&gt;</w:t>
        <w:br/>
        <w:t>я, подолавши острах свій і радість,&lt;br /&gt;</w:t>
        <w:br/>
        <w:t>сказав — і чув, як голос мій дзвенить!</w:t>
      </w:r>
    </w:p>
    <w:p>
      <w:r>
        <w:br/>
        <w:t>(Схвильовано, до когось в порожнечу, піднявшись на щаблинку риштувань)</w:t>
      </w:r>
    </w:p>
    <w:p>
      <w:r>
        <w:br/>
        <w:t>Синьйори! Я прошу хвилиночку уваги.&lt;br /&gt;</w:t>
        <w:br/>
        <w:t>По морю пошуків я плив, як Одіссей.&lt;br /&gt;</w:t>
        <w:br/>
        <w:t>Завершено мій труд, і ось він перед вами —&lt;br /&gt;</w:t>
        <w:br/>
        <w:t>Хреститель Іоанн, Левіт і Фарисей.</w:t>
      </w:r>
    </w:p>
    <w:p>
      <w:r>
        <w:br/>
        <w:t>Я тяжко працював і сумнівався надто.&lt;br /&gt;</w:t>
        <w:br/>
        <w:t>І чудо одкровень було мені як грім.&lt;br /&gt;</w:t>
        <w:br/>
        <w:t>Тепер я не боюсь. Покличте Леонардо&lt;br /&gt;</w:t>
        <w:br/>
        <w:t>і Мікеланджело,— я вірю тільки їм.</w:t>
      </w:r>
    </w:p>
    <w:p>
      <w:r>
        <w:br/>
        <w:t>Замовники мої! Повірте, не зухвальство —&lt;br /&gt;</w:t>
        <w:br/>
        <w:t>це просто для митця найбільше з його щасть.&lt;br /&gt;</w:t>
        <w:br/>
        <w:t>Бо краще хай мій труд мені не схвалить майстер,&lt;br /&gt;</w:t>
        <w:br/>
        <w:t>ніж нетямущий хто хвалу йому воздасть!</w:t>
      </w:r>
    </w:p>
    <w:p>
      <w:r>
        <w:br/>
        <w:t>Старий</w:t>
      </w:r>
    </w:p>
    <w:p>
      <w:r>
        <w:br/>
        <w:t>Ну, а вони покликали свого.&lt;br /&gt;</w:t>
        <w:br/>
        <w:t>Принизили і заплатили скупо,&lt;br /&gt;</w:t>
        <w:br/>
        <w:t>бо він сказав, що твір щось не "ого",&lt;br /&gt;</w:t>
        <w:br/>
        <w:t>і що ціна — п’ятсот, не більше, скудо.</w:t>
      </w:r>
    </w:p>
    <w:p>
      <w:r>
        <w:br/>
        <w:t>Флорентієць</w:t>
      </w:r>
    </w:p>
    <w:p>
      <w:r>
        <w:br/>
        <w:t>Та краще б звір мене ударив бивнем!&lt;br /&gt;</w:t>
        <w:br/>
        <w:t>Я побілів, і я сказав їм так: —&lt;br /&gt;</w:t>
        <w:br/>
        <w:t>Чи вам, синьйори, не здається дивним,&lt;br /&gt;</w:t>
        <w:br/>
        <w:t>що труд митця оцінює слимак?</w:t>
      </w:r>
    </w:p>
    <w:p>
      <w:r>
        <w:br/>
        <w:t>Старий</w:t>
      </w:r>
    </w:p>
    <w:p>
      <w:r>
        <w:br/>
        <w:t>І почалось. Погрожували пальцем.&lt;br /&gt;</w:t>
        <w:br/>
        <w:t>Злостивцем називали і зухвальцем.&lt;br /&gt;</w:t>
        <w:br/>
        <w:t>Що молодь вперта, і від того зло.&lt;br /&gt;</w:t>
        <w:br/>
        <w:t>Що в їхній час такого не було.</w:t>
      </w:r>
    </w:p>
    <w:p>
      <w:r>
        <w:br/>
        <w:t>Флорентієць</w:t>
      </w:r>
    </w:p>
    <w:p>
      <w:r>
        <w:br/>
        <w:t>Я вийшов звідти,— з мене було досить.&lt;br /&gt;</w:t>
        <w:br/>
        <w:t>Я десь кудись забіг тоді, я зник.&lt;br /&gt;</w:t>
        <w:br/>
        <w:t>Це був мій перший, мій болючий досвід:&lt;br /&gt;</w:t>
        <w:br/>
        <w:t>замовнику зручніший ремісник.</w:t>
      </w:r>
    </w:p>
    <w:p>
      <w:r>
        <w:br/>
        <w:t>Старий</w:t>
      </w:r>
    </w:p>
    <w:p>
      <w:r>
        <w:br/>
        <w:t>Чого ж ти не сказав йому: — Паскудо,&lt;br /&gt;</w:t>
        <w:br/>
        <w:t>мені не треба ті нещасні скудо!&lt;br /&gt;</w:t>
        <w:br/>
        <w:t>Ти ж власним коштом більше оплатив.&lt;br /&gt;</w:t>
        <w:br/>
        <w:t>Чого ж ти їх тоді не всовістив?</w:t>
      </w:r>
    </w:p>
    <w:p>
      <w:r>
        <w:br/>
        <w:t>Флорентієць</w:t>
      </w:r>
    </w:p>
    <w:p>
      <w:r>
        <w:br/>
        <w:t>Я гордий був. Принаймні хоч гордині&lt;br /&gt;</w:t>
        <w:br/>
        <w:t>ніхто не сміє збавити людині.</w:t>
      </w:r>
    </w:p>
    <w:p>
      <w:r>
        <w:br/>
        <w:t>І потім, я ще жив не у нестатках.&lt;br /&gt;</w:t>
        <w:br/>
        <w:t>Я мав куди подітись від образ.&lt;br /&gt;</w:t>
        <w:br/>
        <w:t>Мій дім стояв у лоджіях і в ґратках,&lt;br /&gt;</w:t>
        <w:br/>
        <w:t>У мене був домашній дикобраз.</w:t>
      </w:r>
    </w:p>
    <w:p>
      <w:r>
        <w:br/>
        <w:t>Я міг собі дозволити дозвілля,&lt;br /&gt;</w:t>
        <w:br/>
        <w:t>себе ще не призводячи до скрут,&lt;br /&gt;</w:t>
        <w:br/>
        <w:t>півроку роздивлятися сузір’я,&lt;br /&gt;</w:t>
        <w:br/>
        <w:t>два роки заморожувати ртуть.</w:t>
      </w:r>
    </w:p>
    <w:p>
      <w:r>
        <w:br/>
        <w:t>У мене був мій говорящий ворон.&lt;br /&gt;</w:t>
        <w:br/>
        <w:t>Мій час життя у вічності тривав.&lt;br /&gt;</w:t>
        <w:br/>
        <w:t>Я міг неквапно працювать над твором,&lt;br /&gt;</w:t>
        <w:br/>
        <w:t>а потім твори друзям роздавав.</w:t>
      </w:r>
    </w:p>
    <w:p>
      <w:r>
        <w:br/>
        <w:t>Був невідлюдний. Добре грав на лютні.&lt;br /&gt;</w:t>
        <w:br/>
        <w:t>Життя було безпечне і легке.</w:t>
      </w:r>
    </w:p>
    <w:p>
      <w:r>
        <w:br/>
        <w:t>Старий</w:t>
      </w:r>
    </w:p>
    <w:p>
      <w:r>
        <w:br/>
        <w:t>Чого ж ти не подумав про майбутнє?</w:t>
      </w:r>
    </w:p>
    <w:p>
      <w:r>
        <w:br/>
        <w:t>Флорентієць</w:t>
      </w:r>
    </w:p>
    <w:p>
      <w:r>
        <w:br/>
        <w:t>Чи міг я думать, що воно таке?!</w:t>
      </w:r>
    </w:p>
    <w:p>
      <w:r>
        <w:br/>
        <w:t>В примарнім крузі місячного світла — такий трагічний у своїй самотності —&lt;br /&gt;</w:t>
        <w:br/>
        <w:t>сидить на лаві Рустичі, старий.</w:t>
      </w:r>
    </w:p>
    <w:p>
      <w:r>
        <w:br/>
        <w:t>Спалахують суцвіття фейєрверків, сніп кольорових іскор над юрбою.&lt;br /&gt;</w:t>
        <w:br/>
        <w:t>Невтримний шал веселощів і свята.</w:t>
      </w:r>
    </w:p>
    <w:p>
      <w:r>
        <w:br/>
        <w:t>Уся в гірляндах пишна колісниця. На ній стоїть прекрасна Маріелла,&lt;br /&gt;</w:t>
        <w:br/>
        <w:t>вона шпурляє квіти у юрбу.</w:t>
      </w:r>
    </w:p>
    <w:p>
      <w:r>
        <w:br/>
        <w:t>Торкає струни лютні Флорентієць,&lt;br /&gt;</w:t>
        <w:br/>
        <w:t>і дев’ять&lt;br /&gt;</w:t>
        <w:br/>
        <w:t>карнавальних&lt;br /&gt;</w:t>
        <w:br/>
        <w:t>флорентійок —&lt;br /&gt;</w:t>
        <w:br/>
        <w:t>ті ж самі музи, але вже інакші,</w:t>
      </w:r>
    </w:p>
    <w:p>
      <w:r>
        <w:br/>
        <w:t>як хризантеми в карнавальних масках, в тимпани б’ють, оточують, танцюють,&lt;br /&gt;</w:t>
        <w:br/>
        <w:t>все далі відтісняють Флорентійця.</w:t>
      </w:r>
    </w:p>
    <w:p>
      <w:r>
        <w:br/>
        <w:t>Флорентієць</w:t>
      </w:r>
    </w:p>
    <w:p>
      <w:r>
        <w:br/>
        <w:t>(і весело, і трохи винувато)</w:t>
      </w:r>
    </w:p>
    <w:p>
      <w:r>
        <w:br/>
        <w:t>Флоренція любила карнавали.&lt;br /&gt;</w:t>
        <w:br/>
        <w:t>Я флорентієць, я любив їх теж.</w:t>
      </w:r>
    </w:p>
    <w:p>
      <w:r>
        <w:br/>
        <w:t>Старий</w:t>
      </w:r>
    </w:p>
    <w:p>
      <w:r>
        <w:br/>
        <w:t>О ви, що стільки часу змарнували&lt;br /&gt;</w:t>
        <w:br/>
        <w:t>на фейєрверки з флорентійських веж!</w:t>
      </w:r>
    </w:p>
    <w:p>
      <w:r>
        <w:br/>
        <w:t>На ваші п’яні гульбища, бенкети,&lt;br /&gt;</w:t>
        <w:br/>
        <w:t>де кожен з вас пишався, як індик,&lt;br /&gt;</w:t>
        <w:br/>
        <w:t>де ваші запопадливі поети&lt;br /&gt;</w:t>
        <w:br/>
        <w:t>наввипередки славили владик!</w:t>
      </w:r>
    </w:p>
    <w:p>
      <w:r>
        <w:br/>
        <w:t>Флорентієць</w:t>
      </w:r>
    </w:p>
    <w:p>
      <w:r>
        <w:br/>
        <w:t>(награючи на лютні, мов не чує)</w:t>
      </w:r>
    </w:p>
    <w:p>
      <w:r>
        <w:br/>
        <w:t>О Маріелла, Маріелла, Маріелла!</w:t>
      </w:r>
    </w:p>
    <w:p>
      <w:r>
        <w:br/>
        <w:t>Старий</w:t>
      </w:r>
    </w:p>
    <w:p>
      <w:r>
        <w:br/>
        <w:t>(у намаганні якось буть почутим, зіп’явсь на лаву, в пароксизмі гніву)</w:t>
      </w:r>
    </w:p>
    <w:p>
      <w:r>
        <w:br/>
        <w:t>Спиніться, схаменіться, в гупотінні&lt;br /&gt;</w:t>
        <w:br/>
        <w:t>не чуть, як наближається біда!&lt;br /&gt;</w:t>
        <w:br/>
        <w:t>Вже вас немає. Вже на ваші тіні&lt;br /&gt;</w:t>
        <w:br/>
        <w:t>розлив бокал кривавий тамада.</w:t>
      </w:r>
    </w:p>
    <w:p>
      <w:r>
        <w:br/>
        <w:t>Я вам кажу. І час такий настане.&lt;br /&gt;</w:t>
        <w:br/>
        <w:t>Хто що посіяв, той те і пожне.&lt;br /&gt;</w:t>
        <w:br/>
        <w:t>Флоренція болить. Флоренція повстане.&lt;br /&gt;</w:t>
        <w:br/>
        <w:t>Флоренція тиранів прожене.</w:t>
      </w:r>
    </w:p>
    <w:p>
      <w:r>
        <w:br/>
        <w:t>Вона змете палаци їхні й замки,&lt;br /&gt;</w:t>
        <w:br/>
        <w:t>вона такий утне їм карнавал,&lt;br /&gt;</w:t>
        <w:br/>
        <w:t>що тільки чорт знайшов би там уламки&lt;br /&gt;</w:t>
        <w:br/>
        <w:t>од жаху перекошених дзеркал!</w:t>
      </w:r>
    </w:p>
    <w:p>
      <w:r>
        <w:br/>
        <w:t>Чи ви тоді отямитесь прозрівши?&lt;br /&gt;</w:t>
        <w:br/>
        <w:t>Вином не скаламучуйте уми!&lt;br /&gt;</w:t>
        <w:br/>
        <w:t>Бо згинете, Флоренцію призвівши&lt;br /&gt;</w:t>
        <w:br/>
        <w:t>до голоду, усобиць І чуми!</w:t>
      </w:r>
    </w:p>
    <w:p>
      <w:r>
        <w:br/>
        <w:t>Я вам кажу. Я вас молю. Я прошу.&lt;br /&gt;</w:t>
        <w:br/>
        <w:t>О, схаменіться, поки ще живі!&lt;br /&gt;</w:t>
        <w:br/>
        <w:t>Ви казитесь, ви тонете в розкошах.&lt;br /&gt;</w:t>
        <w:br/>
        <w:t>Волаю вам — потонете в крові!</w:t>
      </w:r>
    </w:p>
    <w:p>
      <w:r>
        <w:br/>
        <w:t>Голоси</w:t>
      </w:r>
    </w:p>
    <w:p>
      <w:r>
        <w:br/>
        <w:t>(обурені, з танцюючого натовпу)</w:t>
      </w:r>
    </w:p>
    <w:p>
      <w:r>
        <w:br/>
        <w:t>А це ще хто? Хапай його за поли!&lt;br /&gt;</w:t>
        <w:br/>
        <w:t>Чого він тут, тягни його униз!&lt;br /&gt;</w:t>
        <w:br/>
        <w:t>Ти що, як тінь ченця Савонароли,&lt;br /&gt;</w:t>
        <w:br/>
        <w:t>над безтурботним натовпом навис?!</w:t>
      </w:r>
    </w:p>
    <w:p>
      <w:r>
        <w:br/>
        <w:t>Флорентієць</w:t>
      </w:r>
    </w:p>
    <w:p>
      <w:r>
        <w:br/>
        <w:t>(наспівує і награє на лютні)</w:t>
      </w:r>
    </w:p>
    <w:p>
      <w:r>
        <w:br/>
        <w:t>О Маріелла!</w:t>
      </w:r>
    </w:p>
    <w:p>
      <w:r>
        <w:br/>
        <w:t>Старий</w:t>
      </w:r>
    </w:p>
    <w:p>
      <w:r>
        <w:br/>
        <w:t>Боже, він не слуха!&lt;br /&gt;</w:t>
        <w:br/>
        <w:t>Його робітня пилом припада.&lt;br /&gt;</w:t>
        <w:br/>
        <w:t>Флоренції загрожує розруха,&lt;br /&gt;</w:t>
        <w:br/>
        <w:t>а він на карнавалах пропада!</w:t>
      </w:r>
    </w:p>
    <w:p>
      <w:r>
        <w:br/>
        <w:t>Він з ними їхній. Деспоту в догоду&lt;br /&gt;</w:t>
        <w:br/>
        <w:t>зліпив аж кілька непристойних пик.&lt;br /&gt;</w:t>
        <w:br/>
        <w:t>Одне із двох — або люби свободу,&lt;br /&gt;</w:t>
        <w:br/>
        <w:t>або залеж від милості владик!</w:t>
      </w:r>
    </w:p>
    <w:p>
      <w:r>
        <w:br/>
        <w:t>Чого ти тут? Ти — Рустичі, ти — брила.&lt;br /&gt;</w:t>
        <w:br/>
        <w:t>На що марнуєш дар свій і літа?&lt;br /&gt;</w:t>
        <w:br/>
        <w:t>Не дай собі надборкувати крила,&lt;br /&gt;</w:t>
        <w:br/>
        <w:t>тебе ж погубить вся ця суєта!</w:t>
      </w:r>
    </w:p>
    <w:p>
      <w:r>
        <w:br/>
        <w:t>Лоренцо був, а ці вже — не Лоренцо.&lt;br /&gt;</w:t>
        <w:br/>
        <w:t>Вони, як гусінь, об’їдять Флоренцію.&lt;br /&gt;</w:t>
        <w:br/>
        <w:t>Ти робиш те, що прагне їх пиха.&lt;br /&gt;</w:t>
        <w:br/>
        <w:t>Вона у них до істини глуха,</w:t>
      </w:r>
    </w:p>
    <w:p>
      <w:r>
        <w:br/>
        <w:t>Ти думаєш, що хист твій невичерпний?&lt;br /&gt;</w:t>
        <w:br/>
        <w:t>Ти ліпиш сніг.</w:t>
      </w:r>
    </w:p>
    <w:p>
      <w:r>
        <w:br/>
        <w:t>Флорентієць</w:t>
      </w:r>
    </w:p>
    <w:p>
      <w:r>
        <w:br/>
        <w:t>Та згинь, кажу, мано!</w:t>
      </w:r>
    </w:p>
    <w:p>
      <w:r>
        <w:br/>
        <w:t>Старий</w:t>
      </w:r>
    </w:p>
    <w:p>
      <w:r>
        <w:br/>
        <w:t>Всіх пиятик незмінний виночерпій,&lt;br /&gt;</w:t>
        <w:br/>
        <w:t>ти чуєш — скреготнуло твоє дно!</w:t>
      </w:r>
    </w:p>
    <w:p>
      <w:r>
        <w:br/>
        <w:t>Флорентієць</w:t>
      </w:r>
    </w:p>
    <w:p>
      <w:r>
        <w:br/>
        <w:t>Ти не турбуйсь, там вистачить на дні ще.</w:t>
      </w:r>
    </w:p>
    <w:p>
      <w:r>
        <w:br/>
        <w:t>Старий</w:t>
      </w:r>
    </w:p>
    <w:p>
      <w:r>
        <w:br/>
        <w:t>Такий талант, ти міг би вразить світ!</w:t>
      </w:r>
    </w:p>
    <w:p>
      <w:r>
        <w:br/>
        <w:t>Флорентієць</w:t>
      </w:r>
    </w:p>
    <w:p>
      <w:r>
        <w:br/>
        <w:t>Тобі тепер зі старості видніше,&lt;br /&gt;</w:t>
        <w:br/>
        <w:t>що слід мені робити й що не слід.</w:t>
      </w:r>
    </w:p>
    <w:p>
      <w:r>
        <w:br/>
        <w:t>Старий</w:t>
      </w:r>
    </w:p>
    <w:p>
      <w:r>
        <w:br/>
        <w:t>Чи ж довго буде молодість тривати?&lt;br /&gt;</w:t>
        <w:br/>
        <w:t>А ти її розтринькав не на те!</w:t>
      </w:r>
    </w:p>
    <w:p>
      <w:r>
        <w:br/>
        <w:t>Флорентієць</w:t>
      </w:r>
    </w:p>
    <w:p>
      <w:r>
        <w:br/>
        <w:t>(підспівує і награє на лютні)</w:t>
      </w:r>
    </w:p>
    <w:p>
      <w:r>
        <w:br/>
        <w:t>"Троянду треба рвати, поки вона цвіте!"</w:t>
      </w:r>
    </w:p>
    <w:p>
      <w:r>
        <w:br/>
        <w:t>Старий</w:t>
      </w:r>
    </w:p>
    <w:p>
      <w:r>
        <w:br/>
        <w:t>Хіба митцеві місце серед зборищ?&lt;br /&gt;</w:t>
        <w:br/>
        <w:t>Спинись. Подумай. Не жадай хвали!</w:t>
      </w:r>
    </w:p>
    <w:p>
      <w:r>
        <w:br/>
        <w:t>Флорентієць</w:t>
      </w:r>
    </w:p>
    <w:p>
      <w:r>
        <w:br/>
        <w:t>Старий, колись усе це договориш,&lt;br /&gt;</w:t>
        <w:br/>
        <w:t>десь іншим разом, бо нема коли!</w:t>
      </w:r>
    </w:p>
    <w:p>
      <w:r>
        <w:br/>
        <w:t>Старий</w:t>
      </w:r>
    </w:p>
    <w:p>
      <w:r>
        <w:br/>
        <w:t>Коли танцюють музи тарантелу,&lt;br /&gt;</w:t>
        <w:br/>
        <w:t>чи обертом не піде голова?</w:t>
      </w:r>
    </w:p>
    <w:p>
      <w:r>
        <w:br/>
        <w:t>Флорентієць</w:t>
      </w:r>
    </w:p>
    <w:p>
      <w:r>
        <w:br/>
        <w:t>Створив я мармурову Маріеллу.&lt;br /&gt;</w:t>
        <w:br/>
        <w:t>Та більше до душі мені жива!</w:t>
      </w:r>
    </w:p>
    <w:p>
      <w:r>
        <w:br/>
        <w:t>(Підставив руки — прямо з колісниці йому в обійми впала Маріелла.&lt;br /&gt;</w:t>
        <w:br/>
        <w:t>Вона сміється і танечним кроком веде його у танець за собою.&lt;br /&gt;</w:t>
        <w:br/>
        <w:t>Вона струнка, прекрасна і жагуча. Це досконалий образ флорентійки.&lt;br /&gt;</w:t>
        <w:br/>
        <w:t>"О Маріелла, лілія Тоскани!" — наспівує і грає Флорентієць)</w:t>
      </w:r>
    </w:p>
    <w:p>
      <w:r>
        <w:br/>
        <w:t>Старий</w:t>
      </w:r>
    </w:p>
    <w:p>
      <w:r>
        <w:br/>
        <w:t>Куди ж ти йдеш? Невже ти йдеш з юрбою?!</w:t>
      </w:r>
    </w:p>
    <w:p>
      <w:r>
        <w:br/>
        <w:t>Флорентієць</w:t>
      </w:r>
    </w:p>
    <w:p>
      <w:r>
        <w:br/>
        <w:t>Я цілу ніч гулятиму! Уп’юсь.</w:t>
      </w:r>
    </w:p>
    <w:p>
      <w:r>
        <w:br/>
        <w:t>Старий</w:t>
      </w:r>
    </w:p>
    <w:p>
      <w:r>
        <w:br/>
        <w:t>(раптово з ніжністю)</w:t>
      </w:r>
    </w:p>
    <w:p>
      <w:r>
        <w:br/>
        <w:t>Люблю тебе, милуюся тобою!</w:t>
      </w:r>
    </w:p>
    <w:p>
      <w:r>
        <w:br/>
        <w:t>Флорентієць</w:t>
      </w:r>
    </w:p>
    <w:p>
      <w:r>
        <w:br/>
        <w:t>А я тебе ненавиджу, боюсь.</w:t>
      </w:r>
    </w:p>
    <w:p>
      <w:r>
        <w:br/>
        <w:t>Тьмяніє пишне древо фейєрверка. Мітлою Чортик підмітає квіти.&lt;br /&gt;</w:t>
        <w:br/>
        <w:t>І дев’ять муз у масках карнавальних відходять, озирнувшись на Старого.</w:t>
      </w:r>
    </w:p>
    <w:p>
      <w:r>
        <w:br/>
        <w:t>Старий сидить, похилений, на лаві. Десь плюскіт весел в темряві і тиші.&lt;br /&gt;</w:t>
        <w:br/>
        <w:t>Нечутно повернувся Флорентієць, спостерігає сумно звіддалік.</w:t>
      </w:r>
    </w:p>
    <w:p>
      <w:r>
        <w:br/>
        <w:t>Флорентієць</w:t>
      </w:r>
    </w:p>
    <w:p>
      <w:r>
        <w:br/>
        <w:t>Яка самотність! Монастирські мури.&lt;br /&gt;</w:t>
        <w:br/>
        <w:t>Чиїсь надбиті плити у траві.&lt;br /&gt;</w:t>
        <w:br/>
        <w:t>Ці вапною заляпані скульптури,&lt;br /&gt;</w:t>
        <w:br/>
        <w:t>котрі вночі говорять, як живі.</w:t>
      </w:r>
    </w:p>
    <w:p>
      <w:r>
        <w:br/>
        <w:t>Жаринки зір з небесної жаровні.&lt;br /&gt;</w:t>
        <w:br/>
        <w:t>І той чернець, що веслами гребе.&lt;br /&gt;</w:t>
        <w:br/>
        <w:t>І чорний хрест під місяцем уповні.&lt;br /&gt;</w:t>
        <w:br/>
        <w:t>І цей старий, що згадує себе…</w:t>
      </w:r>
    </w:p>
    <w:p>
      <w:r>
        <w:br/>
        <w:t>Дожив. До себе відчуваю жалість.&lt;br /&gt;</w:t>
        <w:br/>
        <w:t>"В останній тузі",— як сказав Катулл.&lt;br /&gt;</w:t>
        <w:br/>
        <w:t>Колись мені, ще в юності, ввижалась&lt;br /&gt;</w:t>
        <w:br/>
        <w:t>тінь Данте у Саду Скульптур.</w:t>
      </w:r>
    </w:p>
    <w:p>
      <w:r>
        <w:br/>
        <w:t>Він теж сидів, похилений, на лаві,&lt;br /&gt;</w:t>
        <w:br/>
        <w:t>додолу руки звісивши бліді,&lt;br /&gt;</w:t>
        <w:br/>
        <w:t>але ж безсмертний у всесвітній славі!..</w:t>
      </w:r>
    </w:p>
    <w:p>
      <w:r>
        <w:br/>
        <w:t>(Жест розпачу і туги в бік Старого).</w:t>
      </w:r>
    </w:p>
    <w:p>
      <w:r>
        <w:br/>
        <w:t>Себе — таким — я уявляв тоді?!</w:t>
      </w:r>
    </w:p>
    <w:p>
      <w:r>
        <w:br/>
        <w:t>Старий</w:t>
      </w:r>
    </w:p>
    <w:p>
      <w:r>
        <w:br/>
        <w:t>Ось і говориш із старим тепер ти.</w:t>
      </w:r>
    </w:p>
    <w:p>
      <w:r>
        <w:br/>
        <w:t>Флорентієць</w:t>
      </w:r>
    </w:p>
    <w:p>
      <w:r>
        <w:br/>
        <w:t>Вже маю час. Минувся мій розгул.</w:t>
      </w:r>
    </w:p>
    <w:p>
      <w:r>
        <w:br/>
        <w:t>Старий</w:t>
      </w:r>
    </w:p>
    <w:p>
      <w:r>
        <w:br/>
        <w:t>"Чи я не забарився вмерти?" —&lt;br /&gt;</w:t>
        <w:br/>
        <w:t>Хто це сказав?</w:t>
      </w:r>
    </w:p>
    <w:p>
      <w:r>
        <w:br/>
        <w:t>Флорентієць</w:t>
      </w:r>
    </w:p>
    <w:p>
      <w:r>
        <w:br/>
        <w:t>Здається, теж Катулл.</w:t>
      </w:r>
    </w:p>
    <w:p>
      <w:r>
        <w:br/>
        <w:t>(Стих плюскіт весел. Лунко впало яблуко. Десь вдалині загавкали собаки)</w:t>
      </w:r>
    </w:p>
    <w:p>
      <w:r>
        <w:br/>
        <w:t>Старий</w:t>
      </w:r>
    </w:p>
    <w:p>
      <w:r>
        <w:br/>
        <w:t>Доплив чернець.</w:t>
      </w:r>
    </w:p>
    <w:p>
      <w:r>
        <w:br/>
        <w:t>Флорентієць</w:t>
      </w:r>
    </w:p>
    <w:p>
      <w:r>
        <w:br/>
        <w:t>Не був же я нездарою!</w:t>
      </w:r>
    </w:p>
    <w:p>
      <w:r>
        <w:br/>
        <w:t>Старий</w:t>
      </w:r>
    </w:p>
    <w:p>
      <w:r>
        <w:br/>
        <w:t>О, стрепенуло крильцями пташа.</w:t>
      </w:r>
    </w:p>
    <w:p>
      <w:r>
        <w:br/>
        <w:t>Флорентієць</w:t>
      </w:r>
    </w:p>
    <w:p>
      <w:r>
        <w:br/>
        <w:t>Що там за муром?</w:t>
      </w:r>
    </w:p>
    <w:p>
      <w:r>
        <w:br/>
        <w:t>Старий</w:t>
      </w:r>
    </w:p>
    <w:p>
      <w:r>
        <w:br/>
        <w:t>Круча над Луарою.</w:t>
      </w:r>
    </w:p>
    <w:p>
      <w:r>
        <w:br/>
        <w:t>Флорентієць</w:t>
      </w:r>
    </w:p>
    <w:p>
      <w:r>
        <w:br/>
        <w:t>Це скрикнув сич?</w:t>
      </w:r>
    </w:p>
    <w:p>
      <w:r>
        <w:br/>
        <w:t>Старий</w:t>
      </w:r>
    </w:p>
    <w:p>
      <w:r>
        <w:br/>
        <w:t>Або чиясь душа.</w:t>
      </w:r>
    </w:p>
    <w:p>
      <w:r>
        <w:br/>
        <w:t>Флорентієць</w:t>
      </w:r>
    </w:p>
    <w:p>
      <w:r>
        <w:br/>
        <w:t>О Маріелла! Плакалось, грішилось.&lt;br /&gt;</w:t>
        <w:br/>
        <w:t>І кожен з нас колись на світі був.</w:t>
      </w:r>
    </w:p>
    <w:p>
      <w:r>
        <w:br/>
        <w:t>Старий</w:t>
      </w:r>
    </w:p>
    <w:p>
      <w:r>
        <w:br/>
        <w:t>Вона при хворій матері лишилась.&lt;br /&gt;</w:t>
        <w:br/>
        <w:t>А я поїхав. Я її забув.</w:t>
      </w:r>
    </w:p>
    <w:p>
      <w:r>
        <w:br/>
        <w:t>Флорентієць</w:t>
      </w:r>
    </w:p>
    <w:p>
      <w:r>
        <w:br/>
        <w:t>Ти не забув. Ти думав, що забудеш.&lt;br /&gt;</w:t>
        <w:br/>
        <w:t>Ти у Парижі мав їх не одну.</w:t>
      </w:r>
    </w:p>
    <w:p>
      <w:r>
        <w:br/>
        <w:t>Старий</w:t>
      </w:r>
    </w:p>
    <w:p>
      <w:r>
        <w:br/>
        <w:t>Мовчи, бо в серці знов її розбудиш!</w:t>
      </w:r>
    </w:p>
    <w:p>
      <w:r>
        <w:br/>
        <w:t>Флорентієць</w:t>
      </w:r>
    </w:p>
    <w:p>
      <w:r>
        <w:br/>
        <w:t>Вона померла. В голод, у війну.</w:t>
      </w:r>
    </w:p>
    <w:p>
      <w:r>
        <w:br/>
        <w:t>Будинок їхній над рікою Арно&lt;br /&gt;</w:t>
        <w:br/>
        <w:t>потроху зносять води прибутні.&lt;br /&gt;</w:t>
        <w:br/>
        <w:t>А ту скульптуру, Маріеллу з мармуру,&lt;br /&gt;</w:t>
        <w:br/>
        <w:t>десь вивезли. Вона на чужині.</w:t>
      </w:r>
    </w:p>
    <w:p>
      <w:r>
        <w:br/>
        <w:t>Вони її украли, безборонну.&lt;br /&gt;</w:t>
        <w:br/>
        <w:t>Якийсь ландскнехт повіз як сувенір.&lt;br /&gt;</w:t>
        <w:br/>
        <w:t>Або продав якомусь там барону&lt;br /&gt;</w:t>
        <w:br/>
        <w:t>твою любов, твій безіменний твір.</w:t>
      </w:r>
    </w:p>
    <w:p>
      <w:r>
        <w:br/>
        <w:t>Старий</w:t>
      </w:r>
    </w:p>
    <w:p>
      <w:r>
        <w:br/>
        <w:t>Як я різьбив ті риси дивовижні!&lt;br /&gt;</w:t>
        <w:br/>
        <w:t>Було натхнення схоже на екстаз.&lt;br /&gt;</w:t>
        <w:br/>
        <w:t>Я вже й пізніше, при дворі, в Парижі,&lt;br /&gt;</w:t>
        <w:br/>
        <w:t>шукав її у мармурі не раз.</w:t>
      </w:r>
    </w:p>
    <w:p>
      <w:r>
        <w:br/>
        <w:t>Усе було — і молодість, і сила,&lt;br /&gt;</w:t>
        <w:br/>
        <w:t>і спокій, і достаток, і хвала.&lt;br /&gt;</w:t>
        <w:br/>
        <w:t>Але вона вже більш не осінила,&lt;br /&gt;</w:t>
        <w:br/>
        <w:t>вона до мене більше не прийшла…</w:t>
      </w:r>
    </w:p>
    <w:p>
      <w:r>
        <w:br/>
        <w:t>Флорентієць</w:t>
      </w:r>
    </w:p>
    <w:p>
      <w:r>
        <w:br/>
        <w:t>Так на таланті зрада окошилась.&lt;br /&gt;</w:t>
        <w:br/>
        <w:t>Ти Маріеллу кинув у біді.</w:t>
      </w:r>
    </w:p>
    <w:p>
      <w:r>
        <w:br/>
        <w:t>Старий</w:t>
      </w:r>
    </w:p>
    <w:p>
      <w:r>
        <w:br/>
        <w:t>Але ж вона при матері лишилась!</w:t>
      </w:r>
    </w:p>
    <w:p>
      <w:r>
        <w:br/>
        <w:t>Флорентієць</w:t>
      </w:r>
    </w:p>
    <w:p>
      <w:r>
        <w:br/>
        <w:t>А хто була Флоренція тобі?</w:t>
      </w:r>
    </w:p>
    <w:p>
      <w:r>
        <w:br/>
        <w:t>Старий</w:t>
      </w:r>
    </w:p>
    <w:p>
      <w:r>
        <w:br/>
        <w:t>Флоренція? В якому одкровенні&lt;br /&gt;</w:t>
        <w:br/>
        <w:t>пізнає правду стомлена душа?&lt;br /&gt;</w:t>
        <w:br/>
        <w:t>Чи Данте, що похований в Равенні,&lt;br /&gt;</w:t>
        <w:br/>
        <w:t>хоч сумнів щодо цього полиша?</w:t>
      </w:r>
    </w:p>
    <w:p>
      <w:r>
        <w:br/>
        <w:t>Вона його судила, і цькувала,&lt;br /&gt;</w:t>
        <w:br/>
        <w:t>і змусила вмирать на чужині.&lt;br /&gt;</w:t>
        <w:br/>
        <w:t>Жорстока, невблаганна і лукава,&lt;br /&gt;</w:t>
        <w:br/>
        <w:t>вона була як мачуха мені!</w:t>
      </w:r>
    </w:p>
    <w:p>
      <w:r>
        <w:br/>
        <w:t>Флорентієць</w:t>
      </w:r>
    </w:p>
    <w:p>
      <w:r>
        <w:br/>
        <w:t>Чого не скажеш в гніві благороднім?&lt;br /&gt;</w:t>
        <w:br/>
        <w:t>Та муки Данте більші за твої.&lt;br /&gt;</w:t>
        <w:br/>
        <w:t>А все одно й на камені надгробнім&lt;br /&gt;</w:t>
        <w:br/>
        <w:t>він називає матір’ю її!</w:t>
      </w:r>
    </w:p>
    <w:p>
      <w:r>
        <w:br/>
        <w:t>Старий</w:t>
      </w:r>
    </w:p>
    <w:p>
      <w:r>
        <w:br/>
        <w:t>Вона його посміла проклинати.&lt;br /&gt;</w:t>
        <w:br/>
        <w:t>Він був нелюбий, як усі митці.</w:t>
      </w:r>
    </w:p>
    <w:p>
      <w:r>
        <w:br/>
        <w:t>Флорентієць</w:t>
      </w:r>
    </w:p>
    <w:p>
      <w:r>
        <w:br/>
        <w:t>Цькувала не Флоренція, не мати,&lt;br /&gt;</w:t>
        <w:br/>
        <w:t>а міста самоназвані отці.</w:t>
      </w:r>
    </w:p>
    <w:p>
      <w:r>
        <w:br/>
        <w:t>О ті страшні, розбещені, погані,&lt;br /&gt;</w:t>
        <w:br/>
        <w:t>усіх віків вельможні старигані!</w:t>
      </w:r>
    </w:p>
    <w:p>
      <w:r>
        <w:br/>
        <w:t>В якій лиш не з’являлися личині,&lt;br /&gt;</w:t>
        <w:br/>
        <w:t>який лиш бруд не мали на руках!&lt;br /&gt;</w:t>
        <w:br/>
        <w:t>Вони помруть, а наслідки злочинні&lt;br /&gt;</w:t>
        <w:br/>
        <w:t>відлунюють ще довго у віках.</w:t>
      </w:r>
    </w:p>
    <w:p>
      <w:r>
        <w:br/>
        <w:t>На риштуванні Чортик позіхнув і, опустивши дзеркальце блискуче,&lt;br /&gt;</w:t>
        <w:br/>
        <w:t>затарабанив ратичками стиха об дерев’яні ребра риштувань.</w:t>
      </w:r>
    </w:p>
    <w:p>
      <w:r>
        <w:br/>
        <w:t>Чортик</w:t>
      </w:r>
    </w:p>
    <w:p>
      <w:r>
        <w:br/>
        <w:t>Обридло зайчики пускать, перепочину,&lt;br /&gt;</w:t>
        <w:br/>
        <w:t>а то ще хтось пошпурить кирпичину.&lt;br /&gt;</w:t>
        <w:br/>
        <w:t>Та й взагалі, признатися, мені&lt;br /&gt;</w:t>
        <w:br/>
        <w:t>людські страждання все-таки нудні.</w:t>
      </w:r>
    </w:p>
    <w:p>
      <w:r>
        <w:br/>
        <w:t>Я все вже бачив і до всього звик.&lt;br /&gt;</w:t>
        <w:br/>
        <w:t>Усе це суєта і від лукавого.&lt;br /&gt;</w:t>
        <w:br/>
        <w:t>Щось дуже темно.</w:t>
      </w:r>
    </w:p>
    <w:p>
      <w:r>
        <w:br/>
        <w:t>(Хукнув і протер блискученький уламок об коліно)</w:t>
      </w:r>
    </w:p>
    <w:p>
      <w:r>
        <w:br/>
        <w:t>О, жіночий крик!&lt;br /&gt;</w:t>
        <w:br/>
        <w:t>Ану погляньмо, це вже щось цікавого.</w:t>
      </w:r>
    </w:p>
    <w:p>
      <w:r>
        <w:br/>
        <w:t>(Висвітлює дерева у саду, де в глибині між статуями раптом майнула біла постать у туніці)</w:t>
      </w:r>
    </w:p>
    <w:p>
      <w:r>
        <w:br/>
        <w:t>Прекрасна жінка</w:t>
      </w:r>
    </w:p>
    <w:p>
      <w:r>
        <w:br/>
        <w:t>(простягає руки, у неї голос як антична флейта)</w:t>
      </w:r>
    </w:p>
    <w:p>
      <w:r>
        <w:br/>
        <w:t>Іду, іду, чекай мене в саду!&lt;br /&gt;</w:t>
        <w:br/>
        <w:t>Ти де, ти де, в якому ти вигнанні?&lt;br /&gt;</w:t>
        <w:br/>
        <w:t>О милий мій, нічого, я знайду.&lt;br /&gt;</w:t>
        <w:br/>
        <w:t>Де ж ти подівся, Рустичі, Джованні?!</w:t>
      </w:r>
    </w:p>
    <w:p>
      <w:r>
        <w:br/>
        <w:t>Флорентієць</w:t>
      </w:r>
    </w:p>
    <w:p>
      <w:r>
        <w:br/>
        <w:t>(назустріч їй розкрив свої обійми, змахнувши крилами лілового плаща)</w:t>
      </w:r>
    </w:p>
    <w:p>
      <w:r>
        <w:br/>
        <w:t>Я тут. Я жду. Мене вже навіть два.&lt;br /&gt;</w:t>
        <w:br/>
        <w:t>Ти в плесі ночі біла, як латаття.&lt;br /&gt;</w:t>
        <w:br/>
        <w:t>О Маріелла з мармуру! Жива?!&lt;br /&gt;</w:t>
        <w:br/>
        <w:t>Про що мене ти хочеш розпитати?</w:t>
      </w:r>
    </w:p>
    <w:p>
      <w:r>
        <w:br/>
        <w:t>Як я любив? Як згадував той час?&lt;br /&gt;</w:t>
        <w:br/>
        <w:t>Як мріяв я хоч вісточку дістати!</w:t>
      </w:r>
    </w:p>
    <w:p>
      <w:r>
        <w:br/>
        <w:t>Старий</w:t>
      </w:r>
    </w:p>
    <w:p>
      <w:r>
        <w:br/>
        <w:t>О Маріелла! Вже немає нас.&lt;br /&gt;</w:t>
        <w:br/>
        <w:t>Ти що, прийшла моїм надгріб’ям стати?</w:t>
      </w:r>
    </w:p>
    <w:p>
      <w:r>
        <w:br/>
        <w:t>Прекрасна жінка</w:t>
      </w:r>
    </w:p>
    <w:p>
      <w:r>
        <w:br/>
        <w:t>(з жахом відсахнувшись, розгублено питає Флорентійця)</w:t>
      </w:r>
    </w:p>
    <w:p>
      <w:r>
        <w:br/>
        <w:t>О мій коханий, хто він, цей старий?&lt;br /&gt;</w:t>
        <w:br/>
        <w:t>В його очах печаль така нестерпна!</w:t>
      </w:r>
    </w:p>
    <w:p>
      <w:r>
        <w:br/>
        <w:t>Флорентієць</w:t>
      </w:r>
    </w:p>
    <w:p>
      <w:r>
        <w:br/>
        <w:t>Він — Рустичі, котрий тебе створив,&lt;br /&gt;</w:t>
        <w:br/>
        <w:t>щоб ти була у камені безсмертна.</w:t>
      </w:r>
    </w:p>
    <w:p>
      <w:r>
        <w:br/>
        <w:t>Прекрасна жінка</w:t>
      </w:r>
    </w:p>
    <w:p>
      <w:r>
        <w:br/>
        <w:t>(тихо підійшла, поцілувала у чоло Старого)</w:t>
      </w:r>
    </w:p>
    <w:p>
      <w:r>
        <w:br/>
        <w:t>Це ти, Джованні? Плащ твій не ліловий.&lt;br /&gt;</w:t>
        <w:br/>
        <w:t>Лице твоє спустошене й сумне.</w:t>
      </w:r>
    </w:p>
    <w:p>
      <w:r>
        <w:br/>
        <w:t>Старий</w:t>
      </w:r>
    </w:p>
    <w:p>
      <w:r>
        <w:br/>
        <w:t>Облиш мене. Твій дотик мармуровий&lt;br /&gt;</w:t>
        <w:br/>
        <w:t>уже в мені не воскресить мене.</w:t>
      </w:r>
    </w:p>
    <w:p>
      <w:r>
        <w:br/>
        <w:t>(Прекрасна жінка ніби заточилась, руками затуляючи обличчя,&lt;br /&gt;</w:t>
        <w:br/>
        <w:t>і, ставши на коліна, скам’яніла)</w:t>
      </w:r>
    </w:p>
    <w:p>
      <w:r>
        <w:br/>
        <w:t>Чортик</w:t>
      </w:r>
    </w:p>
    <w:p>
      <w:r>
        <w:br/>
        <w:t>І хто вона йому, кохана чи жона?&lt;br /&gt;</w:t>
        <w:br/>
        <w:t>Така красуня й мертвому присниться.&lt;br /&gt;</w:t>
        <w:br/>
        <w:t>Ото біда, сполохав кажана.&lt;br /&gt;</w:t>
        <w:br/>
        <w:t>Світанок скоро, треба буде змиться.</w:t>
      </w:r>
    </w:p>
    <w:p>
      <w:r>
        <w:br/>
        <w:t>(Наводить світлий промінь на Старого)</w:t>
      </w:r>
    </w:p>
    <w:p>
      <w:r>
        <w:br/>
        <w:t>Ану, цікаво, що він там шепоче?</w:t>
      </w:r>
    </w:p>
    <w:p>
      <w:r>
        <w:br/>
        <w:t>Старий</w:t>
      </w:r>
    </w:p>
    <w:p>
      <w:r>
        <w:br/>
        <w:t>(долоні склавши, наче для молитви)</w:t>
      </w:r>
    </w:p>
    <w:p>
      <w:r>
        <w:br/>
        <w:t>Сан-Марко, Сан-Джованні, Санта-Кроче.&lt;br /&gt;</w:t>
        <w:br/>
        <w:t>О Фіоренца, щастя моє, горе!&lt;br /&gt;</w:t>
        <w:br/>
        <w:t>Санта-Марія дель Фіоре,&lt;br /&gt;</w:t>
        <w:br/>
        <w:t>Санта-Марія дель Фіоре!..</w:t>
      </w:r>
    </w:p>
    <w:p>
      <w:r>
        <w:br/>
        <w:t>Чортик</w:t>
      </w:r>
    </w:p>
    <w:p>
      <w:r>
        <w:br/>
        <w:t>Дивак старий, чи випив двісті грамів?&lt;br /&gt;</w:t>
        <w:br/>
        <w:t>Шепоче назви флорентійських храмів.</w:t>
      </w:r>
    </w:p>
    <w:p>
      <w:r>
        <w:br/>
        <w:t>Старий</w:t>
      </w:r>
    </w:p>
    <w:p>
      <w:r>
        <w:br/>
        <w:t>Сан-Спіріто, Сан-Сальві, Сан-Міньято,&lt;br /&gt;</w:t>
        <w:br/>
        <w:t>Сантіссіма Аннунціата.&lt;br /&gt;</w:t>
        <w:br/>
        <w:t>Лунгарно, Арно… чи прожив я марно?</w:t>
      </w:r>
    </w:p>
    <w:p>
      <w:r>
        <w:br/>
        <w:t>Чортик (здивовано)</w:t>
      </w:r>
    </w:p>
    <w:p>
      <w:r>
        <w:br/>
        <w:t>Шепоче річку!</w:t>
      </w:r>
    </w:p>
    <w:p>
      <w:r>
        <w:br/>
        <w:t>Старий</w:t>
      </w:r>
    </w:p>
    <w:p>
      <w:r>
        <w:br/>
        <w:t>Арно, Арно, Арно!&lt;br /&gt;</w:t>
        <w:br/>
        <w:t>Етруська пристань, лілія долин.&lt;br /&gt;</w:t>
        <w:br/>
        <w:t>Долинь до мене здалеку, долинь!&lt;br /&gt;</w:t>
        <w:br/>
        <w:t>О Фіоренца, щастя моє, горе!&lt;br /&gt;</w:t>
        <w:br/>
        <w:t>Санта-Марія дель Фіоре,&lt;br /&gt;</w:t>
        <w:br/>
        <w:t>Санта-Марія дель Фіоре…</w:t>
      </w:r>
    </w:p>
    <w:p>
      <w:r>
        <w:br/>
        <w:t>Флорентієць</w:t>
      </w:r>
    </w:p>
    <w:p>
      <w:r>
        <w:br/>
        <w:t>(скорботно нахиляється над ним)</w:t>
      </w:r>
    </w:p>
    <w:p>
      <w:r>
        <w:br/>
        <w:t>Ти молишся?&lt;br /&gt;</w:t>
        <w:br/>
        <w:t>Ти молишся.&lt;br /&gt;</w:t>
        <w:br/>
        <w:t>Молись.&lt;br /&gt;</w:t>
        <w:br/>
        <w:t>А ти ж покинув все оце колись.</w:t>
      </w:r>
    </w:p>
    <w:p>
      <w:r>
        <w:br/>
        <w:t>Старий</w:t>
      </w:r>
    </w:p>
    <w:p>
      <w:r>
        <w:br/>
        <w:t>Я не один. Не я один. А Данте?&lt;br /&gt;</w:t>
        <w:br/>
        <w:t>Він теж молився іншим небесам.</w:t>
      </w:r>
    </w:p>
    <w:p>
      <w:r>
        <w:br/>
        <w:t>Флорентієць</w:t>
      </w:r>
    </w:p>
    <w:p>
      <w:r>
        <w:br/>
        <w:t>О, не порівнюй, Данте був вигнанець.&lt;br /&gt;</w:t>
        <w:br/>
        <w:t>А ти втікач. Ти сам покинув, сам!</w:t>
      </w:r>
    </w:p>
    <w:p>
      <w:r>
        <w:br/>
        <w:t>Старий</w:t>
      </w:r>
    </w:p>
    <w:p>
      <w:r>
        <w:br/>
        <w:t>Я вже не міг, уже не мав я змоги&lt;br /&gt;</w:t>
        <w:br/>
        <w:t>терпіти всі ці війни та облоги.&lt;br /&gt;</w:t>
        <w:br/>
        <w:t>Ці сутички, то голод, то чуму,&lt;br /&gt;</w:t>
        <w:br/>
        <w:t>коли не знаєш, хто за що й чому.</w:t>
      </w:r>
    </w:p>
    <w:p>
      <w:r>
        <w:br/>
        <w:t>Все гризлися, усе когось бороли.&lt;br /&gt;</w:t>
        <w:br/>
        <w:t>Хіба я проти істини грішу?&lt;br /&gt;</w:t>
        <w:br/>
        <w:t>Я обгорілий труп Савонароли&lt;br /&gt;</w:t>
        <w:br/>
        <w:t>із юності у пам’яті ношу!</w:t>
      </w:r>
    </w:p>
    <w:p>
      <w:r>
        <w:br/>
        <w:t>Ми тільки й знали — страти, індульгенції,&lt;br /&gt;</w:t>
        <w:br/>
        <w:t>республіка, монархія, чума.&lt;br /&gt;</w:t>
        <w:br/>
        <w:t>Та я усе зробив би для Флоренції,&lt;br /&gt;</w:t>
        <w:br/>
        <w:t>але ж умов для праці там нема!</w:t>
      </w:r>
    </w:p>
    <w:p>
      <w:r>
        <w:br/>
        <w:t>Бо що створити можна в одурінні&lt;br /&gt;</w:t>
        <w:br/>
        <w:t>у цих капканах герцогських столиць,—&lt;br /&gt;</w:t>
        <w:br/>
        <w:t>то прославляй синьйора Содеріні,&lt;br /&gt;</w:t>
        <w:br/>
        <w:t>І то знову перед Медичі стелись.</w:t>
      </w:r>
    </w:p>
    <w:p>
      <w:r>
        <w:br/>
        <w:t>Я ж другом був великого да Вінчі,&lt;br /&gt;</w:t>
        <w:br/>
        <w:t>я ж вчився в знаменитому Саду!&lt;br /&gt;</w:t>
        <w:br/>
        <w:t>Я ж народився, щоб творити вічне,&lt;br /&gt;</w:t>
        <w:br/>
        <w:t>аж поки сам у вічність перейду.</w:t>
      </w:r>
    </w:p>
    <w:p>
      <w:r>
        <w:br/>
        <w:t>Я ж був готов за стіни ті вмирати,&lt;br /&gt;</w:t>
        <w:br/>
        <w:t>але не міг там жити навідріз,&lt;br /&gt;</w:t>
        <w:br/>
        <w:t>як ще один германський імператор&lt;br /&gt;</w:t>
        <w:br/>
        <w:t>І нам ще одного Медичі привіз!</w:t>
      </w:r>
    </w:p>
    <w:p>
      <w:r>
        <w:br/>
        <w:t>Флорентієць</w:t>
      </w:r>
    </w:p>
    <w:p>
      <w:r>
        <w:br/>
        <w:t>Між іншим, дехто вибирав не втечу,&lt;br /&gt;</w:t>
        <w:br/>
        <w:t>хоч міг так само звіятись, втекти.&lt;br /&gt;</w:t>
        <w:br/>
        <w:t>Буонарроті захищав фортецю.&lt;br /&gt;</w:t>
        <w:br/>
        <w:t>Чи, може, він бездарніший, ніж ти?</w:t>
      </w:r>
    </w:p>
    <w:p>
      <w:r>
        <w:br/>
        <w:t>Старий</w:t>
      </w:r>
    </w:p>
    <w:p>
      <w:r>
        <w:br/>
        <w:t>Буонарроті інший. Він подвижник.&lt;br /&gt;</w:t>
        <w:br/>
        <w:t>На ньому все, оскільки він Атлант.&lt;br /&gt;</w:t>
        <w:br/>
        <w:t>А я хотів свободи хоч на тиждень,&lt;br /&gt;</w:t>
        <w:br/>
        <w:t>я так боявся змарнувать талант!</w:t>
      </w:r>
    </w:p>
    <w:p>
      <w:r>
        <w:br/>
        <w:t>Мені огидні всі оці баталії,&lt;br /&gt;</w:t>
        <w:br/>
        <w:t>я задихаюсь, коли щось горить.&lt;br /&gt;</w:t>
        <w:br/>
        <w:t>В цій на шматки розтерзаній Італії&lt;br /&gt;</w:t>
        <w:br/>
        <w:t>я вже не міг ні жити, ні творить!</w:t>
      </w:r>
    </w:p>
    <w:p>
      <w:r>
        <w:br/>
        <w:t>І я пішов, я виїхав, я згоден&lt;br /&gt;</w:t>
        <w:br/>
        <w:t>був до Парижа пішки добрести.&lt;br /&gt;</w:t>
        <w:br/>
        <w:t>І тільки згодом, тільки згодом, згодом&lt;br /&gt;</w:t>
        <w:br/>
        <w:t>я озирнувся на оті хрести.</w:t>
      </w:r>
    </w:p>
    <w:p>
      <w:r>
        <w:br/>
        <w:t>Душа стомилась піднімати брили.&lt;br /&gt;</w:t>
        <w:br/>
        <w:t>Мені б забути всіх уже і все!..&lt;br /&gt;</w:t>
        <w:br/>
        <w:t>Та тільки там… до отчої могили…&lt;br /&gt;</w:t>
        <w:br/>
        <w:t>чи хоч хто-небудь квіти принесе?</w:t>
      </w:r>
    </w:p>
    <w:p>
      <w:r>
        <w:br/>
        <w:t>Свойого неба не замінить жодне.&lt;br /&gt;</w:t>
        <w:br/>
        <w:t>Без тих коханих обрисів і рис&lt;br /&gt;</w:t>
        <w:br/>
        <w:t>я почорнів, як дерево жалобне,&lt;br /&gt;</w:t>
        <w:br/>
        <w:t>в чужій землі усохлий кипарис!</w:t>
      </w:r>
    </w:p>
    <w:p>
      <w:r>
        <w:br/>
        <w:t>Мого життя лишилося на денці.&lt;br /&gt;</w:t>
        <w:br/>
        <w:t>І рад вернутись, та нема вже сил…</w:t>
      </w:r>
    </w:p>
    <w:p>
      <w:r>
        <w:br/>
        <w:t>Флорентієць</w:t>
      </w:r>
    </w:p>
    <w:p>
      <w:r>
        <w:br/>
        <w:t>Ти молодість залишив у Флоренції.&lt;br /&gt;</w:t>
        <w:br/>
        <w:t>Вона поплаче біля тих могил.</w:t>
      </w:r>
    </w:p>
    <w:p>
      <w:r>
        <w:br/>
        <w:t>(Сутемні статуї, печально склавши руки, неначе тихо моляться в саду,—&lt;br /&gt;</w:t>
        <w:br/>
        <w:t>магічним сяйвом висвітлена кожна)</w:t>
      </w:r>
    </w:p>
    <w:p>
      <w:r>
        <w:br/>
        <w:t>Старий</w:t>
      </w:r>
    </w:p>
    <w:p>
      <w:r>
        <w:br/>
        <w:t>Скажи, а де тепер Буонарроті?</w:t>
      </w:r>
    </w:p>
    <w:p>
      <w:r>
        <w:br/>
        <w:t>Флорентієць</w:t>
      </w:r>
    </w:p>
    <w:p>
      <w:r>
        <w:br/>
        <w:t>Живе у Римі. Має свій куток.&lt;br /&gt;</w:t>
        <w:br/>
        <w:t>Згорбатів у труді, посивів у скорботі,&lt;br /&gt;</w:t>
        <w:br/>
        <w:t>а людям чорно в роті од пліток.</w:t>
      </w:r>
    </w:p>
    <w:p>
      <w:r>
        <w:br/>
        <w:t>Старий</w:t>
      </w:r>
    </w:p>
    <w:p>
      <w:r>
        <w:br/>
        <w:t>Про нього завжди. Важко жить гіганту.&lt;br /&gt;</w:t>
        <w:br/>
        <w:t>Усе хтось ляпне брудом з-під копит.&lt;br /&gt;</w:t>
        <w:br/>
        <w:t>Бо хто не має власного таланту,&lt;br /&gt;</w:t>
        <w:br/>
        <w:t>того присутність генія гнітить.</w:t>
      </w:r>
    </w:p>
    <w:p>
      <w:r>
        <w:br/>
        <w:t>Флорентієць</w:t>
      </w:r>
    </w:p>
    <w:p>
      <w:r>
        <w:br/>
        <w:t>Якби він, звісно, якось легше жив,&lt;br /&gt;</w:t>
        <w:br/>
        <w:t>за кардинальську шапочку служив&lt;br /&gt;</w:t>
        <w:br/>
        <w:t>чи хоч вдавав догідника, смиренця,—&lt;br /&gt;</w:t>
        <w:br/>
        <w:t>а так його вже мають за шаленця.</w:t>
      </w:r>
    </w:p>
    <w:p>
      <w:r>
        <w:br/>
        <w:t>Ти поки вів тут бесіди достойні,&lt;br /&gt;</w:t>
        <w:br/>
        <w:t>він взагалі балакати одвик,&lt;br /&gt;</w:t>
        <w:br/>
        <w:t>на пустирі Воронячої Бойні&lt;br /&gt;</w:t>
        <w:br/>
        <w:t>купивши дім подалі од владик.</w:t>
      </w:r>
    </w:p>
    <w:p>
      <w:r>
        <w:br/>
        <w:t>Він захищав республіку. При ній&lt;br /&gt;</w:t>
        <w:br/>
        <w:t>фортеці зводив, щоб жила Флоренція.&lt;br /&gt;</w:t>
        <w:br/>
        <w:t>Коли ж настала влада тираній,&lt;br /&gt;</w:t>
        <w:br/>
        <w:t>він скам’янів. Він сам уже фортеця.</w:t>
      </w:r>
    </w:p>
    <w:p>
      <w:r>
        <w:br/>
        <w:t>Він вже старий. Він дихає на ладан.&lt;br /&gt;</w:t>
        <w:br/>
        <w:t>Він пережив облогу і чуму.&lt;br /&gt;</w:t>
        <w:br/>
        <w:t>А дух його нікому не підвладен,&lt;br /&gt;</w:t>
        <w:br/>
        <w:t>його талант покірний лиш йому!</w:t>
      </w:r>
    </w:p>
    <w:p>
      <w:r>
        <w:br/>
        <w:t>Старий (із заздрістю)</w:t>
      </w:r>
    </w:p>
    <w:p>
      <w:r>
        <w:br/>
        <w:t>Мабуть, створи-и-ив!</w:t>
      </w:r>
    </w:p>
    <w:p>
      <w:r>
        <w:br/>
        <w:t>Флорентієць</w:t>
      </w:r>
    </w:p>
    <w:p>
      <w:r>
        <w:br/>
        <w:t>А міг створити втричі!&lt;br /&gt;</w:t>
        <w:br/>
        <w:t>Невільник він в лавровому вінку.&lt;br /&gt;</w:t>
        <w:br/>
        <w:t>Всі так і ждуть, щоб він їх возвеличив,—&lt;br /&gt;</w:t>
        <w:br/>
        <w:t>самих лиш пап вже кілька на віку.</w:t>
      </w:r>
    </w:p>
    <w:p>
      <w:r>
        <w:br/>
        <w:t>Не встиг зробити Юлію гробницю,&lt;br /&gt;</w:t>
        <w:br/>
        <w:t>вже папа Лев підняв свою десницю.&lt;br /&gt;</w:t>
        <w:br/>
        <w:t>А там Климент,— i спробуй всім потрафить.&lt;br /&gt;</w:t>
        <w:br/>
        <w:t>То Медичі, то Борджіа й Караффи.</w:t>
      </w:r>
    </w:p>
    <w:p>
      <w:r>
        <w:br/>
        <w:t>В його душі республіка болить.&lt;br /&gt;</w:t>
        <w:br/>
        <w:t>Він чує скрізь холодний подих пустки.&lt;br /&gt;</w:t>
        <w:br/>
        <w:t>Де в бронзі треба деспота одлить,&lt;br /&gt;</w:t>
        <w:br/>
        <w:t>там генії зникають, як етруски.</w:t>
      </w:r>
    </w:p>
    <w:p>
      <w:r>
        <w:br/>
        <w:t>Біда служить володарям земним,&lt;br /&gt;</w:t>
        <w:br/>
        <w:t>їм не потрібні сни його пророчі.&lt;br /&gt;</w:t>
        <w:br/>
        <w:t>Усе життя крізь дні його і ночі&lt;br /&gt;</w:t>
        <w:br/>
        <w:t>гробниця папи гналася за ним!</w:t>
      </w:r>
    </w:p>
    <w:p>
      <w:r>
        <w:br/>
        <w:t>Старий</w:t>
      </w:r>
    </w:p>
    <w:p>
      <w:r>
        <w:br/>
        <w:t>От бач, от бач, а я од цього втік,&lt;br /&gt;</w:t>
        <w:br/>
        <w:t>бо я не міг душею покривити.&lt;br /&gt;</w:t>
        <w:br/>
        <w:t>Мене прийняв і прихистив мій вік&lt;br /&gt;</w:t>
        <w:br/>
        <w:t>король Франціск, мій друг і покровитель.</w:t>
      </w:r>
    </w:p>
    <w:p>
      <w:r>
        <w:br/>
        <w:t>І, переживши дома хтозна й що,&lt;br /&gt;</w:t>
        <w:br/>
        <w:t>утікши з дому до чужого краго,&lt;br /&gt;</w:t>
        <w:br/>
        <w:t>я в ньому покровителя знайшов,&lt;br /&gt;</w:t>
        <w:br/>
        <w:t>в житті якому рівного не знаю!</w:t>
      </w:r>
    </w:p>
    <w:p>
      <w:r>
        <w:br/>
        <w:t>Од нього я, зболілий від образ,&lt;br /&gt;</w:t>
        <w:br/>
        <w:t>почув надійне слово оборони,&lt;br /&gt;</w:t>
        <w:br/>
        <w:t>що мій талант заблисне, як алмаз&lt;br /&gt;</w:t>
        <w:br/>
        <w:t>його до муз прихильної корони.</w:t>
      </w:r>
    </w:p>
    <w:p>
      <w:r>
        <w:br/>
        <w:t>Флорентієць</w:t>
      </w:r>
    </w:p>
    <w:p>
      <w:r>
        <w:br/>
        <w:t>Але ж ти не помітити не міг,&lt;br /&gt;</w:t>
        <w:br/>
        <w:t>як полум’я відсвічує в алмазі!</w:t>
      </w:r>
    </w:p>
    <w:p>
      <w:r>
        <w:br/>
        <w:t>Старий</w:t>
      </w:r>
    </w:p>
    <w:p>
      <w:r>
        <w:br/>
        <w:t>Ти розумієш, він палив своїх,&lt;br /&gt;</w:t>
        <w:br/>
        <w:t>а я у нього підлягав повазі.</w:t>
      </w:r>
    </w:p>
    <w:p>
      <w:r>
        <w:br/>
        <w:t>О, як мене він приязно зустрів!&lt;br /&gt;</w:t>
        <w:br/>
        <w:t>Мисливець, красень, набакир корона.&lt;br /&gt;</w:t>
        <w:br/>
        <w:t>Він поважав художників, майстрів,&lt;br /&gt;</w:t>
        <w:br/>
        <w:t>у нього при дворі було їх цілі грона.</w:t>
      </w:r>
    </w:p>
    <w:p>
      <w:r>
        <w:br/>
        <w:t>Були поети й музиканти там,&lt;br /&gt;</w:t>
        <w:br/>
        <w:t>цвіли гірлянди преціозних дам.&lt;br /&gt;</w:t>
        <w:br/>
        <w:t>Усіх країв зацьковані вигнанці&lt;br /&gt;</w:t>
        <w:br/>
        <w:t>могли зустрітись в танці і в альтанці.&lt;br /&gt;</w:t>
        <w:br/>
        <w:t>Була це просто золота пора&lt;br /&gt;</w:t>
        <w:br/>
        <w:t>для музики, для пензля і пера.</w:t>
      </w:r>
    </w:p>
    <w:p>
      <w:r>
        <w:br/>
        <w:t>Це після наших вічних колотнеч,&lt;br /&gt;</w:t>
        <w:br/>
        <w:t>де завжди попіл змішаний з землею&lt;br /&gt;</w:t>
        <w:br/>
        <w:t>ще з тих часів, як древньоримський меч&lt;br /&gt;</w:t>
        <w:br/>
        <w:t>підсік етруську царствену лілею!</w:t>
      </w:r>
    </w:p>
    <w:p>
      <w:r>
        <w:br/>
        <w:t>Флорентієць</w:t>
      </w:r>
    </w:p>
    <w:p>
      <w:r>
        <w:br/>
        <w:t>Але у тій жасминовій альтані&lt;br /&gt;</w:t>
        <w:br/>
        <w:t>хіба не пахло димом на світанні?&lt;br /&gt;</w:t>
        <w:br/>
        <w:t>Чи там у вас вважалось за чесноти —&lt;br /&gt;</w:t>
        <w:br/>
        <w:t>дивитись, як палають гугеноти?&lt;br /&gt;</w:t>
        <w:br/>
        <w:t>Хіба і досі в пам’яті не стогне ще&lt;br /&gt;</w:t>
        <w:br/>
        <w:t>оте жахливе протестантське вогнище&lt;br /&gt;</w:t>
        <w:br/>
        <w:t>в той день, коли ти в’їхав у Париж?</w:t>
      </w:r>
    </w:p>
    <w:p>
      <w:r>
        <w:br/>
        <w:t>Старий</w:t>
      </w:r>
    </w:p>
    <w:p>
      <w:r>
        <w:br/>
        <w:t>Пече лиш те, в якому сам гориш.</w:t>
      </w:r>
    </w:p>
    <w:p>
      <w:r>
        <w:br/>
        <w:t>Я пекло мав своє на батьківщині.&lt;br /&gt;</w:t>
        <w:br/>
        <w:t>Велика річ — прихильність короля!&lt;br /&gt;</w:t>
        <w:br/>
        <w:t>Я тут забув підозри безпричинні,&lt;br /&gt;</w:t>
        <w:br/>
        <w:t>піднявся до почесного щабля.</w:t>
      </w:r>
    </w:p>
    <w:p>
      <w:r>
        <w:br/>
        <w:t>Це був король великої душі.&lt;br /&gt;</w:t>
        <w:br/>
        <w:t>Він на мистецтво іклами не клацав.&lt;br /&gt;</w:t>
        <w:br/>
        <w:t>Не те, що наші скнари й торгаші,—&lt;br /&gt;</w:t>
        <w:br/>
        <w:t>він дав мені утримання й палаццо.</w:t>
      </w:r>
    </w:p>
    <w:p>
      <w:r>
        <w:br/>
        <w:t>При ньому я, не знаючи турбот…</w:t>
      </w:r>
    </w:p>
    <w:p>
      <w:r>
        <w:br/>
        <w:t>Флорентієць</w:t>
      </w:r>
    </w:p>
    <w:p>
      <w:r>
        <w:br/>
        <w:t>Прожив спокійно дев’ятнадцять год.&lt;br /&gt;</w:t>
        <w:br/>
        <w:t>І що ж створив ти, мавши той дворець,&lt;br /&gt;</w:t>
        <w:br/>
        <w:t>Джованфранческо Рустичі, митець?</w:t>
      </w:r>
    </w:p>
    <w:p>
      <w:r>
        <w:br/>
        <w:t>Старий</w:t>
      </w:r>
    </w:p>
    <w:p>
      <w:r>
        <w:br/>
        <w:t>Зробив камею, королю присвячену.&lt;br /&gt;</w:t>
        <w:br/>
        <w:t>Фігурку для алеї Фонтенбло.&lt;br /&gt;</w:t>
        <w:br/>
        <w:t>Так, тутті-фрутті, всяку всячину,&lt;br /&gt;</w:t>
        <w:br/>
        <w:t>на щось велике часу не було.</w:t>
      </w:r>
    </w:p>
    <w:p>
      <w:r>
        <w:br/>
        <w:t>Але вже потім, під кінець, повір,&lt;br /&gt;</w:t>
        <w:br/>
        <w:t>я міг створити вікопомний твір!&lt;br /&gt;</w:t>
        <w:br/>
        <w:t>Король довіру виявив мені —&lt;br /&gt;</w:t>
        <w:br/>
        <w:t>звелів його воздвигнуть на коні.</w:t>
      </w:r>
    </w:p>
    <w:p>
      <w:r>
        <w:br/>
        <w:t>У ореолі величі і влади,&lt;br /&gt;</w:t>
        <w:br/>
        <w:t>на віки вічні, як митці Еллади!&lt;br /&gt;</w:t>
        <w:br/>
        <w:t>Я приступив, не гаючи ні дня.&lt;br /&gt;</w:t>
        <w:br/>
        <w:t>Насамперед я виліпив коня.</w:t>
      </w:r>
    </w:p>
    <w:p>
      <w:r>
        <w:br/>
        <w:t>Але такого довелося вперше.&lt;br /&gt;</w:t>
        <w:br/>
        <w:t>Я глину м’яв і грів у пальцях віск.&lt;br /&gt;</w:t>
        <w:br/>
        <w:t>Бо це ж той Кінь, де мався бути вершник&lt;br /&gt;</w:t>
        <w:br/>
        <w:t>Його Величність, сам король Франціск!</w:t>
      </w:r>
    </w:p>
    <w:p>
      <w:r>
        <w:br/>
        <w:t>Це ж не якась кульгава конячина,&lt;br /&gt;</w:t>
        <w:br/>
        <w:t>що возить камінь із гірських кар’єрів.&lt;br /&gt;</w:t>
        <w:br/>
        <w:t>І не арабський огир сарацина,&lt;br /&gt;</w:t>
        <w:br/>
        <w:t>і не квадратні коні кондотьєрів.</w:t>
      </w:r>
    </w:p>
    <w:p>
      <w:r>
        <w:br/>
        <w:t>Я ще не знав, якого мені треба.&lt;br /&gt;</w:t>
        <w:br/>
        <w:t>Шукав натуру, гідну для взірця,—&lt;br /&gt;</w:t>
        <w:br/>
        <w:t>від гордих коней колісниці Феба&lt;br /&gt;</w:t>
        <w:br/>
        <w:t>до племінного в стайні жеребця.</w:t>
      </w:r>
    </w:p>
    <w:p>
      <w:r>
        <w:br/>
        <w:t>Я їх вивчав, гру м’язів, хід ногами.&lt;br /&gt;</w:t>
        <w:br/>
        <w:t>Мій власний твір ввижався вже мені&lt;br /&gt;</w:t>
        <w:br/>
        <w:t>у блиску золотої амальгами —&lt;br /&gt;</w:t>
        <w:br/>
        <w:t>як Марк Аврелій в Римі на коні!</w:t>
      </w:r>
    </w:p>
    <w:p>
      <w:r>
        <w:br/>
        <w:t>Он подивися, що то був за Кінь,&lt;br /&gt;</w:t>
        <w:br/>
        <w:t>яка від нього велетенська тінь!</w:t>
      </w:r>
    </w:p>
    <w:p>
      <w:r>
        <w:br/>
        <w:t>Віддалеки, у відсвітах багаття, з’являється — то слабше, то чіткіше&lt;br /&gt;</w:t>
        <w:br/>
        <w:t>— величний силует Коня на постаменті.&lt;br /&gt;</w:t>
        <w:br/>
        <w:t>Навколо — дев’ять преціозних дам ведуть повільний вишуканий танець,&lt;br /&gt;</w:t>
        <w:br/>
        <w:t>і страусові пера, як туман, похитуються в такт, підсвічені багряно.</w:t>
      </w:r>
    </w:p>
    <w:p>
      <w:r>
        <w:br/>
        <w:t>Флорентієць</w:t>
      </w:r>
    </w:p>
    <w:p>
      <w:r>
        <w:br/>
        <w:t>Велика тінь, бо полум’я яскраве.&lt;br /&gt;</w:t>
        <w:br/>
        <w:t>Смолисті дрова, гарно палахтять.&lt;br /&gt;</w:t>
        <w:br/>
        <w:t>Так там були хоч війни, хоч заграви,&lt;br /&gt;</w:t>
        <w:br/>
        <w:t>а тут же гугеноти гуготять!</w:t>
      </w:r>
    </w:p>
    <w:p>
      <w:r>
        <w:br/>
        <w:t>Тут музи вже затягнуті в корсажі.&lt;br /&gt;</w:t>
        <w:br/>
        <w:t>Але підошви в попелі і в сажі.</w:t>
      </w:r>
    </w:p>
    <w:p>
      <w:r>
        <w:br/>
        <w:t>Чортик (єхидно)</w:t>
      </w:r>
    </w:p>
    <w:p>
      <w:r>
        <w:br/>
        <w:t>Утік, здається, в місце підходяще,&lt;br /&gt;</w:t>
        <w:br/>
        <w:t>бо тут було освітлення ще краще.</w:t>
      </w:r>
    </w:p>
    <w:p>
      <w:r>
        <w:br/>
        <w:t>(Перестрибнув по дошках, щоб видніше)</w:t>
      </w:r>
    </w:p>
    <w:p>
      <w:r>
        <w:br/>
        <w:t>Як у світильні обгорілий ґнотик,&lt;br /&gt;</w:t>
        <w:br/>
        <w:t>уже ледь-ледь чорніє гугенотик!</w:t>
      </w:r>
    </w:p>
    <w:p>
      <w:r>
        <w:br/>
        <w:t>Один Святий із трьох камінних статуй старечим рухом раптом нахилився&lt;br /&gt;</w:t>
        <w:br/>
        <w:t>і запустив у нього яблуко. Той зник.</w:t>
      </w:r>
    </w:p>
    <w:p>
      <w:r>
        <w:br/>
        <w:t>На постаменті — королівський Кінь.&lt;br /&gt;</w:t>
        <w:br/>
        <w:t>Придворні дами рухаються в танці, мов кришталеві келихи довгасті.&lt;br /&gt;</w:t>
        <w:br/>
        <w:t>Голівки — наче виплекані квіти, що у росі коштовностей ряхтять.</w:t>
      </w:r>
    </w:p>
    <w:p>
      <w:r>
        <w:br/>
        <w:t>Флорентієць</w:t>
      </w:r>
    </w:p>
    <w:p>
      <w:r>
        <w:br/>
        <w:t>В садах Лоренцо музи були інші.&lt;br /&gt;</w:t>
        <w:br/>
        <w:t>Придворні музи — це вже наслання.</w:t>
      </w:r>
    </w:p>
    <w:p>
      <w:r>
        <w:br/>
        <w:t>Старий</w:t>
      </w:r>
    </w:p>
    <w:p>
      <w:r>
        <w:br/>
        <w:t>Та почекай, іще ж я не закінчив.&lt;br /&gt;</w:t>
        <w:br/>
        <w:t>Ти не на них — дивися на Коня!</w:t>
      </w:r>
    </w:p>
    <w:p>
      <w:r>
        <w:br/>
        <w:t>Флорентієць</w:t>
      </w:r>
    </w:p>
    <w:p>
      <w:r>
        <w:br/>
        <w:t>Кінь, справді, гарний. Ну, чого ж ти стих?</w:t>
      </w:r>
    </w:p>
    <w:p>
      <w:r>
        <w:br/>
        <w:t>Старий</w:t>
      </w:r>
    </w:p>
    <w:p>
      <w:r>
        <w:br/>
        <w:t>Коня створив я, вершника не встиг.</w:t>
      </w:r>
    </w:p>
    <w:p>
      <w:r>
        <w:br/>
        <w:t>Уже була і форма для лиття.&lt;br /&gt;</w:t>
        <w:br/>
        <w:t>Король помер, зчинилось сум’яття.&lt;br /&gt;</w:t>
        <w:br/>
        <w:t>І я, що був при ньому у фаворі,&lt;br /&gt;</w:t>
        <w:br/>
        <w:t>враз опинився жертвою сваволі.</w:t>
      </w:r>
    </w:p>
    <w:p>
      <w:r>
        <w:br/>
        <w:t>Новий король хотів нового твору.&lt;br /&gt;</w:t>
        <w:br/>
        <w:t>Віддав палац мій іншому синьйору.&lt;br /&gt;</w:t>
        <w:br/>
        <w:t>Закликав майстра для нових скульптур,&lt;br /&gt;</w:t>
        <w:br/>
        <w:t>мене, старого, витуривши в Тур.</w:t>
      </w:r>
    </w:p>
    <w:p>
      <w:r>
        <w:br/>
        <w:t>А кінь мій, кінь, в могутніх м’язах руху,&lt;br /&gt;</w:t>
        <w:br/>
        <w:t>стоїть десь на задвірках серед брухту.&lt;br /&gt;</w:t>
        <w:br/>
        <w:t>Тепер його єдині верхівці —&lt;br /&gt;</w:t>
        <w:br/>
        <w:t>паризькі голуби і горобці…</w:t>
      </w:r>
    </w:p>
    <w:p>
      <w:r>
        <w:br/>
        <w:t>(Зненацька тріск і скрегіт — Флорентієць, із риштування виламавши дошку,&lt;br /&gt;</w:t>
        <w:br/>
        <w:t>в страшному гніві різко розмахнувся — аж із Коня спурхнули горобці)</w:t>
      </w:r>
    </w:p>
    <w:p>
      <w:r>
        <w:br/>
        <w:t>Чортик</w:t>
      </w:r>
    </w:p>
    <w:p>
      <w:r>
        <w:br/>
        <w:t>(уламком дзеркальця шліфує свої кігті)</w:t>
      </w:r>
    </w:p>
    <w:p>
      <w:r>
        <w:br/>
        <w:t>Гай-гай, маестро, чи не пізно трошки?&lt;br /&gt;</w:t>
        <w:br/>
        <w:t>Було б раніш виламувати дошки.&lt;br /&gt;</w:t>
        <w:br/>
        <w:t>Тепер шпурляйся хоч і навсібіч —&lt;br /&gt;</w:t>
        <w:br/>
        <w:t>це вже на дрова в монастирську піч.</w:t>
      </w:r>
    </w:p>
    <w:p>
      <w:r>
        <w:br/>
        <w:t>Старий (розбитим голосом)</w:t>
      </w:r>
    </w:p>
    <w:p>
      <w:r>
        <w:br/>
        <w:t>Я натякав новому королю,&lt;br /&gt;</w:t>
        <w:br/>
        <w:t>що я його у бронзі віділлю.</w:t>
      </w:r>
    </w:p>
    <w:p>
      <w:r>
        <w:br/>
        <w:t>Адже він попереднику рідня,&lt;br /&gt;</w:t>
        <w:br/>
        <w:t>то як Франціска вже нема живого —&lt;br /&gt;</w:t>
        <w:br/>
        <w:t>чому 6 на того самого коня&lt;br /&gt;</w:t>
        <w:br/>
        <w:t>не посадити вершника нового?</w:t>
      </w:r>
    </w:p>
    <w:p>
      <w:r>
        <w:br/>
        <w:t>Він як не чує. В погляді зима.&lt;br /&gt;</w:t>
        <w:br/>
        <w:t>Я зрозумів, що вже мене нема.&lt;br /&gt;</w:t>
        <w:br/>
        <w:t>Що тут мій кінь нікому вже не треба.&lt;br /&gt;</w:t>
        <w:br/>
        <w:t>Що Маріелла кличе мене з неба.</w:t>
      </w:r>
    </w:p>
    <w:p>
      <w:r>
        <w:br/>
        <w:t>Що я минув, що я уже не вгідний,&lt;br /&gt;</w:t>
        <w:br/>
        <w:t>і тут чужий, І там уже не рідний.&lt;br /&gt;</w:t>
        <w:br/>
        <w:t>І от сиджу, як тінь себе самого,—&lt;br /&gt;</w:t>
        <w:br/>
        <w:t>такий кінець життя мого земного.</w:t>
      </w:r>
    </w:p>
    <w:p>
      <w:r>
        <w:br/>
        <w:t>Флорентієць</w:t>
      </w:r>
    </w:p>
    <w:p>
      <w:r>
        <w:br/>
        <w:t>(з гірким докором, майже крізь ридання)</w:t>
      </w:r>
    </w:p>
    <w:p>
      <w:r>
        <w:br/>
        <w:t>Ти ж був один з блискучої плеяди!&lt;br /&gt;</w:t>
        <w:br/>
        <w:t>Життя було до тебе не скупе.&lt;br /&gt;</w:t>
        <w:br/>
        <w:t>То як же так?! І хто з вас кого зрадив —&lt;br /&gt;</w:t>
        <w:br/>
        <w:t>ти свій талант чи твій талант тебе?</w:t>
      </w:r>
    </w:p>
    <w:p>
      <w:r>
        <w:br/>
        <w:t>І що ж тепер? Якби ж було знаття!&lt;br /&gt;</w:t>
        <w:br/>
        <w:t>Я ж міг створити незабутні речі!&lt;br /&gt;</w:t>
        <w:br/>
        <w:t>На що ж потратив я своє життя?!</w:t>
      </w:r>
    </w:p>
    <w:p>
      <w:r>
        <w:br/>
        <w:t>Старий</w:t>
      </w:r>
    </w:p>
    <w:p>
      <w:r>
        <w:br/>
        <w:t>На риштування біля порожнечі.</w:t>
      </w:r>
    </w:p>
    <w:p>
      <w:r>
        <w:br/>
        <w:t>Самий лиш постамент у відсвітах багаття. Коня немає, він уже розтав.&lt;br /&gt;</w:t>
        <w:br/>
        <w:t>Десь піє півень по той бік Луари. Чкурнув зі сходів Чортик в бузину.&lt;br /&gt;</w:t>
        <w:br/>
        <w:t>І дев’ять преціозних дам — придворних муз, затягнутих в корсажі,—&lt;br /&gt;</w:t>
        <w:br/>
        <w:t>повільно дотанцьовують гавот.</w:t>
      </w:r>
    </w:p>
    <w:p>
      <w:r>
        <w:br/>
        <w:t>Флорентієць</w:t>
      </w:r>
    </w:p>
    <w:p>
      <w:r>
        <w:br/>
        <w:t>(зіщулено і безпорадно спершись на виламану дошку з риштувань)</w:t>
      </w:r>
    </w:p>
    <w:p>
      <w:r>
        <w:br/>
        <w:t>Як тісно в пам’яті сторіч!&lt;br /&gt;</w:t>
        <w:br/>
        <w:t>Як рідко зводяться титани!&lt;br /&gt;</w:t>
        <w:br/>
        <w:t>Створити річ,&lt;br /&gt;</w:t>
        <w:br/>
        <w:t>створити річ,&lt;br /&gt;</w:t>
        <w:br/>
        <w:t>котра ніколи не розтане!</w:t>
      </w:r>
    </w:p>
    <w:p>
      <w:r>
        <w:br/>
        <w:t>Це був життя мого девіз,&lt;br /&gt;</w:t>
        <w:br/>
        <w:t>мій сніп ілюзій іскрометних.&lt;br /&gt;</w:t>
        <w:br/>
        <w:t>І що ж із цього я довіз&lt;br /&gt;</w:t>
        <w:br/>
        <w:t>на ці останні кілометри?</w:t>
      </w:r>
    </w:p>
    <w:p>
      <w:r>
        <w:br/>
        <w:t>Старий</w:t>
      </w:r>
    </w:p>
    <w:p>
      <w:r>
        <w:br/>
        <w:t>(з безмірним жалем, стомлено і тихо)</w:t>
      </w:r>
    </w:p>
    <w:p>
      <w:r>
        <w:br/>
        <w:t>На що мій труд пішов потрійний?&lt;br /&gt;</w:t>
        <w:br/>
        <w:t>І що я створював щодня?&lt;br /&gt;</w:t>
        <w:br/>
        <w:t>Кому на світі був потрібний&lt;br /&gt;</w:t>
        <w:br/>
        <w:t>той постамент того Коня?</w:t>
      </w:r>
    </w:p>
    <w:p>
      <w:r>
        <w:br/>
        <w:t>Чи так би шлях мій завершився?&lt;br /&gt;</w:t>
        <w:br/>
        <w:t>Душа б зазнала цих тортур,&lt;br /&gt;</w:t>
        <w:br/>
        <w:t>якби на світі десь лишився&lt;br /&gt;</w:t>
        <w:br/>
        <w:t>мій Сад Нетанучих Скульптур?!</w:t>
      </w:r>
    </w:p>
    <w:p>
      <w:r>
        <w:br/>
        <w:t>Флорентієць</w:t>
      </w:r>
    </w:p>
    <w:p>
      <w:r>
        <w:br/>
        <w:t>На це немає індульгенції.&lt;br /&gt;</w:t>
        <w:br/>
        <w:t>Велика доля не збулась.&lt;br /&gt;</w:t>
        <w:br/>
        <w:t>Ти обійшовся без Флоренції.&lt;br /&gt;</w:t>
        <w:br/>
        <w:t>Флоренція без тебе обійшлась.</w:t>
      </w:r>
    </w:p>
    <w:p>
      <w:r>
        <w:br/>
        <w:t>Старий</w:t>
      </w:r>
    </w:p>
    <w:p>
      <w:r>
        <w:br/>
        <w:t>Та краще б я був осликом у долині Арно,&lt;br /&gt;</w:t>
        <w:br/>
        <w:t>ніж так прожить безслідно і нездарно!</w:t>
      </w:r>
    </w:p>
    <w:p>
      <w:r>
        <w:br/>
        <w:t>Та краще б я в палючому промінні&lt;br /&gt;</w:t>
        <w:br/>
        <w:t>убогу землю потом поливав!&lt;br /&gt;</w:t>
        <w:br/>
        <w:t>Та краще б я овечок на камінні,&lt;br /&gt;</w:t>
        <w:br/>
        <w:t>як Джотто у дитинстві, малював!</w:t>
      </w:r>
    </w:p>
    <w:p>
      <w:r>
        <w:br/>
        <w:t>Кому тепер слова мої прощальні?&lt;br /&gt;</w:t>
        <w:br/>
        <w:t>О, як мені їх тяжко вимовлять!&lt;br /&gt;</w:t>
        <w:br/>
        <w:t>Хреститель флорентійської хрещальні,&lt;br /&gt;</w:t>
        <w:br/>
        <w:t>благослови прийдешніх немовлят!</w:t>
      </w:r>
    </w:p>
    <w:p>
      <w:r>
        <w:br/>
        <w:t>Хто пригадає, хто мене оплаче?&lt;br /&gt;</w:t>
        <w:br/>
        <w:t>Кому я рідний тут на чужині?&lt;br /&gt;</w:t>
        <w:br/>
        <w:t>Я, що створив надгрібок над Боккаччо,—&lt;br /&gt;</w:t>
        <w:br/>
        <w:t>чи буде хоч горбочок по мені?!</w:t>
      </w:r>
    </w:p>
    <w:p>
      <w:r>
        <w:br/>
        <w:t>Флорентієць</w:t>
      </w:r>
    </w:p>
    <w:p>
      <w:r>
        <w:br/>
        <w:t>(відкинув дошку, з гіркотою, з гнівом)</w:t>
      </w:r>
    </w:p>
    <w:p>
      <w:r>
        <w:br/>
        <w:t>Чого ж покинув ти Флоренцію?&lt;br /&gt;</w:t>
        <w:br/>
        <w:t>В які повіявся світи?&lt;br /&gt;</w:t>
        <w:br/>
        <w:t>Де ти хотів собі свободу&lt;br /&gt;</w:t>
        <w:br/>
        <w:t>нічим не сковану знайти?</w:t>
      </w:r>
    </w:p>
    <w:p>
      <w:r>
        <w:br/>
        <w:t>Усі володарі — Прокрусти.&lt;br /&gt;</w:t>
        <w:br/>
        <w:t>Твоя душа по той бік Апеннін,&lt;br /&gt;</w:t>
        <w:br/>
        <w:t>де навіть стіни викладені р у с т о м —&lt;br /&gt;</w:t>
        <w:br/>
        <w:t>закам’янілим іменем твоїм!</w:t>
      </w:r>
    </w:p>
    <w:p>
      <w:r>
        <w:br/>
        <w:t>Де на порталі, вище брам і веж&lt;br /&gt;</w:t>
        <w:br/>
        <w:t>твого стокрот розтерзаного міста,&lt;br /&gt;</w:t>
        <w:br/>
        <w:t>стоїть твій твір у відблисках пожеж,&lt;br /&gt;</w:t>
        <w:br/>
        <w:t>а ти тут ліпиш коники із тіста!</w:t>
      </w:r>
    </w:p>
    <w:p>
      <w:r>
        <w:br/>
        <w:t>Старий (з розпачем)</w:t>
      </w:r>
    </w:p>
    <w:p>
      <w:r>
        <w:br/>
        <w:t>О Фіоренцо, мати моя мила!&lt;br /&gt;</w:t>
        <w:br/>
        <w:t>Чого я тут, поклич мене, верни!&lt;br /&gt;</w:t>
        <w:br/>
        <w:t>Я — Рустичі, я — рустика, я — брила.&lt;br /&gt;</w:t>
        <w:br/>
        <w:t>Я хочу спати під твої терни!</w:t>
      </w:r>
    </w:p>
    <w:p>
      <w:r>
        <w:br/>
        <w:t>Флорентієць</w:t>
      </w:r>
    </w:p>
    <w:p>
      <w:r>
        <w:br/>
        <w:t>Ти ж сам пішов,&lt;br /&gt;</w:t>
        <w:br/>
        <w:t>чого ж тепер ти ремствуєш?&lt;br /&gt;</w:t>
        <w:br/>
        <w:t>Палаццо мав, тепер цей божий дім.</w:t>
      </w:r>
    </w:p>
    <w:p>
      <w:r>
        <w:br/>
        <w:t>Старий</w:t>
      </w:r>
    </w:p>
    <w:p>
      <w:r>
        <w:br/>
        <w:t>(руками ловлячи повітря, як сліпий)</w:t>
      </w:r>
    </w:p>
    <w:p>
      <w:r>
        <w:br/>
        <w:t>Скажи мені, в який тут бік Флоренція?</w:t>
      </w:r>
    </w:p>
    <w:p>
      <w:r>
        <w:br/>
        <w:t>Флорентієць</w:t>
      </w:r>
    </w:p>
    <w:p>
      <w:r>
        <w:br/>
        <w:t>Уже у бік безвиході. Ходім.</w:t>
      </w:r>
    </w:p>
    <w:p>
      <w:r>
        <w:br/>
        <w:t>***</w:t>
      </w:r>
    </w:p>
    <w:p>
      <w:r>
        <w:br/>
        <w:t>ДІЯ III</w:t>
      </w:r>
    </w:p>
    <w:p>
      <w:r>
        <w:br/>
        <w:t>Сад по коліна в білому тумані. Кують світанок молоточки птиць.</w:t>
      </w:r>
    </w:p>
    <w:p>
      <w:r>
        <w:br/>
        <w:t>З’являються невиспані ченці, у чорних рясах — як рухомі тіні.&lt;br /&gt;</w:t>
        <w:br/>
        <w:t>Один — із фоліантом під пахвою.</w:t>
      </w:r>
    </w:p>
    <w:p>
      <w:r>
        <w:br/>
        <w:t>Перший монах</w:t>
      </w:r>
    </w:p>
    <w:p>
      <w:r>
        <w:br/>
        <w:t>Ну, вже отут. Усі ще сплять. Дограєм.</w:t>
      </w:r>
    </w:p>
    <w:p>
      <w:r>
        <w:br/>
        <w:t>Другий монах</w:t>
      </w:r>
    </w:p>
    <w:p>
      <w:r>
        <w:br/>
        <w:t>Ні, трохи далі. Знов хтось переб’є.</w:t>
      </w:r>
    </w:p>
    <w:p>
      <w:r>
        <w:br/>
        <w:t>Перший монах</w:t>
      </w:r>
    </w:p>
    <w:p>
      <w:r>
        <w:br/>
        <w:t>Що за життя? Отак і повмираєм,—&lt;br /&gt;</w:t>
        <w:br/>
        <w:t>все хтось дограти в шахи не дає.</w:t>
      </w:r>
    </w:p>
    <w:p>
      <w:r>
        <w:br/>
        <w:t>Другий монах</w:t>
      </w:r>
    </w:p>
    <w:p>
      <w:r>
        <w:br/>
        <w:t>А що ж ти зробиш, коли гра запретна?&lt;br /&gt;</w:t>
        <w:br/>
        <w:t>Абат казав, що вгодна сатані.</w:t>
      </w:r>
    </w:p>
    <w:p>
      <w:r>
        <w:br/>
        <w:t>Перший монах</w:t>
      </w:r>
    </w:p>
    <w:p>
      <w:r>
        <w:br/>
        <w:t>Чкурнем у ліс?</w:t>
      </w:r>
    </w:p>
    <w:p>
      <w:r>
        <w:br/>
        <w:t>Другий монах</w:t>
      </w:r>
    </w:p>
    <w:p>
      <w:r>
        <w:br/>
        <w:t>Дак брама ще заперта.</w:t>
      </w:r>
    </w:p>
    <w:p>
      <w:r>
        <w:br/>
        <w:t>Перший монах</w:t>
      </w:r>
    </w:p>
    <w:p>
      <w:r>
        <w:br/>
        <w:t>Є незапретна дірка в бузині.</w:t>
      </w:r>
    </w:p>
    <w:p>
      <w:r>
        <w:br/>
        <w:t>Другий монах</w:t>
      </w:r>
    </w:p>
    <w:p>
      <w:r>
        <w:br/>
        <w:t>(оглянувши себе критично по периметру)</w:t>
      </w:r>
    </w:p>
    <w:p>
      <w:r>
        <w:br/>
        <w:t>Це не для нас. Вживаєм дужо страви.</w:t>
      </w:r>
    </w:p>
    <w:p>
      <w:r>
        <w:br/>
        <w:t>Перший монах</w:t>
      </w:r>
    </w:p>
    <w:p>
      <w:r>
        <w:br/>
        <w:t>Ну, спробуй, ну!</w:t>
      </w:r>
    </w:p>
    <w:p>
      <w:r>
        <w:br/>
        <w:t>Другий монах</w:t>
      </w:r>
    </w:p>
    <w:p>
      <w:r>
        <w:br/>
        <w:t>Якби ж то я проліз!</w:t>
      </w:r>
    </w:p>
    <w:p>
      <w:r>
        <w:br/>
        <w:t>Перший монах</w:t>
      </w:r>
    </w:p>
    <w:p>
      <w:r>
        <w:br/>
        <w:t>(руками прогорнувши бузину)</w:t>
      </w:r>
    </w:p>
    <w:p>
      <w:r>
        <w:br/>
        <w:t>А там диви, які високі трави!&lt;br /&gt;</w:t>
        <w:br/>
        <w:t>Який густий і несходимий ліс!</w:t>
      </w:r>
    </w:p>
    <w:p>
      <w:r>
        <w:br/>
        <w:t>Туман у кручах… і луги… і стежка…&lt;br /&gt;</w:t>
        <w:br/>
        <w:t>Яке село по той бік вдалині!&lt;br /&gt;</w:t>
        <w:br/>
        <w:t>Отож він — шась! Хіба за ним устежиш?&lt;br /&gt;</w:t>
        <w:br/>
        <w:t>Велике діло — дірка в бузині.</w:t>
      </w:r>
    </w:p>
    <w:p>
      <w:r>
        <w:br/>
        <w:t>Другий монах</w:t>
      </w:r>
    </w:p>
    <w:p>
      <w:r>
        <w:br/>
        <w:t>Давай сюди, оно густіші віти.&lt;br /&gt;</w:t>
        <w:br/>
        <w:t>Дограєм хутко. Де твій фоліант?</w:t>
      </w:r>
    </w:p>
    <w:p>
      <w:r>
        <w:br/>
        <w:t>Перший монах</w:t>
      </w:r>
    </w:p>
    <w:p>
      <w:r>
        <w:br/>
        <w:t>Але чому розсипані тут квіти?&lt;br /&gt;</w:t>
        <w:br/>
        <w:t>У нас в саду нема таких троянд.</w:t>
      </w:r>
    </w:p>
    <w:p>
      <w:r>
        <w:br/>
        <w:t>Другий монах</w:t>
      </w:r>
    </w:p>
    <w:p>
      <w:r>
        <w:br/>
        <w:t>А й справді, глянь, ще навіть не зів’яла.&lt;br /&gt;</w:t>
        <w:br/>
        <w:t>І лілія. І пахне. Ну й діла!</w:t>
      </w:r>
    </w:p>
    <w:p>
      <w:r>
        <w:br/>
        <w:t>Перший монах</w:t>
      </w:r>
    </w:p>
    <w:p>
      <w:r>
        <w:br/>
        <w:t>Колись ми у Флоренції стояли,&lt;br /&gt;</w:t>
        <w:br/>
        <w:t>там отака в гербі у них була!</w:t>
      </w:r>
    </w:p>
    <w:p>
      <w:r>
        <w:br/>
        <w:t>Другий монах</w:t>
      </w:r>
    </w:p>
    <w:p>
      <w:r>
        <w:br/>
        <w:t>Ти звідки знаєш? Ти бував у битвах?&lt;br /&gt;</w:t>
        <w:br/>
        <w:t>Ти воював? За кого з королів?</w:t>
      </w:r>
    </w:p>
    <w:p>
      <w:r>
        <w:br/>
        <w:t>Перший монах</w:t>
      </w:r>
    </w:p>
    <w:p>
      <w:r>
        <w:br/>
        <w:t>Ні. Я чернець. Я хоронив убитих.&lt;br /&gt;</w:t>
        <w:br/>
        <w:t>Святий Мартин жаліти всіх велів.</w:t>
      </w:r>
    </w:p>
    <w:p>
      <w:r>
        <w:br/>
        <w:t>Другий монах</w:t>
      </w:r>
    </w:p>
    <w:p>
      <w:r>
        <w:br/>
        <w:t>То гарний герб, якщо на ньому квітка.</w:t>
      </w:r>
    </w:p>
    <w:p>
      <w:r>
        <w:br/>
        <w:t>Перший монах</w:t>
      </w:r>
    </w:p>
    <w:p>
      <w:r>
        <w:br/>
        <w:t>Вона давно вже скупана в крові.</w:t>
      </w:r>
    </w:p>
    <w:p>
      <w:r>
        <w:br/>
        <w:t>Другий монах</w:t>
      </w:r>
    </w:p>
    <w:p>
      <w:r>
        <w:br/>
        <w:t>Але оця, посеред саду, звідки?!&lt;br /&gt;</w:t>
        <w:br/>
        <w:t>А що ото блищить у кропиві?</w:t>
      </w:r>
    </w:p>
    <w:p>
      <w:r>
        <w:br/>
        <w:t>Ой, знак лихий,— то дзеркальця уламок.&lt;br /&gt;</w:t>
        <w:br/>
        <w:t>Чого він тут, між яблунь і між слив?&lt;br /&gt;</w:t>
        <w:br/>
        <w:t>Закинуть треба. Хто тут був під ранок?&lt;br /&gt;</w:t>
        <w:br/>
        <w:t>Ні, не дістану, руки пожалив.</w:t>
      </w:r>
    </w:p>
    <w:p>
      <w:r>
        <w:br/>
        <w:t>Перший монах</w:t>
      </w:r>
    </w:p>
    <w:p>
      <w:r>
        <w:br/>
        <w:t>Та кинь його! Постав свічу в каплиці.&lt;br /&gt;</w:t>
        <w:br/>
        <w:t>Який туман піднявся з низини!&lt;br /&gt;</w:t>
        <w:br/>
        <w:t>Тут, може, ті луарські чарівниці&lt;br /&gt;</w:t>
        <w:br/>
        <w:t>вночі кисіль варили з бузини.</w:t>
      </w:r>
    </w:p>
    <w:p>
      <w:r>
        <w:br/>
        <w:t>Другий монах</w:t>
      </w:r>
    </w:p>
    <w:p>
      <w:r>
        <w:br/>
        <w:t>А де старий? Бувало, сторожує.&lt;br /&gt;</w:t>
        <w:br/>
        <w:t>Було б не зайво завести і пса.&lt;br /&gt;</w:t>
        <w:br/>
        <w:t>Наш монастир із кручею межує,&lt;br /&gt;</w:t>
        <w:br/>
        <w:t>тут можуть бути різні чудеса.</w:t>
      </w:r>
    </w:p>
    <w:p>
      <w:r>
        <w:br/>
        <w:t>Хтось уночі малину поколошкав.&lt;br /&gt;</w:t>
        <w:br/>
        <w:t>На риштуваннях сходи поваляв.&lt;br /&gt;</w:t>
        <w:br/>
        <w:t>Ти бачиш — повиламувані дошки,&lt;br /&gt;</w:t>
        <w:br/>
        <w:t>хтось уночі тут дошками шпурляв!</w:t>
      </w:r>
    </w:p>
    <w:p>
      <w:r>
        <w:br/>
        <w:t>Що тут було? Які нічні події?&lt;br /&gt;</w:t>
        <w:br/>
        <w:t>Чи сили зла вчинили цей погром?&lt;br /&gt;</w:t>
        <w:br/>
        <w:t>Чи привиди блукали? Чи злодії&lt;br /&gt;</w:t>
        <w:br/>
        <w:t>проникли в сад ділитися добром?</w:t>
      </w:r>
    </w:p>
    <w:p>
      <w:r>
        <w:br/>
        <w:t>Перший монах</w:t>
      </w:r>
    </w:p>
    <w:p>
      <w:r>
        <w:br/>
        <w:t>Та це нічні пригоди Домініка,&lt;br /&gt;</w:t>
        <w:br/>
        <w:t>робив з чортами місячний пікнік.&lt;br /&gt;</w:t>
        <w:br/>
        <w:t>Ну, так і є. Диви, шматок туніки!</w:t>
      </w:r>
    </w:p>
    <w:p>
      <w:r>
        <w:br/>
        <w:t>(Сміється)</w:t>
      </w:r>
    </w:p>
    <w:p>
      <w:r>
        <w:br/>
        <w:t>Невже котрусь ловив? Ну, брат, ну, Домінік!</w:t>
      </w:r>
    </w:p>
    <w:p>
      <w:r>
        <w:br/>
        <w:t>Другий монах</w:t>
      </w:r>
    </w:p>
    <w:p>
      <w:r>
        <w:br/>
        <w:t>Давай заляжем біля того лазу,&lt;br /&gt;</w:t>
        <w:br/>
        <w:t>підстережем та й схопим за рукав:&lt;br /&gt;</w:t>
        <w:br/>
        <w:t>ага, попався! Присмиріє зразу.&lt;br /&gt;</w:t>
        <w:br/>
        <w:t>Щоб нам за шахи більш не дорікав.</w:t>
      </w:r>
    </w:p>
    <w:p>
      <w:r>
        <w:br/>
        <w:t>Перший монах</w:t>
      </w:r>
    </w:p>
    <w:p>
      <w:r>
        <w:br/>
        <w:t>А далі що? Покличемо абата?</w:t>
      </w:r>
    </w:p>
    <w:p>
      <w:r>
        <w:br/>
        <w:t>Другий монах</w:t>
      </w:r>
    </w:p>
    <w:p>
      <w:r>
        <w:br/>
        <w:t>Ні, лиш злякаєм. Щоки як надму!</w:t>
      </w:r>
    </w:p>
    <w:p>
      <w:r>
        <w:br/>
        <w:t>Перший монах</w:t>
      </w:r>
    </w:p>
    <w:p>
      <w:r>
        <w:br/>
        <w:t>Коли ти так заліг підстерегти собрата —&lt;br /&gt;</w:t>
        <w:br/>
        <w:t>то чи, бува, не заздриш ти йому?</w:t>
      </w:r>
    </w:p>
    <w:p>
      <w:r>
        <w:br/>
        <w:t>Другий монах</w:t>
      </w:r>
    </w:p>
    <w:p>
      <w:r>
        <w:br/>
        <w:t>Ну, бог із ним. Хай жде на божу кару.&lt;br /&gt;</w:t>
        <w:br/>
        <w:t>А ми ще зробим декілька ходів.&lt;br /&gt;</w:t>
        <w:br/>
        <w:t>Ще поки він перепливе Луару!&lt;br /&gt;</w:t>
        <w:br/>
        <w:t>То де ж старий, що завжди тут сидів?</w:t>
      </w:r>
    </w:p>
    <w:p>
      <w:r>
        <w:br/>
        <w:t>Перший монах</w:t>
      </w:r>
    </w:p>
    <w:p>
      <w:r>
        <w:br/>
        <w:t>В коморці теж, я йшов, його немає.&lt;br /&gt;</w:t>
        <w:br/>
        <w:t>Розтанув, щез, так наче й не було.&lt;br /&gt;</w:t>
        <w:br/>
        <w:t>Такий був добрий дід, сидить собі, дрімає.&lt;br /&gt;</w:t>
        <w:br/>
        <w:t>Нещасний чоловік, самотній був зело.</w:t>
      </w:r>
    </w:p>
    <w:p>
      <w:r>
        <w:br/>
        <w:t>Другий монах</w:t>
      </w:r>
    </w:p>
    <w:p>
      <w:r>
        <w:br/>
        <w:t>А ти, а я… Чи він такий тут перший?&lt;br /&gt;</w:t>
        <w:br/>
        <w:t>Ми всі прийшли, щоб тихо проминуть.</w:t>
      </w:r>
    </w:p>
    <w:p>
      <w:r>
        <w:br/>
        <w:t>Перший монах</w:t>
      </w:r>
    </w:p>
    <w:p>
      <w:r>
        <w:br/>
        <w:t>Не дай господь, ні живши так, ні вмерши,&lt;br /&gt;</w:t>
        <w:br/>
        <w:t>нема кому старого й спом’януть.</w:t>
      </w:r>
    </w:p>
    <w:p>
      <w:r>
        <w:br/>
        <w:t>Другий монах</w:t>
      </w:r>
    </w:p>
    <w:p>
      <w:r>
        <w:br/>
        <w:t>А може, він і сам у цьому винний?&lt;br /&gt;</w:t>
        <w:br/>
        <w:t>У чомусь винні завжди ми самі.&lt;br /&gt;</w:t>
        <w:br/>
        <w:t>Що є життя? Це — проминання тіней.&lt;br /&gt;</w:t>
        <w:br/>
        <w:t>Так у святому сказано письмі.</w:t>
      </w:r>
    </w:p>
    <w:p>
      <w:r>
        <w:br/>
        <w:t>Перший монах</w:t>
      </w:r>
    </w:p>
    <w:p>
      <w:r>
        <w:br/>
        <w:t>А хтось казав, що бачив його в славі.&lt;br /&gt;</w:t>
        <w:br/>
        <w:t>Ще говорив там про якісь сади.</w:t>
      </w:r>
    </w:p>
    <w:p>
      <w:r>
        <w:br/>
        <w:t>Другий монах</w:t>
      </w:r>
    </w:p>
    <w:p>
      <w:r>
        <w:br/>
        <w:t>То, може, шахи розкладем на лаві,&lt;br /&gt;</w:t>
        <w:br/>
        <w:t>якщо старий тут більше не сидить?</w:t>
      </w:r>
    </w:p>
    <w:p>
      <w:r>
        <w:br/>
        <w:t>(І раптом перелякано спинився — за клаптями летючого туману&lt;br /&gt;</w:t>
        <w:br/>
        <w:t>помітив мармурову Маріеллу, що мов надгробний пам’ятник стоїть)</w:t>
      </w:r>
    </w:p>
    <w:p>
      <w:r>
        <w:br/>
        <w:t>А це ще що?! Мир-мур-мар-мрова…&lt;br /&gt;</w:t>
        <w:br/>
        <w:t>Мана… мене… о господи!.. спокут…&lt;br /&gt;</w:t>
        <w:br/>
        <w:t>Іди сюди, тут жінка мармурова!&lt;br /&gt;</w:t>
        <w:br/>
        <w:t>Ой, гріх який, і звідки вона тут?!</w:t>
      </w:r>
    </w:p>
    <w:p>
      <w:r>
        <w:br/>
        <w:t>Перший монах</w:t>
      </w:r>
    </w:p>
    <w:p>
      <w:r>
        <w:br/>
        <w:t>Ну, я тобі скажу, ти не монах, ти містик.&lt;br /&gt;</w:t>
        <w:br/>
        <w:t>То жінка, то чорти, то в кропиві те скло.</w:t>
      </w:r>
    </w:p>
    <w:p>
      <w:r>
        <w:br/>
        <w:t>Другий монах</w:t>
      </w:r>
    </w:p>
    <w:p>
      <w:r>
        <w:br/>
        <w:t>Ми ж грали в шахи ось на цьому місці.&lt;br /&gt;</w:t>
        <w:br/>
        <w:t>Але її тут вчора не було!</w:t>
      </w:r>
    </w:p>
    <w:p>
      <w:r>
        <w:br/>
        <w:t>Перший монах</w:t>
      </w:r>
    </w:p>
    <w:p>
      <w:r>
        <w:br/>
        <w:t>А й справді, гм, із нами хресна сила.&lt;br /&gt;</w:t>
        <w:br/>
        <w:t>І наче ж не пили, а стільки страховіть.</w:t>
      </w:r>
    </w:p>
    <w:p>
      <w:r>
        <w:br/>
        <w:t>Другий монах</w:t>
      </w:r>
    </w:p>
    <w:p>
      <w:r>
        <w:br/>
        <w:t>Ти ж подивися, тут нема могили.&lt;br /&gt;</w:t>
        <w:br/>
        <w:t>Чому ж вона навколішках стоїть?</w:t>
      </w:r>
    </w:p>
    <w:p>
      <w:r>
        <w:br/>
        <w:t>Перший монах</w:t>
      </w:r>
    </w:p>
    <w:p>
      <w:r>
        <w:br/>
        <w:t>А уяви, яка ж була натура!</w:t>
      </w:r>
    </w:p>
    <w:p>
      <w:r>
        <w:br/>
        <w:t>Другий монах</w:t>
      </w:r>
    </w:p>
    <w:p>
      <w:r>
        <w:br/>
        <w:t>Але ж, даруй, ми люди не старі.&lt;br /&gt;</w:t>
        <w:br/>
        <w:t>Хіба можливо, щоб така скульптура&lt;br /&gt;</w:t>
        <w:br/>
        <w:t>стояла тут у нас в монастирі?</w:t>
      </w:r>
    </w:p>
    <w:p>
      <w:r>
        <w:br/>
        <w:t>Перший монах</w:t>
      </w:r>
    </w:p>
    <w:p>
      <w:r>
        <w:br/>
        <w:t>Вона скорбить. Вона така побожна!&lt;br /&gt;</w:t>
        <w:br/>
        <w:t>Вона цнотлива з голови до ніг.</w:t>
      </w:r>
    </w:p>
    <w:p>
      <w:r>
        <w:br/>
        <w:t>Другий монах</w:t>
      </w:r>
    </w:p>
    <w:p>
      <w:r>
        <w:br/>
        <w:t>Вона прекрасна, і тому не можна.&lt;br /&gt;</w:t>
        <w:br/>
        <w:t>Франціск Ассізький безвісти б забіг!</w:t>
      </w:r>
    </w:p>
    <w:p>
      <w:r>
        <w:br/>
        <w:t>Перший монах</w:t>
      </w:r>
    </w:p>
    <w:p>
      <w:r>
        <w:br/>
        <w:t>Дай надивитись. Припини дебати.&lt;br /&gt;</w:t>
        <w:br/>
        <w:t>її не можна бачити без сліз.</w:t>
      </w:r>
    </w:p>
    <w:p>
      <w:r>
        <w:br/>
        <w:t>Другий монах</w:t>
      </w:r>
    </w:p>
    <w:p>
      <w:r>
        <w:br/>
        <w:t>Ти б не хотів, щоб хто-небудь абату,&lt;br /&gt;</w:t>
        <w:br/>
        <w:t>що ми її тут бачили, доніс?</w:t>
      </w:r>
    </w:p>
    <w:p>
      <w:r>
        <w:br/>
        <w:t>(Монахи, ошелешені, виходять)</w:t>
      </w:r>
    </w:p>
    <w:p>
      <w:r>
        <w:br/>
        <w:t>Пливе туман. З-за старовинних мурів ледь прозирає золотаве сонце.&lt;br /&gt;</w:t>
        <w:br/>
        <w:t>І з легкістю ковзнувши, наче змій, із бузини виходить безшелесно брат Домінік.&lt;br /&gt;</w:t>
        <w:br/>
        <w:t>Скрадаючись, проходить мимо статуй,— вони від нього скрушно відвернулись.</w:t>
      </w:r>
    </w:p>
    <w:p>
      <w:r>
        <w:br/>
        <w:t>Брат Домінік</w:t>
      </w:r>
    </w:p>
    <w:p>
      <w:r>
        <w:br/>
        <w:t>(склав руки шанобливо)</w:t>
      </w:r>
    </w:p>
    <w:p>
      <w:r>
        <w:br/>
        <w:t>А головне, що встиг я на молебень.&lt;br /&gt;</w:t>
        <w:br/>
        <w:t>Лиш другі півні піють з-за ріки.&lt;br /&gt;</w:t>
        <w:br/>
        <w:t>Такий туман, вже ходиш як у небі.&lt;br /&gt;</w:t>
        <w:br/>
        <w:t>І яблука знімаєш, як зірки.</w:t>
      </w:r>
    </w:p>
    <w:p>
      <w:r>
        <w:br/>
        <w:t>Хвалити бога, на душі не хмарно.&lt;br /&gt;</w:t>
        <w:br/>
        <w:t>Прекрасен світ крізь дірку в бузині.</w:t>
      </w:r>
    </w:p>
    <w:p>
      <w:r>
        <w:br/>
        <w:t>(Помітив мармурову Маріеллу)</w:t>
      </w:r>
    </w:p>
    <w:p>
      <w:r>
        <w:br/>
        <w:t>Та що я бачу? Фьєзоланський мармур!&lt;br /&gt;</w:t>
        <w:br/>
        <w:t>Яка краса відкрилася мені!</w:t>
      </w:r>
    </w:p>
    <w:p>
      <w:r>
        <w:br/>
        <w:t>(Підходить ближче, вражений, спинився)</w:t>
      </w:r>
    </w:p>
    <w:p>
      <w:r>
        <w:br/>
        <w:t>О женщино! Мовчу в зачаруванні.&lt;br /&gt;</w:t>
        <w:br/>
        <w:t>І як же ти змогла сюди пройти?</w:t>
      </w:r>
    </w:p>
    <w:p>
      <w:r>
        <w:br/>
        <w:t>Далекий голос</w:t>
      </w:r>
    </w:p>
    <w:p>
      <w:r>
        <w:br/>
        <w:t>(як антична флейта, загубленим у просторі відлунням)</w:t>
      </w:r>
    </w:p>
    <w:p>
      <w:r>
        <w:br/>
        <w:t>Де ти подівся, Рустичі, Джованні?&lt;br /&gt;</w:t>
        <w:br/>
        <w:t>Джованфранческо Рустичі, де ти?!.</w:t>
      </w:r>
    </w:p>
    <w:p>
      <w:r>
        <w:br/>
        <w:t>1983-1985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 у Флоренції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