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Спасибі</w:t>
      </w:r>
    </w:p>
    <w:p>
      <w:r>
        <w:br/>
        <w:t xml:space="preserve"> Яке це славне слово — хлібороб,-&lt;br /&gt;</w:t>
        <w:br/>
        <w:t>Що жартома ще звуть і гречкосієм!&lt;br /&gt;</w:t>
        <w:br/>
        <w:t>До слів найкращих я вписав його б,&lt;br /&gt;</w:t>
        <w:br/>
        <w:t>До тих, які ми серцем розумієм!&lt;br /&gt;</w:t>
        <w:br/>
        <w:t>Який це труд, який солоний піт,&lt;br /&gt;</w:t>
        <w:br/>
        <w:t>Яка жага і втома життєдайна!&lt;br /&gt;</w:t>
        <w:br/>
        <w:t>Ну, безперечно, знає цілий світ&lt;br /&gt;</w:t>
        <w:br/>
        <w:t>Про роль почесну трактора й комбайна.&lt;br /&gt;</w:t>
        <w:br/>
        <w:t>Спасибі їм: помічники живі&lt;br /&gt;</w:t>
        <w:br/>
        <w:t>Вони у чеснім хліборобськім щасті...&lt;br /&gt;</w:t>
        <w:br/>
        <w:t>Та треба працювать і голові,&lt;br /&gt;</w:t>
        <w:br/>
        <w:t>Докласти треба руки мозолясті,&lt;br /&gt;</w:t>
        <w:br/>
        <w:t>Щоб красувався вбогий переліг&lt;br /&gt;</w:t>
        <w:br/>
        <w:t>Нечувано багатим урожаєм,&lt;br /&gt;</w:t>
        <w:br/>
        <w:t>Щоб гречка розливалася, як сніг,&lt;br /&gt;</w:t>
        <w:br/>
        <w:t>Пшениця слалась маревом безкраїм,&lt;br /&gt;</w:t>
        <w:br/>
        <w:t>Щоб кукурудза в строгому ладу&lt;br /&gt;</w:t>
        <w:br/>
        <w:t>Підкорювала все нові простори,&lt;br /&gt;</w:t>
        <w:br/>
        <w:t>Щоб жайворонки пісню молоду&lt;br /&gt;</w:t>
        <w:br/>
        <w:t>Підносили над колосисте море,&lt;br /&gt;</w:t>
        <w:br/>
        <w:t>Щоб хліб, як сонце, сяяв на столі&lt;br /&gt;</w:t>
        <w:br/>
        <w:t>У кожній хаті, домі та колибі...&lt;br /&gt;</w:t>
        <w:br/>
        <w:t>Уклін земний працівникам землі!&lt;br /&gt;</w:t>
        <w:br/>
        <w:t>Вам, сіячі, плугатарі,— спасибі!</w:t>
      </w:r>
    </w:p>
    <w:p>
      <w:r>
        <w:br/>
        <w:t>9 вересня 1960 p.&lt;br /&gt;</w:t>
        <w:br/>
        <w:t>Гагра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Спасибі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