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Светла речка под окном твоим шумит...</w:t>
      </w:r>
    </w:p>
    <w:p>
      <w:r>
        <w:br/>
        <w:t xml:space="preserve"> "Светла речка под окном твоим шумит:&lt;br /&gt;</w:t>
        <w:br/>
        <w:t>Можно, девица, коня мне напоить?"-&lt;br /&gt;</w:t>
        <w:br/>
        <w:t>"Кто мешает!.. да подальше от меня:&lt;br /&gt;</w:t>
        <w:br/>
        <w:t>Я мала еще, боюся я коня".-&lt;br /&gt;</w:t>
        <w:br/>
        <w:t>"Мак червонный под твоим цветет окном;&lt;br /&gt;</w:t>
        <w:br/>
        <w:t>Мак притоптан: кто ходил к тебе по нем?"-&lt;br /&gt;</w:t>
        <w:br/>
        <w:t>"Полно, парень, злые речи говорить!&lt;br /&gt;</w:t>
        <w:br/>
        <w:t>К сиротинке бедной станет кто ходить!"-&lt;br /&gt;</w:t>
        <w:br/>
        <w:t>"Бог с тобою! До тебя мне дела нет;&lt;br /&gt;</w:t>
        <w:br/>
        <w:t>Да скажи, зачем ты сердишься на свет?"-&lt;br /&gt;</w:t>
        <w:br/>
        <w:t>"Я не знаю, что-то сталося со мной:&lt;br /&gt;</w:t>
        <w:br/>
        <w:t>Все мне грустно, плакать хочется одной".</w:t>
      </w:r>
    </w:p>
    <w:p>
      <w:r>
        <w:br/>
        <w:t>1843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Светла речка под окном твоим шумит...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