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Тягар білих</w:t>
      </w:r>
    </w:p>
    <w:p>
      <w:r>
        <w:br/>
        <w:t xml:space="preserve"> Джозеф-Редьярд Кіплінґ&lt;br /&gt;</w:t>
        <w:br/>
        <w:t>Тягар білих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Беріть тягар той Білих,&lt;br /&gt;</w:t>
        <w:br/>
        <w:t>Зішліть туди свій цвіт,&lt;br /&gt;</w:t>
        <w:br/>
        <w:t>Синів, щоб торували&lt;br /&gt;</w:t>
        <w:br/>
        <w:t>Новим підданцям слід;&lt;br /&gt;</w:t>
        <w:br/>
        <w:t>Служили за поденне —&lt;br /&gt;</w:t>
        <w:br/>
        <w:t>Завжди напоготів —&lt;br /&gt;</w:t>
        <w:br/>
        <w:t>Юрбі хистких, похмурих&lt;br /&gt;</w:t>
        <w:br/>
        <w:t>Дітей-напівчортів.</w:t>
      </w:r>
    </w:p>
    <w:p>
      <w:r>
        <w:br/>
        <w:t>Беріть тягар той Білих —&lt;br /&gt;</w:t>
        <w:br/>
        <w:t>Терпляче поруч йти,&lt;br /&gt;</w:t>
        <w:br/>
        <w:t>Ховати прояв сили&lt;br /&gt;</w:t>
        <w:br/>
        <w:t>І проблиск гордости;&lt;br /&gt;</w:t>
        <w:br/>
        <w:t>Сто раз просте і ясне&lt;br /&gt;</w:t>
        <w:br/>
        <w:t>Доводити до всіх,&lt;br /&gt;</w:t>
        <w:br/>
        <w:t>Чужих шукати вигід&lt;br /&gt;</w:t>
        <w:br/>
        <w:t>Та інтересів їх.</w:t>
      </w:r>
    </w:p>
    <w:p>
      <w:r>
        <w:br/>
        <w:t>Беріть тягар той Білих —&lt;br /&gt;</w:t>
        <w:br/>
        <w:t>Лють мирної війни:&lt;br /&gt;</w:t>
        <w:br/>
        <w:t>Забий той вічний голод,&lt;br /&gt;</w:t>
        <w:br/>
        <w:t>Хвороби ті спини...&lt;br /&gt;</w:t>
        <w:br/>
        <w:t>І вже коли замріє&lt;br /&gt;</w:t>
        <w:br/>
        <w:t>Жаданий той кінець,&lt;br /&gt;</w:t>
        <w:br/>
        <w:t>Дикунська Лінь і Дурість&lt;br /&gt;</w:t>
        <w:br/>
        <w:t>Зведе все нанівець.</w:t>
      </w:r>
    </w:p>
    <w:p>
      <w:r>
        <w:br/>
        <w:t>Беріть тягар той Білих —&lt;br /&gt;</w:t>
        <w:br/>
        <w:t>Не розкіш королів,&lt;br /&gt;</w:t>
        <w:br/>
        <w:t>Струмент кріпацький, мітли&lt;br /&gt;</w:t>
        <w:br/>
        <w:t>І роби ковалів.&lt;br /&gt;</w:t>
        <w:br/>
        <w:t>Порти, де вам не плавать,&lt;br /&gt;</w:t>
        <w:br/>
        <w:t>Шляхи в чужий вам світ&lt;br /&gt;</w:t>
        <w:br/>
        <w:t>Своїм життям вкладайте&lt;br /&gt;</w:t>
        <w:br/>
        <w:t>І смертю значте слід!</w:t>
      </w:r>
    </w:p>
    <w:p>
      <w:r>
        <w:br/>
        <w:t>Беріть тягар той Білих —&lt;br /&gt;</w:t>
        <w:br/>
        <w:t>І жніть платню стару:&lt;br /&gt;</w:t>
        <w:br/>
        <w:t>Докори — за зусилля,&lt;br /&gt;</w:t>
        <w:br/>
        <w:t>Ненависть — за весь труд,&lt;br /&gt;</w:t>
        <w:br/>
        <w:t>Крик юрб, яких до світла&lt;br /&gt;</w:t>
        <w:br/>
        <w:t>(Повільно так!) тягли:&lt;br /&gt;</w:t>
        <w:br/>
        <w:t>"Нащо ви нас з Єгипту?..&lt;br /&gt;</w:t>
        <w:br/>
        <w:t>Ми любо там жили..."*</w:t>
      </w:r>
    </w:p>
    <w:p>
      <w:r>
        <w:br/>
        <w:t>Беріть тягар той Білих —&lt;br /&gt;</w:t>
        <w:br/>
        <w:t>Не смійте спочивать!&lt;br /&gt;</w:t>
        <w:br/>
        <w:t>Ані гукать про Волю,&lt;br /&gt;</w:t>
        <w:br/>
        <w:t>Щоб втому приховать!&lt;br /&gt;</w:t>
        <w:br/>
        <w:t>За кожен крик і шепіт,&lt;br /&gt;</w:t>
        <w:br/>
        <w:t>За кожен чин і пас&lt;br /&gt;</w:t>
        <w:br/>
        <w:t>Мовчазні люди важать&lt;br /&gt;</w:t>
        <w:br/>
        <w:t>Богів чужих і вас.</w:t>
      </w:r>
    </w:p>
    <w:p>
      <w:r>
        <w:br/>
        <w:t>Беріть тягар той Білих —&lt;br /&gt;</w:t>
        <w:br/>
        <w:t>Кінець дитячим снам:&lt;br /&gt;</w:t>
        <w:br/>
        <w:t>Були легкі то лаври,&lt;br /&gt;</w:t>
        <w:br/>
        <w:t>Яким мала ціна.&lt;br /&gt;</w:t>
        <w:br/>
        <w:t>За всі літа невдячні&lt;br /&gt;</w:t>
        <w:br/>
        <w:t>Прийміть свої жнива:&lt;br /&gt;</w:t>
        <w:br/>
        <w:t>Холодний, зріло-мудрий&lt;br /&gt;</w:t>
        <w:br/>
        <w:t>Суд тих, що рівні вам.</w:t>
      </w:r>
    </w:p>
    <w:p>
      <w:r>
        <w:br/>
        <w:t>---------------------&lt;br /&gt;</w:t>
        <w:br/>
        <w:t>* Біблійна алюзія на виведення Мойсеєм євреїв з Єгипту.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Тягар білих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