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Тіло</w:t>
      </w:r>
    </w:p>
    <w:p>
      <w:r>
        <w:br/>
        <w:t xml:space="preserve"> &lt;p&gt;Розплющивши очі, професор Меєр побачив трьох молодих хірургів, які тривожно схилилися над ним, трьох молодих фахівців, які провели операцію. Раптом йому спало на думку, що вони й справді мали бути дуже молодими, щоб зважитися на таке; молодими й зухвалими, обдарованими енциклопедичними технічними знаннями до такої міри, що виключає усе інше; зі сталевими нервами, сталевими пальцями, по суті, не людьми. Вони мали кваліфікацію автоматів.</w:t>
      </w:r>
    </w:p>
    <w:p>
      <w:r>
        <w:br/>
        <w:t>Меєр був настільки вражений цими післяанестезійними одкровеннями, що минуло кілька секунд, перш ніж він, нарешті, усвідомив, що операція пройшла успішно.</w:t>
      </w:r>
    </w:p>
    <w:p>
      <w:r>
        <w:br/>
        <w:t>— Як ви себе почуваєте, сер?</w:t>
      </w:r>
    </w:p>
    <w:p>
      <w:r>
        <w:br/>
        <w:t>— З вами усе гаразд?</w:t>
      </w:r>
    </w:p>
    <w:p>
      <w:r>
        <w:br/>
        <w:t>— Ви можете говорити, сер? Якщо ні, похитайте головою або мигніть.</w:t>
      </w:r>
    </w:p>
    <w:p>
      <w:r>
        <w:br/>
        <w:t>Вони стривожено дивилися на нього.</w:t>
      </w:r>
    </w:p>
    <w:p>
      <w:r>
        <w:br/>
        <w:t>Професор Меєр ковтнув, випробовуючи своє нове піднебіння, язик та горло. Нарешті він вимовив дуже сипло:</w:t>
      </w:r>
    </w:p>
    <w:p>
      <w:r>
        <w:br/>
        <w:t>— Мені здається... Мені здається...</w:t>
      </w:r>
    </w:p>
    <w:p>
      <w:r>
        <w:br/>
        <w:t>— З ним усе гаразд! вигукнув Касиді. — Фелдмане, прокидайся!</w:t>
      </w:r>
    </w:p>
    <w:p>
      <w:r>
        <w:br/>
        <w:t>Фелдман підвівся з кушетки, намацуючи свої окуляри.</w:t>
      </w:r>
    </w:p>
    <w:p>
      <w:r>
        <w:br/>
        <w:t>— Він уже прокинувся? Щось казав?</w:t>
      </w:r>
    </w:p>
    <w:p>
      <w:r>
        <w:br/>
        <w:t>— Так, він розмовляє! Він розмовляє, немов ангел! Ми таки зробили це, Фреді!</w:t>
      </w:r>
    </w:p>
    <w:p>
      <w:r>
        <w:br/>
        <w:t>Фелдман знайшов свої окуляри й кинувся до операційного столу.</w:t>
      </w:r>
    </w:p>
    <w:p>
      <w:r>
        <w:br/>
        <w:t>— Можете сказати ще що-небудь, сер? Що завгодно.</w:t>
      </w:r>
    </w:p>
    <w:p>
      <w:r>
        <w:br/>
        <w:t>— Я... Я...</w:t>
      </w:r>
    </w:p>
    <w:p>
      <w:r>
        <w:br/>
        <w:t>— Господи, — видихнув Фелдман, — я зараз збожеволію.</w:t>
      </w:r>
    </w:p>
    <w:p>
      <w:r>
        <w:br/>
        <w:t>Усі троє вибухнули нервовим сміхом. Вони оточили Фелдмана й почали ляскати його по спині. Він теж засміявся, але потім зайшовся кашлем.</w:t>
      </w:r>
    </w:p>
    <w:p>
      <w:r>
        <w:br/>
        <w:t>— Де Кент? — крикнув Касиді. — Він має бути тут, хай йому біс. Він тримав цей клятий осцилоскоп на одній лінії впродовж повних десяти годин. Це найстабільніша робота, яку я будь-коли бачив. Де його чорти носять?</w:t>
      </w:r>
    </w:p>
    <w:p>
      <w:r>
        <w:br/>
        <w:t>— Пішов по сендвічі, — відповів Люпович. — Ось і він.</w:t>
      </w:r>
    </w:p>
    <w:p>
      <w:r>
        <w:br/>
        <w:t>— Кенте, Кенте, усе гаразд!</w:t>
      </w:r>
    </w:p>
    <w:p>
      <w:r>
        <w:br/>
        <w:t>На порозі з'явився Кент із двома паперовими пакетами і половиною бутерброда в роті. Він квапливо ковтнув.</w:t>
      </w:r>
    </w:p>
    <w:p>
      <w:r>
        <w:br/>
        <w:t>— Заговорив?! Що він казав?</w:t>
      </w:r>
    </w:p>
    <w:p>
      <w:r>
        <w:br/>
        <w:t>Позаду Кента почувся шум, і у двері протиснулися з десяток людей.</w:t>
      </w:r>
    </w:p>
    <w:p>
      <w:r>
        <w:br/>
        <w:t>— Заберіть їх звідси! — вигукнув Фелдман. — Сьогодні ніяких інтерв'ю! Де поліцейський?</w:t>
      </w:r>
    </w:p>
    <w:p>
      <w:r>
        <w:br/>
        <w:t>Полісмен вибрався з юрби й загородив вхід.</w:t>
      </w:r>
    </w:p>
    <w:p>
      <w:r>
        <w:br/>
        <w:t>— Ви чули, що кажуть лікарі, хлопці?</w:t>
      </w:r>
    </w:p>
    <w:p>
      <w:r>
        <w:br/>
        <w:t>— Це нечесно. Цей Меєр належить світові!</w:t>
      </w:r>
    </w:p>
    <w:p>
      <w:r>
        <w:br/>
        <w:t>— Якими були його перші слова?</w:t>
      </w:r>
    </w:p>
    <w:p>
      <w:r>
        <w:br/>
        <w:t>— Що він казав?</w:t>
      </w:r>
    </w:p>
    <w:p>
      <w:r>
        <w:br/>
        <w:t>— Ви справді перетворили його на собаку?</w:t>
      </w:r>
    </w:p>
    <w:p>
      <w:r>
        <w:br/>
        <w:t>— Якої породи?</w:t>
      </w:r>
    </w:p>
    <w:p>
      <w:r>
        <w:br/>
        <w:t>— Він може махати хвостом?</w:t>
      </w:r>
    </w:p>
    <w:p>
      <w:r>
        <w:br/>
        <w:t>— Він сказав, що з ним усе гаразд, — оголосив поліцейський, загороджуючи двері. — Ходімо звідси, хлопці.</w:t>
      </w:r>
    </w:p>
    <w:p>
      <w:r>
        <w:br/>
        <w:t>У нього під руками прослизнув фотограф. Він глянув на операційний стіл і пробурмотів:</w:t>
      </w:r>
    </w:p>
    <w:p>
      <w:r>
        <w:br/>
        <w:t>— Господи Ісусе!</w:t>
      </w:r>
    </w:p>
    <w:p>
      <w:r>
        <w:br/>
        <w:t>Потім підняв свою камеру.</w:t>
      </w:r>
    </w:p>
    <w:p>
      <w:r>
        <w:br/>
        <w:t>— Поглянь-но сюди, друже...</w:t>
      </w:r>
    </w:p>
    <w:p>
      <w:r>
        <w:br/>
        <w:t>Кент затулив рукою об'єктив, і в цю мить спрацював спалах.</w:t>
      </w:r>
    </w:p>
    <w:p>
      <w:r>
        <w:br/>
        <w:t>— Якого біса?! — вигукнув репортер.</w:t>
      </w:r>
    </w:p>
    <w:p>
      <w:r>
        <w:br/>
        <w:t>— Тепер у вас є унікальний знімок моєї долоні, — саркастично промовив Кент. — Збільшіть його й помістіть у музеї сучасних мистецтв. А зараз забирайтеся звідси, поки я не скрутив вам в'язи.</w:t>
      </w:r>
    </w:p>
    <w:p>
      <w:r>
        <w:br/>
        <w:t>— Ходімо, хлопці, — суворо повторив поліцейський, виштовхуючи газетярів. На порозі він озирнувся й поглянув на професора Меєра.</w:t>
      </w:r>
    </w:p>
    <w:p>
      <w:r>
        <w:br/>
        <w:t>— Просто не можу повірити! — прошепотів він, зачиняючи за собою двері.</w:t>
      </w:r>
    </w:p>
    <w:p>
      <w:r>
        <w:br/>
        <w:t>— Пляшки на стіл! — вигукнув Касиді.</w:t>
      </w:r>
    </w:p>
    <w:p>
      <w:r>
        <w:br/>
        <w:t>— Відсвяткуємо!</w:t>
      </w:r>
    </w:p>
    <w:p>
      <w:r>
        <w:br/>
        <w:t>— Боже мій, ми заслужили свято! Професор Меєр посміхнувся — звісно, внутрішньо, тому що лицьова міміка була обмежена. Підійшов Фелдман.</w:t>
      </w:r>
    </w:p>
    <w:p>
      <w:r>
        <w:br/>
        <w:t>— Як ви себе почуваєте, сер?</w:t>
      </w:r>
    </w:p>
    <w:p>
      <w:r>
        <w:br/>
        <w:t>— Чудово, — обережно мовив Меєр, звикаючи до свого дивного піднебіння. — Трохи не по собі, мабуть...</w:t>
      </w:r>
    </w:p>
    <w:p>
      <w:r>
        <w:br/>
        <w:t>— Але ви не шкодуєте? — запитав Фелдман.</w:t>
      </w:r>
    </w:p>
    <w:p>
      <w:r>
        <w:br/>
        <w:t>— Ще не знаю, — сказав Меєр. — Я був проти цього з принципу. Незамінних людей немає.</w:t>
      </w:r>
    </w:p>
    <w:p>
      <w:r>
        <w:br/>
        <w:t>— Є. Це ви, — Фелдман говорив з палкою переконаністю.</w:t>
      </w:r>
    </w:p>
    <w:p>
      <w:r>
        <w:br/>
        <w:t>— Я слухав ваші лекції. Звісно, я не претендую на розуміння й десятої частини того, що ви казали. Математичний символізм для мене — лише хобі. Але ваші знамениті принципи уніфікації...</w:t>
      </w:r>
    </w:p>
    <w:p>
      <w:r>
        <w:br/>
        <w:t>— Будь ласка, — вимовив Меєр.</w:t>
      </w:r>
    </w:p>
    <w:p>
      <w:r>
        <w:br/>
        <w:t>— Ні, дозвольте мені закінчити, сер, — сказав Фелдман. — Ви продовжуєте грандіозну роботу, з якою не змогли впоратися Ейнштейн та інші. Ніхто, крім вас, не в змозі її закінчити. Ніхто! Вам потрібно було ще кілька років існування в будь-якій формі, яку здатна запропонувати наука. Я шкодую лише, що ми не змогли знайти більш придатне вмістилище для вашого інтелекту. Людське тіло було недоступне, а від приматів довелося відмовитися...</w:t>
      </w:r>
    </w:p>
    <w:p>
      <w:r>
        <w:br/>
        <w:t>— Не має значення, — промовив Меєр. — Зрештою, головне — це інтелект. У мене трохи паморочиться в голові...</w:t>
      </w:r>
    </w:p>
    <w:p>
      <w:r>
        <w:br/>
        <w:t>— Пам'ятаю вашу останню лекцію в Гарварді, —стиснувши руки, продовжив Фелдман. — Ви виглядали таким старим! Я ледве не плакав — утомлене, виснажене тіло...</w:t>
      </w:r>
    </w:p>
    <w:p>
      <w:r>
        <w:br/>
        <w:t>— Не хочете випити, сер? — Касиді простягнув склянку.</w:t>
      </w:r>
    </w:p>
    <w:p>
      <w:r>
        <w:br/>
        <w:t>Меєр засміявся.</w:t>
      </w:r>
    </w:p>
    <w:p>
      <w:r>
        <w:br/>
        <w:t>— Боюся, мої нові форми погано пристосовані для склянок. Краще блюдце,</w:t>
      </w:r>
    </w:p>
    <w:p>
      <w:r>
        <w:br/>
        <w:t>— Вірно, — сказав Касиді. — Хлопці, несіть сюди блюдце! Боже мій!</w:t>
      </w:r>
    </w:p>
    <w:p>
      <w:r>
        <w:br/>
        <w:t>— Вибачте нас, сер, — промовив Фелдман. — Напруга була жахлива. Ми не виходили з цієї кімнати майже тиждень, і сумніваюсь, що хтось із нас за цей час проспав більше восьми годин. Ми ледве не втратили вас, сер...</w:t>
      </w:r>
    </w:p>
    <w:p>
      <w:r>
        <w:br/>
        <w:t>— Ось! Блюдце! — втрутився Люпович. — Що ви питимете, сер? Віскі? Джин?</w:t>
      </w:r>
    </w:p>
    <w:p>
      <w:r>
        <w:br/>
        <w:t>— Просто воду, будь ласка, — сказав Меєр. — Як ви гадаєте, мені можна підвестися?</w:t>
      </w:r>
    </w:p>
    <w:p>
      <w:r>
        <w:br/>
        <w:t>— Тільки не робіть різких рухів... — Люпович обережно підняв його зі столу й поставив на підлогу. Меєр невпевнено захитався на чотирьох ногах.</w:t>
      </w:r>
    </w:p>
    <w:p>
      <w:r>
        <w:br/>
        <w:t>— Браво! — захоплено зааплодували лікарі.</w:t>
      </w:r>
    </w:p>
    <w:p>
      <w:r>
        <w:br/>
        <w:t>— Мені здається, завтра можна було б спробувати трохи попрацювати, — сказав Меєр. — Треба буде щось вигадати, щоб я зміг писати. По-моєму, це не надто складно. Ймовірно, будуть й інші проблеми, пов'язані з моїм перетворенням. Поки що мої думки не зовсім ясні....</w:t>
      </w:r>
    </w:p>
    <w:p>
      <w:r>
        <w:br/>
        <w:t>— Не намагайтеся форсувати події.</w:t>
      </w:r>
    </w:p>
    <w:p>
      <w:r>
        <w:br/>
        <w:t>— Тільки не це! Нам не можна втратити вас.</w:t>
      </w:r>
    </w:p>
    <w:p>
      <w:r>
        <w:br/>
        <w:t>— Яку сенсаційну статтю можна буде написати!</w:t>
      </w:r>
    </w:p>
    <w:p>
      <w:r>
        <w:br/>
        <w:t>— Разом чи кожний окремо зі свого погляду і за своєю спеціалізацією?</w:t>
      </w:r>
    </w:p>
    <w:p>
      <w:r>
        <w:br/>
        <w:t>— І те й інше. Все одно буде замало. Вони тільки й говоритимуть про...</w:t>
      </w:r>
    </w:p>
    <w:p>
      <w:r>
        <w:br/>
        <w:t>— Де тут ванна? — запитав Меєр. Лікарі перезирнулися.</w:t>
      </w:r>
    </w:p>
    <w:p>
      <w:r>
        <w:br/>
        <w:t>— Навіщо?</w:t>
      </w:r>
    </w:p>
    <w:p>
      <w:r>
        <w:br/>
        <w:t>— Замовкни, ідіоте. Сюди, сер. Дозвольте я відчиню вам двері.</w:t>
      </w:r>
    </w:p>
    <w:p>
      <w:r>
        <w:br/>
        <w:t>Меєр пройшов за ними, всім єством відчуваючи легкість від пересування на чотирьох ногах. Коли він повернувся, лікарі бурхливо обговорювали технічні аспекти операції.</w:t>
      </w:r>
    </w:p>
    <w:p>
      <w:r>
        <w:br/>
        <w:t>— ...Ніколи не повториться, навіть за мільйон років.</w:t>
      </w:r>
    </w:p>
    <w:p>
      <w:r>
        <w:br/>
        <w:t>— Не можу з тобою погодитись. Усе, що можна зробити раз...</w:t>
      </w:r>
    </w:p>
    <w:p>
      <w:r>
        <w:br/>
        <w:t>— Облиш свою філософію, хлопче. Ти чудово знаєш, що це унікальна комбінація випадкових чинників — нам просто пощастило.</w:t>
      </w:r>
    </w:p>
    <w:p>
      <w:r>
        <w:br/>
        <w:t>— Можеш повторювати скільки хочеш. Деякі біоелектричні зміни...</w:t>
      </w:r>
    </w:p>
    <w:p>
      <w:r>
        <w:br/>
        <w:t>— Він повернувся.</w:t>
      </w:r>
    </w:p>
    <w:p>
      <w:r>
        <w:br/>
        <w:t>— Йому не варто багато ходити. Як почуваєшся, друзяко?</w:t>
      </w:r>
    </w:p>
    <w:p>
      <w:r>
        <w:br/>
        <w:t>— Я не друзяка, — прогарчав професор Меєр. — А за віком міг би бути вашим дідусем.</w:t>
      </w:r>
    </w:p>
    <w:p>
      <w:r>
        <w:br/>
        <w:t>— Вибачте, сер. Мені здається, вам краще лягти.</w:t>
      </w:r>
    </w:p>
    <w:p>
      <w:r>
        <w:br/>
        <w:t>— Так, — промовив професор Меєр. — Я ще надто слабкий. У голові паморочиться...</w:t>
      </w:r>
    </w:p>
    <w:p>
      <w:r>
        <w:br/>
        <w:t>Кент підняв його й поклав на кушетку.</w:t>
      </w:r>
    </w:p>
    <w:p>
      <w:r>
        <w:br/>
        <w:t>— Так краще?</w:t>
      </w:r>
    </w:p>
    <w:p>
      <w:r>
        <w:br/>
        <w:t>Вони обступили його кільцем, поклавши руки один одному на плечі. Вони посміхалися і дуже пишалися собою.</w:t>
      </w:r>
    </w:p>
    <w:p>
      <w:r>
        <w:br/>
        <w:t>— Ми можемо ще щось для вас зробити?</w:t>
      </w:r>
    </w:p>
    <w:p>
      <w:r>
        <w:br/>
        <w:t>— Лише скажіть, і ми принесемо...</w:t>
      </w:r>
    </w:p>
    <w:p>
      <w:r>
        <w:br/>
        <w:t>— Ось я налив у блюдце води.</w:t>
      </w:r>
    </w:p>
    <w:p>
      <w:r>
        <w:br/>
        <w:t>— Ми залишили пару бутербродів біля вашої кушетки.</w:t>
      </w:r>
    </w:p>
    <w:p>
      <w:r>
        <w:br/>
        <w:t>— Відпочивайте, — ніжно казав Касиді.</w:t>
      </w:r>
    </w:p>
    <w:p>
      <w:r>
        <w:br/>
        <w:t>Потім він мимоволі погладив професора Меєра по видовженій, вкритій атласною шерстю голові. Фелдман вигукнув щось нерозбірливе.</w:t>
      </w:r>
    </w:p>
    <w:p>
      <w:r>
        <w:br/>
        <w:t>— Я забув, — зніяковіло вибачився Касиді.</w:t>
      </w:r>
    </w:p>
    <w:p>
      <w:r>
        <w:br/>
        <w:t>— Нам треба стежити за собою. Адже він — людина.</w:t>
      </w:r>
    </w:p>
    <w:p>
      <w:r>
        <w:br/>
        <w:t>— Звісно, я знаю. Просто я втомився... Розумієте, він так схожий на собаку, що мимоволі...</w:t>
      </w:r>
    </w:p>
    <w:p>
      <w:r>
        <w:br/>
        <w:t>— Забирайтеся звідси! — наказав Фелдман. — Забирайтесь! Усі!</w:t>
      </w:r>
    </w:p>
    <w:p>
      <w:r>
        <w:br/>
        <w:t>Він виштовхав їх із кімнати й повернувся до професора Меєра.</w:t>
      </w:r>
    </w:p>
    <w:p>
      <w:r>
        <w:br/>
        <w:t>— Можу я що-небудь для вас зробити, сер?</w:t>
      </w:r>
    </w:p>
    <w:p>
      <w:r>
        <w:br/>
        <w:t>Меєр спробував заговорити, підтвердити свою людську сутність, але слова давалися через силу.</w:t>
      </w:r>
    </w:p>
    <w:p>
      <w:r>
        <w:br/>
        <w:t>— Це ніколи не повториться, сер. Я впевнений. Ви ж... ви ж професор Меєр!</w:t>
      </w:r>
    </w:p>
    <w:p>
      <w:r>
        <w:br/>
        <w:t>Фелдман швидко вкрив ковдрою тремтяче тіло Меєра.</w:t>
      </w:r>
    </w:p>
    <w:p>
      <w:r>
        <w:br/>
        <w:t>— Усе гаразд, сер, — промовив він, намагаючись не дивитися на тремтячу тварину. — Головне — це інтелект! Мозок!</w:t>
      </w:r>
    </w:p>
    <w:p>
      <w:r>
        <w:br/>
        <w:t>— Певна річ, — погодився професор Меєр, видатний математик. — Але я думаю... не могли б ви мене ще раз погладити?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