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Тиран, полководець, державний корсар...</w:t>
      </w:r>
    </w:p>
    <w:p>
      <w:r>
        <w:br/>
        <w:t xml:space="preserve"> * * *</w:t>
      </w:r>
    </w:p>
    <w:p>
      <w:r>
        <w:br/>
        <w:t>Тиран, полководець, державний корсар&lt;br /&gt;</w:t>
        <w:br/>
        <w:t>ім'я твої грізне — Тиглатпаласар!</w:t>
      </w:r>
    </w:p>
    <w:p>
      <w:r>
        <w:br/>
        <w:t>Тигряче, гаряче, як тигель, як жар —&lt;br /&gt;</w:t>
        <w:br/>
        <w:t>ти ґрати, ти гроти, Тиглатпаласар!</w:t>
      </w:r>
    </w:p>
    <w:p>
      <w:r>
        <w:br/>
        <w:t>Ти грім, ти гробниця, ти гори, ти град,</w:t>
      </w:r>
    </w:p>
    <w:p>
      <w:r>
        <w:br/>
        <w:t>ти гордість, ти горе, ти Тигр і Євфрат!</w:t>
      </w:r>
    </w:p>
    <w:p>
      <w:r>
        <w:br/>
        <w:t>Ти цар вавилонський, полин і полон!</w:t>
      </w:r>
    </w:p>
    <w:p>
      <w:r>
        <w:br/>
        <w:t>Диви, розвалився і цей Вавилон.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Тиран, полководець, державний корсар...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