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Тополя</w:t>
      </w:r>
    </w:p>
    <w:p>
      <w:r>
        <w:br/>
        <w:t xml:space="preserve"> По діброві вітер виє,&lt;br /&gt;</w:t>
        <w:br/>
        <w:t>Гуляє по полю,&lt;br /&gt;</w:t>
        <w:br/>
        <w:t>Край дороги гне тополю&lt;br /&gt;</w:t>
        <w:br/>
        <w:t>До самого долу.&lt;br /&gt;</w:t>
        <w:br/>
        <w:t>Стан високий, лист широкий —&lt;br /&gt;</w:t>
        <w:br/>
        <w:t>Нащо зеленіє?&lt;br /&gt;</w:t>
        <w:br/>
        <w:t>Кругом поле, як те море&lt;br /&gt;</w:t>
        <w:br/>
        <w:t>Широке, синіє.&lt;br /&gt;</w:t>
        <w:br/>
        <w:t>Чумак іде, подивиться&lt;br /&gt;</w:t>
        <w:br/>
        <w:t>Та й голову схилить;&lt;br /&gt;</w:t>
        <w:br/>
        <w:t>Чабан вранці з сопілкою&lt;br /&gt;</w:t>
        <w:br/>
        <w:t>Сяде на могилі,&lt;br /&gt;</w:t>
        <w:br/>
        <w:t>Подивиться — серце ниє:&lt;br /&gt;</w:t>
        <w:br/>
        <w:t>Кругом ні билини!&lt;br /&gt;</w:t>
        <w:br/>
        <w:t>Одна, одна, як сирота&lt;br /&gt;</w:t>
        <w:br/>
        <w:t>На чужині, гине!</w:t>
      </w:r>
    </w:p>
    <w:p>
      <w:r>
        <w:br/>
        <w:t>Хто ж викохав тонку, гнучку&lt;br /&gt;</w:t>
        <w:br/>
        <w:t>В степу погибати?&lt;br /&gt;</w:t>
        <w:br/>
        <w:t>Постривайте, все розкажу,&lt;br /&gt;</w:t>
        <w:br/>
        <w:t>Слухайте ж, дівчата.&lt;br /&gt;</w:t>
        <w:br/>
        <w:t>Полюбила чорнобрива&lt;br /&gt;</w:t>
        <w:br/>
        <w:t>Козака дівчина.&lt;br /&gt;</w:t>
        <w:br/>
        <w:t>Полюбила — не спинила,&lt;br /&gt;</w:t>
        <w:br/>
        <w:t>Пішов та й загинув...&lt;br /&gt;</w:t>
        <w:br/>
        <w:t>Якби знала, що покине, —&lt;br /&gt;</w:t>
        <w:br/>
        <w:t>Була б не любила;&lt;br /&gt;</w:t>
        <w:br/>
        <w:t>Якби знала, що загине, —&lt;br /&gt;</w:t>
        <w:br/>
        <w:t>Була б не пустила;&lt;br /&gt;</w:t>
        <w:br/>
        <w:t>Якби знала, не ходила б&lt;br /&gt;</w:t>
        <w:br/>
        <w:t>Пізно за водою,&lt;br /&gt;</w:t>
        <w:br/>
        <w:t>Не стояла б до півночі&lt;br /&gt;</w:t>
        <w:br/>
        <w:t>З милим під вербою;&lt;br /&gt;</w:t>
        <w:br/>
        <w:t>Якби знала!..</w:t>
      </w:r>
    </w:p>
    <w:p>
      <w:r>
        <w:br/>
        <w:t>І то лихо —&lt;br /&gt;</w:t>
        <w:br/>
        <w:t>Попереду знати,&lt;br /&gt;</w:t>
        <w:br/>
        <w:t>Що нам в світі зустрінеться.&lt;br /&gt;</w:t>
        <w:br/>
        <w:t>Не знайте, дівчата!&lt;br /&gt;</w:t>
        <w:br/>
        <w:t>Не питайте свою долю...&lt;br /&gt;</w:t>
        <w:br/>
        <w:t>Само серце знає,&lt;br /&gt;</w:t>
        <w:br/>
        <w:t>Кого любить... Нехай в'яне,&lt;br /&gt;</w:t>
        <w:br/>
        <w:t>Поки закопають!&lt;br /&gt;</w:t>
        <w:br/>
        <w:t>Бо не довго, чорнобриві,&lt;br /&gt;</w:t>
        <w:br/>
        <w:t>Карі оченята;&lt;br /&gt;</w:t>
        <w:br/>
        <w:t>Біле личко червоніє&lt;br /&gt;</w:t>
        <w:br/>
        <w:t>Не довго, дівчата!&lt;br /&gt;</w:t>
        <w:br/>
        <w:t>До полудня, та й зав'яне,&lt;br /&gt;</w:t>
        <w:br/>
        <w:t>Брови полиняють...&lt;br /&gt;</w:t>
        <w:br/>
        <w:t>Кохайтеся ж, любітеся,</w:t>
      </w:r>
    </w:p>
    <w:p>
      <w:r>
        <w:br/>
        <w:t>Як серденько знає.&lt;br /&gt;</w:t>
        <w:br/>
        <w:t>Защебече соловейко&lt;br /&gt;</w:t>
        <w:br/>
        <w:t>В лузі на калині, —&lt;br /&gt;</w:t>
        <w:br/>
        <w:t>Заспіває козаченько,&lt;br /&gt;</w:t>
        <w:br/>
        <w:t>Ходя по долині.&lt;br /&gt;</w:t>
        <w:br/>
        <w:t>Виспівує, поки вийде&lt;br /&gt;</w:t>
        <w:br/>
        <w:t>Чорнобрива з хати;&lt;br /&gt;</w:t>
        <w:br/>
        <w:t>А він її запитає:&lt;br /&gt;</w:t>
        <w:br/>
        <w:t>"Чи не била мати?"&lt;br /&gt;</w:t>
        <w:br/>
        <w:t>Стануть собі, обіймуться, —&lt;br /&gt;</w:t>
        <w:br/>
        <w:t>Співа соловейко;&lt;br /&gt;</w:t>
        <w:br/>
        <w:t>Послухають, розійдуться, —&lt;br /&gt;</w:t>
        <w:br/>
        <w:t>Обоє раденькі.&lt;br /&gt;</w:t>
        <w:br/>
        <w:t>Ніхто того не побачить,&lt;br /&gt;</w:t>
        <w:br/>
        <w:t>Ніхто не спитає:&lt;br /&gt;</w:t>
        <w:br/>
        <w:t>"Де ти була, що робила?"&lt;br /&gt;</w:t>
        <w:br/>
        <w:t>Сама собі знає.&lt;br /&gt;</w:t>
        <w:br/>
        <w:t>Любилася, кохалася,&lt;br /&gt;</w:t>
        <w:br/>
        <w:t>А серденько мліло:&lt;br /&gt;</w:t>
        <w:br/>
        <w:t>Воно чуло недоленьку,&lt;br /&gt;</w:t>
        <w:br/>
        <w:t>А сказать не вміло.&lt;br /&gt;</w:t>
        <w:br/>
        <w:t>Не сказало — осталася,&lt;br /&gt;</w:t>
        <w:br/>
        <w:t>День і ніч воркує,&lt;br /&gt;</w:t>
        <w:br/>
        <w:t>Як голубка без голуба,&lt;br /&gt;</w:t>
        <w:br/>
        <w:t>А ніхто не чує.&lt;br /&gt;</w:t>
        <w:br/>
        <w:t>Не щебече соловейко&lt;br /&gt;</w:t>
        <w:br/>
        <w:t>В лузі над водою,&lt;br /&gt;</w:t>
        <w:br/>
        <w:t>Не співає чорнобрива,&lt;br /&gt;</w:t>
        <w:br/>
        <w:t>Стоя під вербою;&lt;br /&gt;</w:t>
        <w:br/>
        <w:t>Не співає, — як сирота,&lt;br /&gt;</w:t>
        <w:br/>
        <w:t>Білим світом нудить.&lt;br /&gt;</w:t>
        <w:br/>
        <w:t>Без милого батько, мати —&lt;br /&gt;</w:t>
        <w:br/>
        <w:t>Як чужії люде.&lt;br /&gt;</w:t>
        <w:br/>
        <w:t>Без милого сонце світить —&lt;br /&gt;</w:t>
        <w:br/>
        <w:t>Як ворог сміється;&lt;br /&gt;</w:t>
        <w:br/>
        <w:t>Без милого скрізь могила...&lt;br /&gt;</w:t>
        <w:br/>
        <w:t>А серденько б'ється!</w:t>
      </w:r>
    </w:p>
    <w:p>
      <w:r>
        <w:br/>
        <w:t>Минув і рік, минув другий&lt;br /&gt;</w:t>
        <w:br/>
        <w:t>Козака немає;&lt;br /&gt;</w:t>
        <w:br/>
        <w:t>Сохне вона, як квіточка, —&lt;br /&gt;</w:t>
        <w:br/>
        <w:t>Ніхто не питає.&lt;br /&gt;</w:t>
        <w:br/>
        <w:t>"Чого в'янеш, моя доню?" —&lt;br /&gt;</w:t>
        <w:br/>
        <w:t>Мати не спитала,&lt;br /&gt;</w:t>
        <w:br/>
        <w:t>За старого, багатого&lt;br /&gt;</w:t>
        <w:br/>
        <w:t>Нищечком єднала.&lt;br /&gt;</w:t>
        <w:br/>
        <w:t>"Іди, доню, — каже мати, —&lt;br /&gt;</w:t>
        <w:br/>
        <w:t>Не вік дівовати.&lt;br /&gt;</w:t>
        <w:br/>
        <w:t>Він багатий, одинокий —&lt;br /&gt;</w:t>
        <w:br/>
        <w:t>Будеш пановати".</w:t>
      </w:r>
    </w:p>
    <w:p>
      <w:r>
        <w:br/>
        <w:t>"Не хочу я пановати,&lt;br /&gt;</w:t>
        <w:br/>
        <w:t>Не піду я, мамо!&lt;br /&gt;</w:t>
        <w:br/>
        <w:t>Рушниками, що придбала,&lt;br /&gt;</w:t>
        <w:br/>
        <w:t>Спусти мене в яму.&lt;br /&gt;</w:t>
        <w:br/>
        <w:t>Нехай попи заспівають,&lt;br /&gt;</w:t>
        <w:br/>
        <w:t>А дружки поплачуть:&lt;br /&gt;</w:t>
        <w:br/>
        <w:t>Легше мені в труні лежать,&lt;br /&gt;</w:t>
        <w:br/>
        <w:t>Ніж його побачить".</w:t>
      </w:r>
    </w:p>
    <w:p>
      <w:r>
        <w:br/>
        <w:t>Не слухала стара мати,&lt;br /&gt;</w:t>
        <w:br/>
        <w:t>Робила, що знала;&lt;br /&gt;</w:t>
        <w:br/>
        <w:t>Все бачила чорнобрива,&lt;br /&gt;</w:t>
        <w:br/>
        <w:t>Сохла і мовчала.&lt;br /&gt;</w:t>
        <w:br/>
        <w:t>Пішла вночі до ворожки,&lt;br /&gt;</w:t>
        <w:br/>
        <w:t>Щоб поворожити:&lt;br /&gt;</w:t>
        <w:br/>
        <w:t>Чи довго їй на сім світі&lt;br /&gt;</w:t>
        <w:br/>
        <w:t>Без милого жити?&lt;br /&gt;</w:t>
        <w:br/>
        <w:t>"Бабусенько, голубонько,&lt;br /&gt;</w:t>
        <w:br/>
        <w:t>Серце моє, ненько!&lt;br /&gt;</w:t>
        <w:br/>
        <w:t>Скажи мені щиру правду,&lt;br /&gt;</w:t>
        <w:br/>
        <w:t>Де милий-серденько?&lt;br /&gt;</w:t>
        <w:br/>
        <w:t>Чи жив, здоров, чи він любить,&lt;br /&gt;</w:t>
        <w:br/>
        <w:t>Чи забув-покинув?&lt;br /&gt;</w:t>
        <w:br/>
        <w:t>Скажи ж мені, де мій милий?&lt;br /&gt;</w:t>
        <w:br/>
        <w:t>Край світа полину!&lt;br /&gt;</w:t>
        <w:br/>
        <w:t>Бабусенько, голубонько,&lt;br /&gt;</w:t>
        <w:br/>
        <w:t>Скажи, коли знаєш!&lt;br /&gt;</w:t>
        <w:br/>
        <w:t>Бо видає мене мати&lt;br /&gt;</w:t>
        <w:br/>
        <w:t>За старого заміж.</w:t>
      </w:r>
    </w:p>
    <w:p>
      <w:r>
        <w:br/>
        <w:t>Любить його, моя сиза,&lt;br /&gt;</w:t>
        <w:br/>
        <w:t>Серце не навчити.&lt;br /&gt;</w:t>
        <w:br/>
        <w:t>Пішла б же я утопилась —&lt;br /&gt;</w:t>
        <w:br/>
        <w:t>Жаль душу згубити.&lt;br /&gt;</w:t>
        <w:br/>
        <w:t>Коли нежив чорнобривий,&lt;br /&gt;</w:t>
        <w:br/>
        <w:t>Зроби, моя пташко,&lt;br /&gt;</w:t>
        <w:br/>
        <w:t>Щоб додому не вернулась...&lt;br /&gt;</w:t>
        <w:br/>
        <w:t>Тяжко мені, тяжко!&lt;br /&gt;</w:t>
        <w:br/>
        <w:t>Там старий жде з старостами...&lt;br /&gt;</w:t>
        <w:br/>
        <w:t>Скажи ж мою долю".&lt;br /&gt;</w:t>
        <w:br/>
        <w:t>"Добре, доню; спочинь трошки..&lt;br /&gt;</w:t>
        <w:br/>
        <w:t>Чини ж мою волю.&lt;br /&gt;</w:t>
        <w:br/>
        <w:t>Сама колись дівовала,&lt;br /&gt;</w:t>
        <w:br/>
        <w:t>Теє лихо знаю;&lt;br /&gt;</w:t>
        <w:br/>
        <w:t>Минулося — навчилася,&lt;br /&gt;</w:t>
        <w:br/>
        <w:t>Людям помагаю.&lt;br /&gt;</w:t>
        <w:br/>
        <w:t>Твою долю, моя доню,&lt;br /&gt;</w:t>
        <w:br/>
        <w:t>Позаторік знала,&lt;br /&gt;</w:t>
        <w:br/>
        <w:t>Позаторік і зіллячка&lt;br /&gt;</w:t>
        <w:br/>
        <w:t>Для того придбала".</w:t>
      </w:r>
    </w:p>
    <w:p>
      <w:r>
        <w:br/>
        <w:t>Пішла стара, мов каламар&lt;br /&gt;</w:t>
        <w:br/>
        <w:t>Достала з полиці.&lt;br /&gt;</w:t>
        <w:br/>
        <w:t>"Ось на тобі сего дива!&lt;br /&gt;</w:t>
        <w:br/>
        <w:t>Піди до криниці;&lt;br /&gt;</w:t>
        <w:br/>
        <w:t>Поки півні не співали,&lt;br /&gt;</w:t>
        <w:br/>
        <w:t>Умийся водою,&lt;br /&gt;</w:t>
        <w:br/>
        <w:t>Випий трошки сего зілля —&lt;br /&gt;</w:t>
        <w:br/>
        <w:t>Все лихо загоїть.&lt;br /&gt;</w:t>
        <w:br/>
        <w:t>Вип'єш — біжи якомога;&lt;br /&gt;</w:t>
        <w:br/>
        <w:t>Що б там ні кричало,&lt;br /&gt;</w:t>
        <w:br/>
        <w:t>Не оглянься, поки станеш&lt;br /&gt;</w:t>
        <w:br/>
        <w:t>Аж там, де прощалась.&lt;br /&gt;</w:t>
        <w:br/>
        <w:t>Одпочинеш; а як стане&lt;br /&gt;</w:t>
        <w:br/>
        <w:t>Місяць серед неба,&lt;br /&gt;</w:t>
        <w:br/>
        <w:t>Випий ще раз; не приїде —&lt;br /&gt;</w:t>
        <w:br/>
        <w:t>Втретє випить треба.&lt;br /&gt;</w:t>
        <w:br/>
        <w:t>За перший раз, як за той рік,&lt;br /&gt;</w:t>
        <w:br/>
        <w:t>Будеш ти такою;&lt;br /&gt;</w:t>
        <w:br/>
        <w:t>А за другий — серед степу&lt;br /&gt;</w:t>
        <w:br/>
        <w:t>Тупне кінь ногою.&lt;br /&gt;</w:t>
        <w:br/>
        <w:t>Коли живий козаченько,&lt;br /&gt;</w:t>
        <w:br/>
        <w:t>То зараз прибуде.&lt;br /&gt;</w:t>
        <w:br/>
        <w:t>А за третій... моя доню,&lt;br /&gt;</w:t>
        <w:br/>
        <w:t>Не питай, що буде.&lt;br /&gt;</w:t>
        <w:br/>
        <w:t>Та ще, чуєш, не хрестися,&lt;br /&gt;</w:t>
        <w:br/>
        <w:t>Бо все піде в воду.&lt;br /&gt;</w:t>
        <w:br/>
        <w:t>Тепер же йди, подивися&lt;br /&gt;</w:t>
        <w:br/>
        <w:t>На торішню вроду".</w:t>
      </w:r>
    </w:p>
    <w:p>
      <w:r>
        <w:br/>
        <w:t>Взяла зілля, поклонилась:&lt;br /&gt;</w:t>
        <w:br/>
        <w:t>"Спасибі, бабусю!"&lt;br /&gt;</w:t>
        <w:br/>
        <w:t>Вийшла з хати: "Чи йти, чи ні?&lt;br /&gt;</w:t>
        <w:br/>
        <w:t>Ні, вже не вернуся!"&lt;br /&gt;</w:t>
        <w:br/>
        <w:t>Пішла, вмилась, напилася,&lt;br /&gt;</w:t>
        <w:br/>
        <w:t>Мов не своя стала,&lt;br /&gt;</w:t>
        <w:br/>
        <w:t>Вдруге, втретє, та, мов сонна,&lt;br /&gt;</w:t>
        <w:br/>
        <w:t>В степу заспівала:</w:t>
      </w:r>
    </w:p>
    <w:p>
      <w:r>
        <w:br/>
        <w:t>"Плавай, плавай, лебедонько,&lt;br /&gt;</w:t>
        <w:br/>
        <w:t>По синьому морю,&lt;br /&gt;</w:t>
        <w:br/>
        <w:t>Рости, рости, тополенько,&lt;br /&gt;</w:t>
        <w:br/>
        <w:t>Все вгору та вгору!&lt;br /&gt;</w:t>
        <w:br/>
        <w:t>Рости тонка та висока&lt;br /&gt;</w:t>
        <w:br/>
        <w:t>До самої хмари,&lt;br /&gt;</w:t>
        <w:br/>
        <w:t>Спитай бога, чи діжду я,&lt;br /&gt;</w:t>
        <w:br/>
        <w:t>Чи не діжду пари?&lt;br /&gt;</w:t>
        <w:br/>
        <w:t>Рости, рости, подивися&lt;br /&gt;</w:t>
        <w:br/>
        <w:t>За синєє море:&lt;br /&gt;</w:t>
        <w:br/>
        <w:t>По тім боці — моя доля,&lt;br /&gt;</w:t>
        <w:br/>
        <w:t>По сім боці — горе.&lt;br /&gt;</w:t>
        <w:br/>
        <w:t>Там десь милий чорнобривий&lt;br /&gt;</w:t>
        <w:br/>
        <w:t>По полю гуляє,&lt;br /&gt;</w:t>
        <w:br/>
        <w:t>А я плачу, літа трачу,&lt;br /&gt;</w:t>
        <w:br/>
        <w:t>Його виглядаю.&lt;br /&gt;</w:t>
        <w:br/>
        <w:t>Скажи йому, моє серце,&lt;br /&gt;</w:t>
        <w:br/>
        <w:t>Що сміються люде;&lt;br /&gt;</w:t>
        <w:br/>
        <w:t>Скажи йому, що загину,&lt;br /&gt;</w:t>
        <w:br/>
        <w:t>Коли не прибуде.&lt;br /&gt;</w:t>
        <w:br/>
        <w:t>Сама хоче мене мати&lt;br /&gt;</w:t>
        <w:br/>
        <w:t>В землю заховати...&lt;br /&gt;</w:t>
        <w:br/>
        <w:t>А хто ж її головоньку&lt;br /&gt;</w:t>
        <w:br/>
        <w:t>Буде доглядати?&lt;br /&gt;</w:t>
        <w:br/>
        <w:t>Хто догляне, розпитає,&lt;br /&gt;</w:t>
        <w:br/>
        <w:t>На старість поможе?&lt;br /&gt;</w:t>
        <w:br/>
        <w:t>Мамо моя, доле моя!&lt;br /&gt;</w:t>
        <w:br/>
        <w:t>Боже милий, боже!&lt;br /&gt;</w:t>
        <w:br/>
        <w:t>Подивися, тополенько,&lt;br /&gt;</w:t>
        <w:br/>
        <w:t>Як нема — заплачеш&lt;br /&gt;</w:t>
        <w:br/>
        <w:t>До схід сонця ранісінько,&lt;br /&gt;</w:t>
        <w:br/>
        <w:t>Щоб ніхто не бачив.&lt;br /&gt;</w:t>
        <w:br/>
        <w:t>Рости ж, серце-тополенько,&lt;br /&gt;</w:t>
        <w:br/>
        <w:t>Все вгору та вгору;&lt;br /&gt;</w:t>
        <w:br/>
        <w:t>Плавай, плавай, лебедонько,&lt;br /&gt;</w:t>
        <w:br/>
        <w:t>По синьому морю!"</w:t>
      </w:r>
    </w:p>
    <w:p>
      <w:r>
        <w:br/>
        <w:t>Таку пісню чорнобрива&lt;br /&gt;</w:t>
        <w:br/>
        <w:t>В степу заспівала.&lt;br /&gt;</w:t>
        <w:br/>
        <w:t>Зілля дива наробило —&lt;br /&gt;</w:t>
        <w:br/>
        <w:t>Тополею стала.&lt;br /&gt;</w:t>
        <w:br/>
        <w:t>Не вернулася додому,&lt;br /&gt;</w:t>
        <w:br/>
        <w:t>Не діждала пари;&lt;br /&gt;</w:t>
        <w:br/>
        <w:t>Тонка-тонка та висока —&lt;br /&gt;</w:t>
        <w:br/>
        <w:t>До самої хмари.&lt;br /&gt;</w:t>
        <w:br/>
        <w:t>По діброві вітер виє,&lt;br /&gt;</w:t>
        <w:br/>
        <w:t>Гуляє по полю,&lt;br /&gt;</w:t>
        <w:br/>
        <w:t>Край дороги гне тополю&lt;br /&gt;</w:t>
        <w:br/>
        <w:t>До самого долу.</w:t>
      </w:r>
    </w:p>
    <w:p>
      <w:r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