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Твардовський</w:t>
      </w:r>
    </w:p>
    <w:p>
      <w:r>
        <w:br/>
        <w:t xml:space="preserve"> (Малоросійська балада)</w:t>
      </w:r>
    </w:p>
    <w:p>
      <w:r>
        <w:br/>
        <w:t>"Нуте, хлопці! швидко, шпарко!&lt;br /&gt;</w:t>
        <w:br/>
        <w:t>Музики, заграйте!&lt;br /&gt;</w:t>
        <w:br/>
        <w:t>Гей, шинкарю, гей, шинкарко,&lt;br /&gt;</w:t>
        <w:br/>
        <w:t>Горілки давайте!"&lt;br /&gt;</w:t>
        <w:br/>
        <w:t>Ріжуть скрипки і бандури,&lt;br /&gt;</w:t>
        <w:br/>
        <w:t>Дівчата гопцюють;&lt;br /&gt;</w:t>
        <w:br/>
        <w:t>Хлопці, піт аж ллється з шкури,&lt;br /&gt;</w:t>
        <w:br/>
        <w:t>Коло їх гарцюють.&lt;br /&gt;</w:t>
        <w:br/>
        <w:t>Бряжчать чарки, люльки шкварчать,&lt;br /&gt;</w:t>
        <w:br/>
        <w:t>Шумує горілка;&lt;br /&gt;</w:t>
        <w:br/>
        <w:t>Стук, гармидер, свистять, кричать,&lt;br /&gt;</w:t>
        <w:br/>
        <w:t>Голосить сопілка.&lt;br /&gt;</w:t>
        <w:br/>
        <w:t>Пан Твардовський в кінці стола&lt;br /&gt;</w:t>
        <w:br/>
        <w:t>З поставця черкає.&lt;br /&gt;</w:t>
        <w:br/>
        <w:t>"Гуляй, душа! тра-ла-ла-ла!" —&lt;br /&gt;</w:t>
        <w:br/>
        <w:t>На ввесь шинк гукає.&lt;br /&gt;</w:t>
        <w:br/>
        <w:t>В батька й матір отамана&lt;br /&gt;</w:t>
        <w:br/>
        <w:t>І громаду лає;&lt;br /&gt;</w:t>
        <w:br/>
        <w:t>Скрутив жида, як гамана,&lt;br /&gt;</w:t>
        <w:br/>
        <w:t>Ще й усом моргає!&lt;br /&gt;</w:t>
        <w:br/>
        <w:t>Сікнувсь улан — він вздовж його&lt;br /&gt;</w:t>
        <w:br/>
        <w:t>Шаблюкою тріснув.&lt;br /&gt;</w:t>
        <w:br/>
        <w:t>Улан — тю-тю!.. га-га!.. го-го!..&lt;br /&gt;</w:t>
        <w:br/>
        <w:t>Зайцем в кутку приснув.&lt;br /&gt;</w:t>
        <w:br/>
        <w:t>Взяв набакир писар шапку,&lt;br /&gt;</w:t>
        <w:br/>
        <w:t>Пан грішми забрязкав.&lt;br /&gt;</w:t>
        <w:br/>
        <w:t>Аж гульк! писар — верть в собаку&lt;br /&gt;</w:t>
        <w:br/>
        <w:t>І на всіх загавкав.&lt;br /&gt;</w:t>
        <w:br/>
        <w:t>А шевцеві пан Твардовський&lt;br /&gt;</w:t>
        <w:br/>
        <w:t>В такі знаки дався,&lt;br /&gt;</w:t>
        <w:br/>
        <w:t>Що, мабуть, із час московський&lt;br /&gt;</w:t>
        <w:br/>
        <w:t>Барилом качався.&lt;br /&gt;</w:t>
        <w:br/>
        <w:t>В ніс втеребив дві бурульки;&lt;br /&gt;</w:t>
        <w:br/>
        <w:t>З бурульок, мов з кухви,&lt;br /&gt;</w:t>
        <w:br/>
        <w:t>Б'ють під стелю через рульки&lt;br /&gt;</w:t>
        <w:br/>
        <w:t>Джерела сивухи.&lt;br /&gt;</w:t>
        <w:br/>
        <w:t>Б'ють джерела... пан-гульвіса&lt;br /&gt;</w:t>
        <w:br/>
        <w:t>Кухоль підставляє;&lt;br /&gt;</w:t>
        <w:br/>
        <w:t>Аж зирк в кухоль! — що у біса?&lt;br /&gt;</w:t>
        <w:br/>
        <w:t>В'юн на дні іграє!&lt;br /&gt;</w:t>
        <w:br/>
        <w:t>"Дух святий; миряни, з нами!&lt;br /&gt;</w:t>
        <w:br/>
        <w:t>Вилупіть лиш баньки!"&lt;br /&gt;</w:t>
        <w:br/>
        <w:t>В'юн утік, а цап з рогами&lt;br /&gt;</w:t>
        <w:br/>
        <w:t>Вилазить із склянки.&lt;br /&gt;</w:t>
        <w:br/>
        <w:t>Мекнув, мов його родимець&lt;br /&gt;</w:t>
        <w:br/>
        <w:t>Почав мордувати.&lt;br /&gt;</w:t>
        <w:br/>
        <w:t>Та й стриб в комин; аж гульк — німець&lt;br /&gt;</w:t>
        <w:br/>
        <w:t>Стоїть серед хати!&lt;br /&gt;</w:t>
        <w:br/>
        <w:t>Ніс — карлючка, рот свинячий,&lt;br /&gt;</w:t>
        <w:br/>
        <w:t>Гиря вся в щетині;&lt;br /&gt;</w:t>
        <w:br/>
        <w:t>Ніжки курячі, собачий&lt;br /&gt;</w:t>
        <w:br/>
        <w:t>Хвіст, ріжки цапині.&lt;br /&gt;</w:t>
        <w:br/>
        <w:t>Дриг ногою!.. Круть ріжками!..&lt;br /&gt;</w:t>
        <w:br/>
        <w:t>В пояс поклонився:&lt;br /&gt;</w:t>
        <w:br/>
        <w:t>"Ну, Твардовський, час, із нами&lt;br /&gt;</w:t>
        <w:br/>
        <w:t>Щоб ти розплатився!&lt;br /&gt;</w:t>
        <w:br/>
        <w:t>Гуляв єси, верховодив,&lt;br /&gt;</w:t>
        <w:br/>
        <w:t>Усім взнаки дався;&lt;br /&gt;</w:t>
        <w:br/>
        <w:t>Дівчат дрочив, жінок зводив,&lt;br /&gt;</w:t>
        <w:br/>
        <w:t>Над всіма знущався.&lt;br /&gt;</w:t>
        <w:br/>
        <w:t>Чого душа забажала,&lt;br /&gt;</w:t>
        <w:br/>
        <w:t>Мав всього ти стільки!..&lt;br /&gt;</w:t>
        <w:br/>
        <w:t>Курей, ковбас, м'яса й сала,&lt;br /&gt;</w:t>
        <w:br/>
        <w:t>Бочками горілки.&lt;br /&gt;</w:t>
        <w:br/>
        <w:t>Нагрів і нам ти чуприну,&lt;br /&gt;</w:t>
        <w:br/>
        <w:t>Як сам здоров знаєш:&lt;br /&gt;</w:t>
        <w:br/>
        <w:t>Окульбачиш, мов скотину,&lt;br /&gt;</w:t>
        <w:br/>
        <w:t>Та всюди й гасаєш.&lt;br /&gt;</w:t>
        <w:br/>
        <w:t>Годі глузувать з чортами,&lt;br /&gt;</w:t>
        <w:br/>
        <w:t>Слова — не полова.&lt;br /&gt;</w:t>
        <w:br/>
        <w:t>Чи забув, яка між нами&lt;br /&gt;</w:t>
        <w:br/>
        <w:t>З тобою умова?&lt;br /&gt;</w:t>
        <w:br/>
        <w:t>Лиса гора... бритва... палець...&lt;br /&gt;</w:t>
        <w:br/>
        <w:t>Паперу під карти...&lt;br /&gt;</w:t>
        <w:br/>
        <w:t>Гайда в пекло!.. Кров на смалець,-&lt;br /&gt;</w:t>
        <w:br/>
        <w:t>З чортами не жарти.&lt;br /&gt;</w:t>
        <w:br/>
        <w:t>В письмі стоїть, читай сміло:&lt;br /&gt;</w:t>
        <w:br/>
        <w:t>На кагал бісовський&lt;br /&gt;</w:t>
        <w:br/>
        <w:t>З начинкою душу й тіло&lt;br /&gt;</w:t>
        <w:br/>
        <w:t>Одписав Твардовський.&lt;br /&gt;</w:t>
        <w:br/>
        <w:t>Служить йому чорти мають&lt;br /&gt;</w:t>
        <w:br/>
        <w:t>(Так прийшлось в умову),&lt;br /&gt;</w:t>
        <w:br/>
        <w:t>Поки в Римі не піймають,&lt;br /&gt;</w:t>
        <w:br/>
        <w:t>Амінь сьому слову!&lt;br /&gt;</w:t>
        <w:br/>
        <w:t>Що тепер, Твардовський, буде,&lt;br /&gt;</w:t>
        <w:br/>
        <w:t>Про те в пеклі знають:&lt;br /&gt;</w:t>
        <w:br/>
        <w:t>Сю корчму хрещені люде&lt;br /&gt;</w:t>
        <w:br/>
        <w:t>Римом називають".&lt;br /&gt;</w:t>
        <w:br/>
        <w:t>"Бач, чортяка!., бач, падлюка!..&lt;br /&gt;</w:t>
        <w:br/>
        <w:t>Як умудрувався!&lt;br /&gt;</w:t>
        <w:br/>
        <w:t>Се вже, бач, німецька штука,-&lt;br /&gt;</w:t>
        <w:br/>
        <w:t>Твардовський озвався.</w:t>
      </w:r>
    </w:p>
    <w:p>
      <w:r>
        <w:br/>
        <w:t>Та вже ж чи йти в пекло справді,&lt;br /&gt;</w:t>
        <w:br/>
        <w:t>То й підем, байдуже!&lt;br /&gt;</w:t>
        <w:br/>
        <w:t>Але й ти роби по правді&lt;br /&gt;</w:t>
        <w:br/>
        <w:t>І не чванься дуже.&lt;br /&gt;</w:t>
        <w:br/>
        <w:t>Заглянь в контракт свій зі мною,-&lt;br /&gt;</w:t>
        <w:br/>
        <w:t>Яка там умова?"&lt;br /&gt;</w:t>
        <w:br/>
        <w:t>"Ще три штуки за тобою;&lt;br /&gt;</w:t>
        <w:br/>
        <w:t>Витнеш — ні півслова!"&lt;br /&gt;</w:t>
        <w:br/>
        <w:t>"От, бач, висить над дверима,&lt;br /&gt;</w:t>
        <w:br/>
        <w:t>Завбільшки із цапа,&lt;br /&gt;</w:t>
        <w:br/>
        <w:t>Перед твоїми очима&lt;br /&gt;</w:t>
        <w:br/>
        <w:t>Мальована шкапа.&lt;br /&gt;</w:t>
        <w:br/>
        <w:t>Нехай шкапа підо мною&lt;br /&gt;</w:t>
        <w:br/>
        <w:t>Огиром гарцює;&lt;br /&gt;</w:t>
        <w:br/>
        <w:t>Нехай крутить головою,&lt;br /&gt;</w:t>
        <w:br/>
        <w:t>Стриба і басує.&lt;br /&gt;</w:t>
        <w:br/>
        <w:t>Ти тим часом піску в жменю:&lt;br /&gt;</w:t>
        <w:br/>
        <w:t>Гарапник трійчатий&lt;br /&gt;</w:t>
        <w:br/>
        <w:t>Сплети з піску, як з ременю,&lt;br /&gt;</w:t>
        <w:br/>
        <w:t>Коня поганяти;&lt;br /&gt;</w:t>
        <w:br/>
        <w:t>Ще ж попасать коня треба,&lt;br /&gt;</w:t>
        <w:br/>
        <w:t>Стать на одпочинок:&lt;br /&gt;</w:t>
        <w:br/>
        <w:t>То вже, гляди, щоб, як з неба,&lt;br /&gt;</w:t>
        <w:br/>
        <w:t>Вродився будинок.&lt;br /&gt;</w:t>
        <w:br/>
        <w:t>Будинок з лушпин горіха,&lt;br /&gt;</w:t>
        <w:br/>
        <w:t>Отам за байраком;&lt;br /&gt;</w:t>
        <w:br/>
        <w:t>Із борід жидівських стріха,&lt;br /&gt;</w:t>
        <w:br/>
        <w:t>Цвяхована маком.&lt;br /&gt;</w:t>
        <w:br/>
        <w:t>От і гвіздок на починок&lt;br /&gt;</w:t>
        <w:br/>
        <w:t>Чверть ліктя завдовжки.&lt;br /&gt;</w:t>
        <w:br/>
        <w:t>По три в кажду вбий з мачинок,&lt;br /&gt;</w:t>
        <w:br/>
        <w:t>А менше — ні трошки".&lt;br /&gt;</w:t>
        <w:br/>
        <w:t>Біс перистий свиснув, кляснув,-&lt;br /&gt;</w:t>
        <w:br/>
        <w:t>Аж кінь вже басує;&lt;br /&gt;</w:t>
        <w:br/>
        <w:t>Батіг з піску в руці ляснув...&lt;br /&gt;</w:t>
        <w:br/>
        <w:t>Твардовський сумує.&lt;br /&gt;</w:t>
        <w:br/>
        <w:t>Скік в стремена, давай драла...&lt;br /&gt;</w:t>
        <w:br/>
        <w:t>Аж що за одмінок?&lt;br /&gt;</w:t>
        <w:br/>
        <w:t>Стріха в хмарах заблищала,&lt;br /&gt;</w:t>
        <w:br/>
        <w:t>І стоїть будинок.&lt;br /&gt;</w:t>
        <w:br/>
        <w:t>"Виграв справу! Бач, псяюха,&lt;br /&gt;</w:t>
        <w:br/>
        <w:t>Задихавсь, мов скажений.&lt;br /&gt;</w:t>
        <w:br/>
        <w:t>Ну, тепер скупайсь по уха&lt;br /&gt;</w:t>
        <w:br/>
        <w:t>В водиці свяченій".&lt;br /&gt;</w:t>
        <w:br/>
        <w:t>"Змилуйсь, свате, я в сій зроду&lt;br /&gt;</w:t>
        <w:br/>
        <w:t>Лазні не купався".&lt;br /&gt;</w:t>
        <w:br/>
        <w:t>Скорчивсь, зморщивсь — шубовсть в воду&lt;br /&gt;</w:t>
        <w:br/>
        <w:t>Та й назад порвався.&lt;br /&gt;</w:t>
        <w:br/>
        <w:t>Захлинувся, чхнув і приснув,&lt;br /&gt;</w:t>
        <w:br/>
        <w:t>Тричі закрутився,&lt;br /&gt;</w:t>
        <w:br/>
        <w:t>Тричі тупнув, тричі свиснув,&lt;br /&gt;</w:t>
        <w:br/>
        <w:t>Аж шинк затрусився.&lt;br /&gt;</w:t>
        <w:br/>
        <w:t>Хмара, як ніч, налетіла,&lt;br /&gt;</w:t>
        <w:br/>
        <w:t>І сонце сховалось;&lt;br /&gt;</w:t>
        <w:br/>
        <w:t>Галок, круків, ворон сила&lt;br /&gt;</w:t>
        <w:br/>
        <w:t>На стрісі зібралось!&lt;br /&gt;</w:t>
        <w:br/>
        <w:t>Крукають, кавчать, мекечуть&lt;br /&gt;</w:t>
        <w:br/>
        <w:t>Всіма голосами:&lt;br /&gt;</w:t>
        <w:br/>
        <w:t>То завиють, то шепечуть,&lt;br /&gt;</w:t>
        <w:br/>
        <w:t>Бряжчать ланцюгами!&lt;br /&gt;</w:t>
        <w:br/>
        <w:t>"Ну, Твардовський, другу справу&lt;br /&gt;</w:t>
        <w:br/>
        <w:t>Виграли чортяки!"&lt;br /&gt;</w:t>
        <w:br/>
        <w:t>"Не кваптесь лиш: ще на славу&lt;br /&gt;</w:t>
        <w:br/>
        <w:t>Втру я вам кабаки.&lt;br /&gt;</w:t>
        <w:br/>
        <w:t>Куц програв, куц виграв справу.&lt;br /&gt;</w:t>
        <w:br/>
        <w:t>Ще як доведеться.&lt;br /&gt;</w:t>
        <w:br/>
        <w:t>Виграй третю,— глянь на лаву:&lt;br /&gt;</w:t>
        <w:br/>
        <w:t>Що тобі здається?&lt;br /&gt;</w:t>
        <w:br/>
        <w:t>Цмокнись з жінкою моєю,&lt;br /&gt;</w:t>
        <w:br/>
        <w:t>Вона твоя буде;&lt;br /&gt;</w:t>
        <w:br/>
        <w:t>Як я жив на світі з нею&lt;br /&gt;</w:t>
        <w:br/>
        <w:t>Про те знають люде.&lt;br /&gt;</w:t>
        <w:br/>
        <w:t>Будь ти їй за чоловіка&lt;br /&gt;</w:t>
        <w:br/>
        <w:t>(Остання умова).&lt;br /&gt;</w:t>
        <w:br/>
        <w:t>Присягайсь любить довіка,&lt;br /&gt;</w:t>
        <w:br/>
        <w:t>Та тогді й ні слова!&lt;br /&gt;</w:t>
        <w:br/>
        <w:t>Нехай піп вам руки зв'яже,&lt;br /&gt;</w:t>
        <w:br/>
        <w:t>Тепер, по сій мові,&lt;br /&gt;</w:t>
        <w:br/>
        <w:t>Люде добрі, що чорт скаже,-&lt;br /&gt;</w:t>
        <w:br/>
        <w:t>Бувайте здорові!"&lt;br /&gt;</w:t>
        <w:br/>
        <w:t>А чортові не до соли:&lt;br /&gt;</w:t>
        <w:br/>
        <w:t>Хвостиком киває,&lt;br /&gt;</w:t>
        <w:br/>
        <w:t>Ніс скопилив, мов ґринджоли,&lt;br /&gt;</w:t>
        <w:br/>
        <w:t>І дверей шукає.&lt;br /&gt;</w:t>
        <w:br/>
        <w:t>Стриб по хаті, хап за клямку,&lt;br /&gt;</w:t>
        <w:br/>
        <w:t>Твардовський — по пиці,&lt;br /&gt;</w:t>
        <w:br/>
        <w:t>Трісь по гирі — розбив склянку&lt;br /&gt;</w:t>
        <w:br/>
        <w:t>І горщик з полиці.&lt;br /&gt;</w:t>
        <w:br/>
        <w:t>"Ей, не бийсь,— кажу,-— Твардовський!&lt;br /&gt;</w:t>
        <w:br/>
        <w:t>Гвалт, рятуйте, люде!&lt;br /&gt;</w:t>
        <w:br/>
        <w:t>Бо вилаю по-московській,-&lt;br /&gt;</w:t>
        <w:br/>
        <w:t>Сором слухать буде".&lt;br /&gt;</w:t>
        <w:br/>
        <w:t>А тим часом скік к одвірку —&lt;br /&gt;</w:t>
        <w:br/>
        <w:t>Ну цапом стрибати!&lt;br /&gt;</w:t>
        <w:br/>
        <w:t>З прогонича зуздрів дірку —&lt;br /&gt;</w:t>
        <w:br/>
        <w:t>Та й шморгнув із хати.&lt;br /&gt;</w:t>
        <w:br/>
        <w:t>"Ой, держіть, ловіть псяюху!" —&lt;br /&gt;</w:t>
        <w:br/>
        <w:t>Усі загукали,&lt;br /&gt;</w:t>
        <w:br/>
        <w:t>А псяюхи нема й духу:&lt;br /&gt;</w:t>
        <w:br/>
        <w:t>Поминай, як звали!&lt;br /&gt;</w:t>
        <w:br/>
        <w:t>"Жінко люба, годі плакать,-&lt;br /&gt;</w:t>
        <w:br/>
        <w:t>Твардовський озвався,-&lt;br /&gt;</w:t>
        <w:br/>
        <w:t>Хотів з чортом вас посватать,-&lt;br /&gt;</w:t>
        <w:br/>
        <w:t>Та й чорт одцурався.&lt;br /&gt;</w:t>
        <w:br/>
        <w:t>Мабуть, всі чорти — бурлаки,&lt;br /&gt;</w:t>
        <w:br/>
        <w:t>Та ще й розум мають,&lt;br /&gt;</w:t>
        <w:br/>
        <w:t>Знають, де зимують раки,-&lt;br /&gt;</w:t>
        <w:br/>
        <w:t>Од жінок втікають.&lt;br /&gt;</w:t>
        <w:br/>
        <w:t>Може, в пеклі інше діло,&lt;br /&gt;</w:t>
        <w:br/>
        <w:t>В нас сього немає:&lt;br /&gt;</w:t>
        <w:br/>
        <w:t>Жінка гризе душу й тіло,&lt;br /&gt;</w:t>
        <w:br/>
        <w:t>Мужик попиває!&lt;br /&gt;</w:t>
        <w:br/>
        <w:t>Нуте ж, хлопці, швидко, шпарко!&lt;br /&gt;</w:t>
        <w:br/>
        <w:t>Музики, заграйте!&lt;br /&gt;</w:t>
        <w:br/>
        <w:t>Гей, шинкарю! Гей, шинкарко!&lt;br /&gt;</w:t>
        <w:br/>
        <w:t>Горілки давайте!"&lt;br /&gt;</w:t>
        <w:br/>
        <w:t>[1827]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Твардовський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