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Твої листи завжди пахнуть зов'ялими трояндами...</w:t>
      </w:r>
    </w:p>
    <w:p>
      <w:r>
        <w:br/>
        <w:t xml:space="preserve"> &lt;p&gt;Твої листи завжди пахнуть зов'ялими трояндами, ти, мій бідний, зів'ялий квіте! Легкі, тонкі пахощі, мов спогад про якусь любу, минулу мрію. І ніщо так не вражає тепер мого серця, як сії пахощі, тонко, легко, але невідмінно, невідборонно нагадують вони мені про те, що моє серце віщує і чому я вірити не хочу, не можу. Мій друже, любий мій друже, створений для мене, як можна, щоб я жила сама, тепер, коли я знаю інше життя? О, я знала ще інше життя, повне якогось різкого, пройнятого жалем і тугою щастя, що палило мене, і мучило, і заставляло заламувати руки і битись, битись об землю, в дикому бажанні згинути, зникнути з сього світу, де щастя і горе так божевільно сплелись... А потім і щастя, і горе обірвались так раптом, як дитяче ридання, і я побачила тебе. Я бачила тебе і раніше, але не так прозоро, а тепер я пішла до тебе всею душею, як сплакана дитина іде в обійми того, хто її жалує. Се нічого, що ти не обіймав мене ніколи, се нічого, що між нами не було і спогаду про поцілунки, о, я піду до тебе з найщільніших обіймів, від найсолодших поцілунків! Тільки з тобою я не сама, тільки з тобою я не на чужині. Тільки ти вмієш рятувати мене від самої себе. Все, що мене томить, все, що мене мучить, я знаю, ти здіймеш своєю тонкою тремтячою рукою, — вона тремтить, як струна, — все, що тьмарить мені душу, ти проженеш променем твоїх блискучих очей, — ох, у тривких до життя людей таких очей не буває! Се очі з іншої країни...</w:t>
      </w:r>
    </w:p>
    <w:p>
      <w:r>
        <w:br/>
        <w:t>Мій друже, мій друже, нащо твої листи так пахнуть, як зів'ялі троянди?</w:t>
      </w:r>
    </w:p>
    <w:p>
      <w:r>
        <w:br/>
        <w:t>Мій друже, мій друже, чому ж я не можу, коли так, облити рук твоїх, рук твоїх, що, мов струни, тремтять, своїми гарячими слізьми?</w:t>
      </w:r>
    </w:p>
    <w:p>
      <w:r>
        <w:br/>
        <w:t>Мій друже, мій друже, невже я одинока згину? О візьми мене з собою, і нехай над нами в'януть білі троянди!</w:t>
      </w:r>
    </w:p>
    <w:p>
      <w:r>
        <w:br/>
        <w:t>Візьми мене з собою.</w:t>
      </w:r>
    </w:p>
    <w:p>
      <w:r>
        <w:br/>
        <w:t>Ти, може, маєш яку іншу мрію, де мене немає? О дорогий мій! Я створю тобі світ, новий світ нової мрії. Я ж для тебе почала нову мрію життя, я для тебе вмерла і воскресла. Візьми мене з собою. Я так боюся жити! Ціною нових молодощів і то я не хочу життя. Візьми, візьми мене з собою, ми підемо тихо посеред цілого лісу мрій і згубимось обоє помалу вдалині. А на тім місці, де ми були в житті, нехай троянди в'януть, в'януть і пахнуть, як твої любі листи, мій друже...</w:t>
      </w:r>
    </w:p>
    <w:p>
      <w:r>
        <w:br/>
        <w:t>Крізь темряву у простір я простягаю руки до тебе: візьми, візьми мене з собою, се буде мій рятунок. О, рятуй мене, любий!</w:t>
      </w:r>
    </w:p>
    <w:p>
      <w:r>
        <w:br/>
        <w:t>І нехай в'януть білі й рожеві, червоні й блакитні троянди.</w:t>
      </w:r>
    </w:p>
    <w:p>
      <w:r>
        <w:br/>
        <w:t>7/ХІ 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Твої листи завжди пахнуть зов'ялими трояндами...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