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Украинский бард</w:t>
      </w:r>
    </w:p>
    <w:p>
      <w:r>
        <w:br/>
        <w:t xml:space="preserve"> Под тенью липы, перед дверью&lt;br /&gt;</w:t>
        <w:br/>
        <w:t>Избушки дряхлой и простой,&lt;br /&gt;</w:t>
        <w:br/>
        <w:t>Играет бандурист седой.&lt;br /&gt;</w:t>
        <w:br/>
        <w:t>Вокруг него с обычной ленью&lt;br /&gt;</w:t>
        <w:br/>
        <w:t>Толпа украинцев стоит.&lt;br /&gt;</w:t>
        <w:br/>
        <w:t>Он тешит их, детей природы:&lt;br /&gt;</w:t>
        <w:br/>
        <w:t>То им "метелицу" звучит,&lt;br /&gt;</w:t>
        <w:br/>
        <w:t>То про гетманские походы&lt;br /&gt;</w:t>
        <w:br/>
        <w:t>Красноречиво говорит,&lt;br /&gt;</w:t>
        <w:br/>
        <w:t>То упырей в час непогоды&lt;br /&gt;</w:t>
        <w:br/>
        <w:t>Поет ночные хороводы...&lt;br /&gt;</w:t>
        <w:br/>
        <w:t>Но вот как будто страшным сном&lt;br /&gt;</w:t>
        <w:br/>
        <w:t>Старик встревожен; взор угрюмой&lt;br /&gt;</w:t>
        <w:br/>
        <w:t>Блестит нерадостною думой...&lt;br /&gt;</w:t>
        <w:br/>
        <w:t>Он покачал седым челом,&lt;br /&gt;</w:t>
        <w:br/>
        <w:t>Вздохнул — аккорды застонали,&lt;br /&gt;</w:t>
        <w:br/>
        <w:t>И горьким голосом печали&lt;br /&gt;</w:t>
        <w:br/>
        <w:t>Запел он песню о былом:</w:t>
      </w:r>
    </w:p>
    <w:p>
      <w:r>
        <w:br/>
        <w:t>"Там, где быстрая Сула&lt;br /&gt;</w:t>
        <w:br/>
        <w:t>Лентой по степи пошла,&lt;br /&gt;</w:t>
        <w:br/>
        <w:t>На полянах солоницы&lt;br /&gt;</w:t>
        <w:br/>
        <w:t>Коней дикая станица&lt;br /&gt;</w:t>
        <w:br/>
        <w:t>Без боязни воду пьет;&lt;br /&gt;</w:t>
        <w:br/>
        <w:t>Где ковыль, как снег, белеет,&lt;br /&gt;</w:t>
        <w:br/>
        <w:t>Пудовой арбуз растет,&lt;br /&gt;</w:t>
        <w:br/>
        <w:t>Золотая дыня зреет&lt;br /&gt;</w:t>
        <w:br/>
        <w:t>И в зерцало глубины&lt;br /&gt;</w:t>
        <w:br/>
        <w:t>Гордо смотрятся Лубны,&lt;br /&gt;</w:t>
        <w:br/>
        <w:t>Там широкими степями&lt;br /&gt;</w:t>
        <w:br/>
        <w:t>Мчатся вольные полки,&lt;br /&gt;</w:t>
        <w:br/>
        <w:t>Мчатся наши казаки.&lt;br /&gt;</w:t>
        <w:br/>
        <w:t>Степи стонут под конями:&lt;br /&gt;</w:t>
        <w:br/>
        <w:t>То за родину войной&lt;br /&gt;</w:t>
        <w:br/>
        <w:t>Наливайко поднял знамя:&lt;br /&gt;</w:t>
        <w:br/>
        <w:t>Ляхам всюду меч, и пламя,&lt;br /&gt;</w:t>
        <w:br/>
        <w:t>И постель в земле сырой.</w:t>
      </w:r>
    </w:p>
    <w:p>
      <w:r>
        <w:br/>
        <w:t>Полководец Польши дерзкой,&lt;br /&gt;</w:t>
        <w:br/>
        <w:t>Несговорчивый Жолкевской,&lt;br /&gt;</w:t>
        <w:br/>
        <w:t>На Украину идет.&lt;br /&gt;</w:t>
        <w:br/>
        <w:t>Знамя Речи Посполитой&lt;br /&gt;</w:t>
        <w:br/>
        <w:t>Вьется в воздухе развито;&lt;br /&gt;</w:t>
        <w:br/>
        <w:t>К бою войско знака ждет.&lt;br /&gt;</w:t>
        <w:br/>
        <w:t>Лях, по виду — непреклонный,&lt;br /&gt;</w:t>
        <w:br/>
        <w:t>Раб ксендзов и богачей,&lt;br /&gt;</w:t>
        <w:br/>
        <w:t>И казак, душою вольный,&lt;br /&gt;</w:t>
        <w:br/>
        <w:t>Зря врага, самодовольный&lt;br /&gt;</w:t>
        <w:br/>
        <w:t>Друг на друга мещут взгляд:&lt;br /&gt;</w:t>
        <w:br/>
        <w:t>В нем пылает мести яд.</w:t>
      </w:r>
    </w:p>
    <w:p>
      <w:r>
        <w:br/>
        <w:t>— Полно нам в неволе жить,-&lt;br /&gt;</w:t>
        <w:br/>
        <w:t>Начал гетман говорить,-&lt;br /&gt;</w:t>
        <w:br/>
        <w:t>Много мы и так терпели:&lt;br /&gt;</w:t>
        <w:br/>
        <w:t>Униаты захотели&lt;br /&gt;</w:t>
        <w:br/>
        <w:t>Наш святой закон попрать,&lt;br /&gt;</w:t>
        <w:br/>
        <w:t>Всюду польские костелы,&lt;br /&gt;</w:t>
        <w:br/>
        <w:t>Всюду езуитов школы&lt;br /&gt;</w:t>
        <w:br/>
        <w:t>Самовластно учреждать.&lt;br /&gt;</w:t>
        <w:br/>
        <w:t>Пусть дадут по крайней мере&lt;br /&gt;</w:t>
        <w:br/>
        <w:t>Умереть в отцовской вере.&lt;br /&gt;</w:t>
        <w:br/>
        <w:t>Будет и была чиста&lt;br /&gt;</w:t>
        <w:br/>
        <w:t>Наша вера во Христа! —</w:t>
      </w:r>
    </w:p>
    <w:p>
      <w:r>
        <w:br/>
        <w:t>Он сказал — и в бой великий,&lt;br /&gt;</w:t>
        <w:br/>
        <w:t>Смертоносный полетел...&lt;br /&gt;</w:t>
        <w:br/>
        <w:t>Огласилось поле криком,&lt;br /&gt;</w:t>
        <w:br/>
        <w:t>Гром орудий загремел...&lt;br /&gt;</w:t>
        <w:br/>
        <w:t>Видно, так судьба судила!&lt;br /&gt;</w:t>
        <w:br/>
        <w:t>Бог Украину наказал:&lt;br /&gt;</w:t>
        <w:br/>
        <w:t>Наливайко в плен попал;&lt;br /&gt;</w:t>
        <w:br/>
        <w:t>Наша слава приуныла;&lt;br /&gt;</w:t>
        <w:br/>
        <w:t>На украинских степях&lt;br /&gt;</w:t>
        <w:br/>
        <w:t>Победил счастливый враг!&lt;br /&gt;</w:t>
        <w:br/>
        <w:t>Там, далеко, за границей,&lt;br /&gt;</w:t>
        <w:br/>
        <w:t>В католической столице,&lt;br /&gt;</w:t>
        <w:br/>
        <w:t>К площади народ спешит:&lt;br /&gt;</w:t>
        <w:br/>
        <w:t>Там на месте возвышенном,&lt;br /&gt;</w:t>
        <w:br/>
        <w:t>В медном чане раскаленном,&lt;br /&gt;</w:t>
        <w:br/>
        <w:t>Пленника хотят казнить.</w:t>
      </w:r>
    </w:p>
    <w:p>
      <w:r>
        <w:br/>
        <w:t>***&lt;br /&gt;</w:t>
        <w:br/>
        <w:t>Умер он за вольность края&lt;br /&gt;</w:t>
        <w:br/>
        <w:t>И за веру пострадал..."</w:t>
      </w:r>
    </w:p>
    <w:p>
      <w:r>
        <w:br/>
        <w:t>Умолк певец, печали полный;&lt;br /&gt;</w:t>
        <w:br/>
        <w:t>На струнах голос замирал;&lt;br /&gt;</w:t>
        <w:br/>
        <w:t>О Наливайке вздох невольный&lt;br /&gt;</w:t>
        <w:br/>
        <w:t>Из уст в уста перелетал.&lt;br /&gt;</w:t>
        <w:br/>
        <w:t>У черноглазой у девицы&lt;br /&gt;</w:t>
        <w:br/>
        <w:t>Слеза повисла на реснице,&lt;br /&gt;</w:t>
        <w:br/>
        <w:t>Старик поникнул головой,&lt;br /&gt;</w:t>
        <w:br/>
        <w:t>Глаза у юноши сверкали,&lt;br /&gt;</w:t>
        <w:br/>
        <w:t>И дети в страхе трепетали&lt;br /&gt;</w:t>
        <w:br/>
        <w:t>От песни стороны родной.</w:t>
      </w:r>
    </w:p>
    <w:p>
      <w:r>
        <w:br/>
        <w:t>1837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Украинский бард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