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Українське Альфреско</w:t>
      </w:r>
    </w:p>
    <w:p>
      <w:r>
        <w:br/>
        <w:t xml:space="preserve"> Над шляхом, при долині, біля старого граба,&lt;br /&gt;</w:t>
        <w:br/>
        <w:t>де біла-біла хатка стоїть на самоті,&lt;br /&gt;</w:t>
        <w:br/>
        <w:t>живе там дід та баба, і курочка в них ряба,&lt;br /&gt;</w:t>
        <w:br/>
        <w:t>вона, мабуть, несе їм яєчка золоті.</w:t>
      </w:r>
    </w:p>
    <w:p>
      <w:r>
        <w:br/>
        <w:t>Там повен двір любистку, цвітуть такі жоржини,&lt;br /&gt;</w:t>
        <w:br/>
        <w:t>і вишні чорноокі стоять до холодів.&lt;br /&gt;</w:t>
        <w:br/>
        <w:t>Хитаються патлашки уздовж всії стежини,&lt;br /&gt;</w:t>
        <w:br/>
        <w:t>і стомлений лелека спускається на хлів.</w:t>
      </w:r>
    </w:p>
    <w:p>
      <w:r>
        <w:br/>
        <w:t>Чиєсь дитя приходить, беруть його на руки.&lt;br /&gt;</w:t>
        <w:br/>
        <w:t>А потім довго-довго на призьбі ще сидять.&lt;br /&gt;</w:t>
        <w:br/>
        <w:t>Я знаю, дід та баба — це коли є онуки,&lt;br /&gt;</w:t>
        <w:br/>
        <w:t>а в них сусідські діти шовковицю їдять.</w:t>
      </w:r>
    </w:p>
    <w:p>
      <w:r>
        <w:br/>
        <w:t>Дорога і дорога лежить за гарбузами.&lt;br /&gt;</w:t>
        <w:br/>
        <w:t>І хтось до когось їде тим шляхом золотим.&lt;br /&gt;</w:t>
        <w:br/>
        <w:t>Остання в світі казка сидить під образами.&lt;br /&gt;</w:t>
        <w:br/>
        <w:t>Навшпиньки виглядають жоржини через тин&amp;hellip;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Українське Альфреско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