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катакомбах</w:t>
      </w:r>
    </w:p>
    <w:p>
      <w:r>
        <w:br/>
        <w:t xml:space="preserve"> &lt;blockquote&gt;(Посвята шановному побратимові&lt;br /&gt;</w:t>
        <w:br/>
        <w:t>А. Кримському)&lt;/blockquote&gt;</w:t>
      </w:r>
    </w:p>
    <w:p>
      <w:r>
        <w:br/>
        <w:t>Катакомби коло Рима. В крипті*, слабо освітленій олійними каганчиками і тонкими восковими свічками, зібралась громадка християн. Єпископ кінчає проповідь слухачам і слухачкам, що стоять побожно, тихо і покірно.</w:t>
      </w:r>
    </w:p>
    <w:p>
      <w:r>
        <w:br/>
        <w:t>* Крипта — окреме невелике приміщення в катакомбах</w:t>
      </w:r>
    </w:p>
    <w:p>
      <w:r>
        <w:br/>
        <w:t>Є п и с к о п&lt;br /&gt;</w:t>
        <w:br/>
        <w:t>Прославмо ж, браття, господа Христа,&lt;br /&gt;</w:t>
        <w:br/>
        <w:t>що посадив на небі поруч себе&lt;br /&gt;</w:t>
        <w:br/>
        <w:t>замученого брата Харіклея.&lt;br /&gt;</w:t>
        <w:br/>
        <w:t>Х о р&lt;br /&gt;</w:t>
        <w:br/>
        <w:t>На небі слава господу Христу,&lt;br /&gt;</w:t>
        <w:br/>
        <w:t>що визволяє від земних кайданів,&lt;br /&gt;</w:t>
        <w:br/>
        <w:t>з гріховної темниці нас виводить&lt;br /&gt;</w:t>
        <w:br/>
        <w:t>у царство світла вічного.&lt;br /&gt;</w:t>
        <w:br/>
        <w:t>Д и я к о н&lt;br /&gt;</w:t>
        <w:br/>
        <w:t>Амінь.&lt;br /&gt;</w:t>
        <w:br/>
        <w:t>Є п и с к о п&lt;br /&gt;</w:t>
        <w:br/>
        <w:t>Наш брат був на землі рабом поганським,&lt;br /&gt;</w:t>
        <w:br/>
        <w:t>тепер він раб господній, більш нічий.&lt;br /&gt;</w:t>
        <w:br/>
        <w:t>Н е о ф і т — р а б&lt;br /&gt;</w:t>
        <w:br/>
        <w:t>Господній раб? Хіба ж і там раби?&lt;br /&gt;</w:t>
        <w:br/>
        <w:t>А ти ж казав: нема раба ні пана&lt;br /&gt;</w:t>
        <w:br/>
        <w:t>у царстві божому!&lt;br /&gt;</w:t>
        <w:br/>
        <w:t>Є п и с к о п&lt;br /&gt;</w:t>
        <w:br/>
        <w:t>Се щира правда:&lt;br /&gt;</w:t>
        <w:br/>
        <w:t>всі рівні перед богом.&lt;br /&gt;</w:t>
        <w:br/>
        <w:t>Н е о ф і т — р а б&lt;br /&gt;</w:t>
        <w:br/>
        <w:t>І раби?&lt;br /&gt;</w:t>
        <w:br/>
        <w:t>Є п и с к о п&lt;br /&gt;</w:t>
        <w:br/>
        <w:t>Раби господні, брате, не забудь.&lt;br /&gt;</w:t>
        <w:br/>
        <w:t>Сказав Христос: ярмо моє солодке,&lt;br /&gt;</w:t>
        <w:br/>
        <w:t>тягар мій легкий. Розумієш?&lt;br /&gt;</w:t>
        <w:br/>
        <w:t>Н е о ф і т — р а б&lt;br /&gt;</w:t>
        <w:br/>
        <w:t>(після тяжкої задуми)&lt;br /&gt;</w:t>
        <w:br/>
        <w:t>Ні!..&lt;br /&gt;</w:t>
        <w:br/>
        <w:t>Не можу. Не збагну я сього слова.&lt;br /&gt;</w:t>
        <w:br/>
        <w:t>Х р и с т и я н к а — р а б и н я&lt;br /&gt;</w:t>
        <w:br/>
        <w:t>(в раптовому нестямі пророкує)&lt;br /&gt;</w:t>
        <w:br/>
        <w:t>Уже лежить при дереві сокира!..&lt;br /&gt;</w:t>
        <w:br/>
        <w:t>"Я посічу його і вергну в пломінь", —&lt;br /&gt;</w:t>
        <w:br/>
        <w:t>сказав господь!.. Прийди, прийди, прийди,&lt;br /&gt;</w:t>
        <w:br/>
        <w:t>Ісусе, сине божий! Похилилась&lt;br /&gt;</w:t>
        <w:br/>
        <w:t>твоя пшениця, — жде вона серпа...&lt;br /&gt;</w:t>
        <w:br/>
        <w:t>Ох, доки ж, господи?.. Рахіль ридає,&lt;br /&gt;</w:t>
        <w:br/>
        <w:t>нема її діток...</w:t>
      </w:r>
    </w:p>
    <w:p>
      <w:r>
        <w:br/>
        <w:t>(Безладна мова переходить у несамовитий лемент, інші жінки й собі починають голосити,&lt;br /&gt;</w:t>
        <w:br/>
        <w:t>дехто з чоловіків теж не витримує).</w:t>
      </w:r>
    </w:p>
    <w:p>
      <w:r>
        <w:br/>
        <w:t>Є п и с к о п&lt;br /&gt;</w:t>
        <w:br/>
        <w:t>(владним, дужим голосом)&lt;br /&gt;</w:t>
        <w:br/>
        <w:t>Геть, сатано!&lt;br /&gt;</w:t>
        <w:br/>
        <w:t>Твоєї влади тут немає!&lt;br /&gt;</w:t>
        <w:br/>
        <w:t>(Підходить до пророчиці, що б'ється в корчах, і кладе їй на голову руку).&lt;br /&gt;</w:t>
        <w:br/>
        <w:t>Сестро, молитва й віра хай тебе рятують&lt;br /&gt;</w:t>
        <w:br/>
        <w:t>від навождення злого духа.</w:t>
      </w:r>
    </w:p>
    <w:p>
      <w:r>
        <w:br/>
        <w:t>Жінка помалу затихає під його поглядом і безсило схиляється на руки до товаришок, що піддержують її.</w:t>
      </w:r>
    </w:p>
    <w:p>
      <w:r>
        <w:br/>
        <w:t>Х р и с т и я н к а&lt;br /&gt;</w:t>
        <w:br/>
        <w:t>(одна з тих, що піддержують пророчицю.&lt;br /&gt;</w:t>
        <w:br/>
        <w:t>Озивається несмілим голосом)&lt;br /&gt;</w:t>
        <w:br/>
        <w:t>Отче,&lt;br /&gt;</w:t>
        <w:br/>
        <w:t>її дитину вчора пан продав&lt;br /&gt;</w:t>
        <w:br/>
        <w:t>якомусь грекові з Корінфа...&lt;br /&gt;</w:t>
        <w:br/>
        <w:t>Є п и с к о п&lt;br /&gt;</w:t>
        <w:br/>
        <w:t>Вмовкни!&lt;br /&gt;</w:t>
        <w:br/>
        <w:t>Великий наш апостол заповідав:&lt;br /&gt;</w:t>
        <w:br/>
        <w:t>"А жінка серед збору хай мовчить".</w:t>
      </w:r>
    </w:p>
    <w:p>
      <w:r>
        <w:br/>
        <w:t>Пророчицю тим часом виводять. Мовчання.</w:t>
      </w:r>
    </w:p>
    <w:p>
      <w:r>
        <w:br/>
        <w:t>Н е о ф і т — р а б&lt;br /&gt;</w:t>
        <w:br/>
        <w:t>(підходить до єпископа. Тремтячим від збентеження, але розпачливо-зважливим голосом)</w:t>
      </w:r>
    </w:p>
    <w:p>
      <w:r>
        <w:br/>
        <w:t>Прости, але я все ж не розумію,&lt;br /&gt;</w:t>
        <w:br/>
        <w:t>як може буть якесь ярмо солодким,&lt;br /&gt;</w:t>
        <w:br/>
        <w:t>а щось важкеє легким.&lt;br /&gt;</w:t>
        <w:br/>
        <w:t>Є п и с к о п&lt;br /&gt;</w:t>
        <w:br/>
        <w:t>Брате мій,&lt;br /&gt;</w:t>
        <w:br/>
        <w:t>коли ти сам по волі шию схилиш&lt;br /&gt;</w:t>
        <w:br/>
        <w:t>в ярмо христове, солодко се буде&lt;br /&gt;</w:t>
        <w:br/>
        <w:t>твоїй душі; коли ти самохіть&lt;br /&gt;</w:t>
        <w:br/>
        <w:t>на себе хрест візьмеш, невже він буде&lt;br /&gt;</w:t>
        <w:br/>
        <w:t>важким для тебе?&lt;br /&gt;</w:t>
        <w:br/>
        <w:t>Н е о ф і т — р а б&lt;br /&gt;</w:t>
        <w:br/>
        <w:t>Але нащо маєм&lt;br /&gt;</w:t>
        <w:br/>
        <w:t>ще самохіть у ярма запрягатись&lt;br /&gt;</w:t>
        <w:br/>
        <w:t>та двигати хрести по власній волі,&lt;br /&gt;</w:t>
        <w:br/>
        <w:t>коли вже й так намучила неволя?&lt;br /&gt;</w:t>
        <w:br/>
        <w:t>Намулили нам ярма та хрести&lt;br /&gt;</w:t>
        <w:br/>
        <w:t>і шию, й душу, аж терпіть несила!&lt;br /&gt;</w:t>
        <w:br/>
        <w:t>Я не за тим прийшов до вас у церкву,&lt;br /&gt;</w:t>
        <w:br/>
        <w:t>щоб ярем та хрестів нових шукати.&lt;br /&gt;</w:t>
        <w:br/>
        <w:t>Ні, я прийшов сюди шукати волі,&lt;br /&gt;</w:t>
        <w:br/>
        <w:t>бо сказано ж: ні пана, ні раба.&lt;br /&gt;</w:t>
        <w:br/>
        <w:t>Є п и с к о п&lt;br /&gt;</w:t>
        <w:br/>
        <w:t>І сюю волю матимеш ти, брате,&lt;br /&gt;</w:t>
        <w:br/>
        <w:t>як тільки станеш під ярмо христове.&lt;br /&gt;</w:t>
        <w:br/>
        <w:t>Раби господні рівні між собою.&lt;br /&gt;</w:t>
        <w:br/>
        <w:t>Ти під ярмом шлях світовий пройдеш&lt;br /&gt;</w:t>
        <w:br/>
        <w:t>і в царство боже ввійдеш, теє царство,&lt;br /&gt;</w:t>
        <w:br/>
        <w:t>де вже немає пана, окрім бога,&lt;br /&gt;</w:t>
        <w:br/>
        <w:t>а він же нам отець. Твоя гординя&lt;br /&gt;</w:t>
        <w:br/>
        <w:t>була б до сатанинської подібна,&lt;br /&gt;</w:t>
        <w:br/>
        <w:t>якби ти влади господа-отця&lt;br /&gt;</w:t>
        <w:br/>
        <w:t>не хтів признати над собою.&lt;br /&gt;</w:t>
        <w:br/>
        <w:t>Н е о ф і т — р а б&lt;br /&gt;</w:t>
        <w:br/>
        <w:t>Отче!&lt;br /&gt;</w:t>
        <w:br/>
        <w:t>Яка вже там в раба гординя тая!&lt;br /&gt;</w:t>
        <w:br/>
        <w:t>Нехай і так, нехай отець єдиний&lt;br /&gt;</w:t>
        <w:br/>
        <w:t>над нами буде, та коли ж настане&lt;br /&gt;</w:t>
        <w:br/>
        <w:t>те царство боже? Де його шукати?&lt;br /&gt;</w:t>
        <w:br/>
        <w:t>Один з братів казав: воно на небі,&lt;br /&gt;</w:t>
        <w:br/>
        <w:t>а другий: на землі...&lt;br /&gt;</w:t>
        <w:br/>
        <w:t>(Дивиться з запитом і палким сподіванням).&lt;br /&gt;</w:t>
        <w:br/>
        <w:t>Є п и с к о п&lt;br /&gt;</w:t>
        <w:br/>
        <w:t>Обидва праві.&lt;br /&gt;</w:t>
        <w:br/>
        <w:t>Н е о ф і т — р а б&lt;br /&gt;</w:t>
        <w:br/>
        <w:t>Де ж на землі є царство боже?&lt;br /&gt;</w:t>
        <w:br/>
        <w:t>Є п и с к о п&lt;br /&gt;</w:t>
        <w:br/>
        <w:t>Тут.&lt;br /&gt;</w:t>
        <w:br/>
        <w:t>Н е о ф і т — р а б&lt;br /&gt;</w:t>
        <w:br/>
        <w:t>У Римі?!&lt;br /&gt;</w:t>
        <w:br/>
        <w:t>Є п и с к о п&lt;br /&gt;</w:t>
        <w:br/>
        <w:t>В нашій церкві.&lt;br /&gt;</w:t>
        <w:br/>
        <w:t>Н е о ф і т — р а б&lt;br /&gt;</w:t>
        <w:br/>
        <w:t>В катакомбах?&lt;br /&gt;</w:t>
        <w:br/>
        <w:t>Є п и с к о п&lt;br /&gt;</w:t>
        <w:br/>
        <w:t>Не говори — "ось тут" чи "там воно".&lt;br /&gt;</w:t>
        <w:br/>
        <w:t>Воно є скрізь, де бог є в людських душах.&lt;br /&gt;</w:t>
        <w:br/>
        <w:t>Н е о ф і т — р а б&lt;br /&gt;</w:t>
        <w:br/>
        <w:t>Коли ж він буде в душах всіх людей?&lt;br /&gt;</w:t>
        <w:br/>
        <w:t>Є п и с к о п&lt;br /&gt;</w:t>
        <w:br/>
        <w:t>Тоді, коли Христос удруге прийде&lt;br /&gt;</w:t>
        <w:br/>
        <w:t>на землю з неба.&lt;br /&gt;</w:t>
        <w:br/>
        <w:t>Н е о ф і т — р а б&lt;br /&gt;</w:t>
        <w:br/>
        <w:t>(смутно)&lt;br /&gt;</w:t>
        <w:br/>
        <w:t>Брат один казав,&lt;br /&gt;</w:t>
        <w:br/>
        <w:t>що літ аж тисяча минути мусить&lt;br /&gt;</w:t>
        <w:br/>
        <w:t>від першого до другого пришестя...&lt;br /&gt;</w:t>
        <w:br/>
        <w:t>Є п и с к о п&lt;br /&gt;</w:t>
        <w:br/>
        <w:t>Се єресь, брате, бо ніхто не знає&lt;br /&gt;</w:t>
        <w:br/>
        <w:t>ні дня, ні часу...&lt;br /&gt;</w:t>
        <w:br/>
        <w:t>Н е о ф і т — р а б&lt;br /&gt;</w:t>
        <w:br/>
        <w:t>(впадає йому в річ з радісною надією)&lt;br /&gt;</w:t>
        <w:br/>
        <w:t>Значить, царство боже&lt;br /&gt;</w:t>
        <w:br/>
        <w:t>настати може в кожен день і час?&lt;br /&gt;</w:t>
        <w:br/>
        <w:t>Є п и с к о п&lt;br /&gt;</w:t>
        <w:br/>
        <w:t>Запевне так.</w:t>
      </w:r>
    </w:p>
    <w:p>
      <w:r>
        <w:br/>
        <w:t>Неофіт-раб замислюється і знов смутніє.</w:t>
      </w:r>
    </w:p>
    <w:p>
      <w:r>
        <w:br/>
        <w:t>Про що гадаєш, брате?&lt;br /&gt;</w:t>
        <w:br/>
        <w:t>Н е о ф і т — р а б&lt;br /&gt;</w:t>
        <w:br/>
        <w:t>Я думаю... ось ти сказав, що тут&lt;br /&gt;</w:t>
        <w:br/>
        <w:t>у нас є царство боже... А чому ж&lt;br /&gt;</w:t>
        <w:br/>
        <w:t>у нас тут є патриції, плебеї,&lt;br /&gt;</w:t>
        <w:br/>
        <w:t>ну, і раби?</w:t>
      </w:r>
    </w:p>
    <w:p>
      <w:r>
        <w:br/>
        <w:t>(Оглядає все зібрання, декотрі спускають очі в землю).</w:t>
      </w:r>
    </w:p>
    <w:p>
      <w:r>
        <w:br/>
        <w:t>Х р и с т и я н и н — п а т р и ц і й&lt;br /&gt;</w:t>
        <w:br/>
        <w:t>(виступає трохи наперед)&lt;br /&gt;</w:t>
        <w:br/>
        <w:t>Душа твоя, мій брате,&lt;br /&gt;</w:t>
        <w:br/>
        <w:t>бентежиться даремне. Я — патрицій,&lt;br /&gt;</w:t>
        <w:br/>
        <w:t>а він — мій раб&lt;br /&gt;</w:t>
        <w:br/>
        <w:t>(показує на старого чоловіка),&lt;br /&gt;</w:t>
        <w:br/>
        <w:t>але се так для світу,&lt;br /&gt;</w:t>
        <w:br/>
        <w:t>а перед богом ми брати обоє.&lt;br /&gt;</w:t>
        <w:br/>
        <w:t>Н е о ф і т — р а б&lt;br /&gt;</w:t>
        <w:br/>
        <w:t>(до старого раба)&lt;br /&gt;</w:t>
        <w:br/>
        <w:t>Ти раб йому про людське око тільки?&lt;br /&gt;</w:t>
        <w:br/>
        <w:t>С т а р и й р а б&lt;br /&gt;</w:t>
        <w:br/>
        <w:t>Ні, я служу своєму пану вірно,&lt;br /&gt;</w:t>
        <w:br/>
        <w:t>не тільки зо страху, а й по сумлінню,&lt;br /&gt;</w:t>
        <w:br/>
        <w:t>як наказав господь.&lt;br /&gt;</w:t>
        <w:br/>
        <w:t>Н е о ф і т — р а б&lt;br /&gt;</w:t>
        <w:br/>
        <w:t>Коли ви рівні,&lt;br /&gt;</w:t>
        <w:br/>
        <w:t>то нащо маєш ти йому служити?&lt;br /&gt;</w:t>
        <w:br/>
        <w:t>С т а р и й р а б&lt;br /&gt;</w:t>
        <w:br/>
        <w:t>То божа воля, що вродивсь він паном,&lt;br /&gt;</w:t>
        <w:br/>
        <w:t>а я — рабом.&lt;br /&gt;</w:t>
        <w:br/>
        <w:t>Н е о ф і т — р а б&lt;br /&gt;</w:t>
        <w:br/>
        <w:t>То, значить, в царстві божім&lt;br /&gt;</w:t>
        <w:br/>
        <w:t>є раб і пан?&lt;br /&gt;</w:t>
        <w:br/>
        <w:t>Старий раб мовчить.&lt;br /&gt;</w:t>
        <w:br/>
        <w:t>П а т р и ц і й&lt;br /&gt;</w:t>
        <w:br/>
        <w:t>Він тут мені не раб,&lt;br /&gt;</w:t>
        <w:br/>
        <w:t>тут я йому готов умити ноги, —&lt;br /&gt;</w:t>
        <w:br/>
        <w:t>ми зажили святого тіла й крові&lt;br /&gt;</w:t>
        <w:br/>
        <w:t>укупі, при однім столі.&lt;br /&gt;</w:t>
        <w:br/>
        <w:t>Н е о ф і т — р а б&lt;br /&gt;</w:t>
        <w:br/>
        <w:t>(до старого раба)&lt;br /&gt;</w:t>
        <w:br/>
        <w:t>І дома&lt;br /&gt;</w:t>
        <w:br/>
        <w:t>так само при однім столі їсте?&lt;br /&gt;</w:t>
        <w:br/>
        <w:t>С т а р и й р а б&lt;br /&gt;</w:t>
        <w:br/>
        <w:t>Ні, брате, се б зовсім не випадало.&lt;br /&gt;</w:t>
        <w:br/>
        <w:t>Н е о ф і т — р а б&lt;br /&gt;</w:t>
        <w:br/>
        <w:t>Чому?&lt;br /&gt;</w:t>
        <w:br/>
        <w:t>С т а р и й р а б&lt;br /&gt;</w:t>
        <w:br/>
        <w:t>Бо так не личить... не подоба...&lt;br /&gt;</w:t>
        <w:br/>
        <w:t>Є п и с к о п&lt;br /&gt;</w:t>
        <w:br/>
        <w:t>(до неофіта-раба)&lt;br /&gt;</w:t>
        <w:br/>
        <w:t>Не спокушай його. Він простий духом,&lt;br /&gt;</w:t>
        <w:br/>
        <w:t>а царство боже для таких найближче.&lt;br /&gt;</w:t>
        <w:br/>
        <w:t>Хто терпить все в покорі, той щасливий,&lt;br /&gt;</w:t>
        <w:br/>
        <w:t>тому однаково: чи пан, чи раб&lt;br /&gt;</w:t>
        <w:br/>
        <w:t>він буде тут у світі.&lt;br /&gt;</w:t>
        <w:br/>
        <w:t>Н е о ф і т — р а б&lt;br /&gt;</w:t>
        <w:br/>
        <w:t>Ні, мій отче,&lt;br /&gt;</w:t>
        <w:br/>
        <w:t>ні, не однаково...&lt;br /&gt;</w:t>
        <w:br/>
        <w:t>(З поривом).&lt;br /&gt;</w:t>
        <w:br/>
        <w:t>Коли б ти бачив,&lt;br /&gt;</w:t>
        <w:br/>
        <w:t>як плакала моя дитина вчора —&lt;br /&gt;</w:t>
        <w:br/>
        <w:t>воно ж покірне, тихе немовлятко, —&lt;br /&gt;</w:t>
        <w:br/>
        <w:t>до вечора без покорму зоставшись:&lt;br /&gt;</w:t>
        <w:br/>
        <w:t>на оргії прислужувала жінка&lt;br /&gt;</w:t>
        <w:br/>
        <w:t>і ніколи було забігти в хату&lt;br /&gt;</w:t>
        <w:br/>
        <w:t>погодувать дитину. А тепер&lt;br /&gt;</w:t>
        <w:br/>
        <w:t>дитина наша хвора, тільки жінка&lt;br /&gt;</w:t>
        <w:br/>
        <w:t>не сміє плакати, бо пан не любить&lt;br /&gt;</w:t>
        <w:br/>
        <w:t>очей заплаканих в рабинь вродливих.&lt;br /&gt;</w:t>
        <w:br/>
        <w:t>Є п и с к о п&lt;br /&gt;</w:t>
        <w:br/>
        <w:t>Не треба плакати, хоч би померла&lt;br /&gt;</w:t>
        <w:br/>
        <w:t>дитина ваша, — їй велике щастя&lt;br /&gt;</w:t>
        <w:br/>
        <w:t>на небі приготоване.&lt;br /&gt;</w:t>
        <w:br/>
        <w:t>Н е о ф і т — р а б&lt;br /&gt;</w:t>
        <w:br/>
        <w:t>А панській&lt;br /&gt;</w:t>
        <w:br/>
        <w:t>малій дитині менше щастя буде,&lt;br /&gt;</w:t>
        <w:br/>
        <w:t>коли помре невинним немовлятком?&lt;br /&gt;</w:t>
        <w:br/>
        <w:t>Є п и с к о п&lt;br /&gt;</w:t>
        <w:br/>
        <w:t>(трохи збентежений)&lt;br /&gt;</w:t>
        <w:br/>
        <w:t>Невинні всі однакові у бога.&lt;br /&gt;</w:t>
        <w:br/>
        <w:t>Н е о ф і т — р а б&lt;br /&gt;</w:t>
        <w:br/>
        <w:t>(понуро)&lt;br /&gt;</w:t>
        <w:br/>
        <w:t>То паненяті вдвоє щастя буде:&lt;br /&gt;</w:t>
        <w:br/>
        <w:t>раз на землі, а вдруге ще й на небі...&lt;br /&gt;</w:t>
        <w:br/>
        <w:t>С т а р и й р а б&lt;br /&gt;</w:t>
        <w:br/>
        <w:t>Не заздри, брате, не губи душі,&lt;br /&gt;</w:t>
        <w:br/>
        <w:t>святої чистоти їй не плями.&lt;br /&gt;</w:t>
        <w:br/>
        <w:t>Нехай знущається твій пан-поганин&lt;br /&gt;</w:t>
        <w:br/>
        <w:t>(бо християнин так би не знущався) —&lt;br /&gt;</w:t>
        <w:br/>
        <w:t>він чистоти в твоїй сім'ї не знищить,&lt;br /&gt;</w:t>
        <w:br/>
        <w:t>поки у тебе і в жінки душі ясні.&lt;br /&gt;</w:t>
        <w:br/>
        <w:t>Н е о ф і т — р а б&lt;br /&gt;</w:t>
        <w:br/>
        <w:t>Ой, не печи мене словами, діду!..&lt;br /&gt;</w:t>
        <w:br/>
        <w:t>Пробач, не знаєш ти... сказати сором...&lt;br /&gt;</w:t>
        <w:br/>
        <w:t>Е, що там сором для раба!.. Скажу!&lt;br /&gt;</w:t>
        <w:br/>
        <w:t>Яка там "чистота" і "ясні душі"?&lt;br /&gt;</w:t>
        <w:br/>
        <w:t>Моя душа гниє, коли я бачу,&lt;br /&gt;</w:t>
        <w:br/>
        <w:t>як жінка з оргії приходить часом&lt;br /&gt;</w:t>
        <w:br/>
        <w:t>вином розпалена, з огнем в очах&lt;br /&gt;</w:t>
        <w:br/>
        <w:t>від сороміцьких співів. Квіти в косах&lt;br /&gt;</w:t>
        <w:br/>
        <w:t>ще не зов'яли і такі яскраві&lt;br /&gt;</w:t>
        <w:br/>
        <w:t>супроти бруду в хаті видаються...&lt;br /&gt;</w:t>
        <w:br/>
        <w:t>Одежу панську жінка поспішає&lt;br /&gt;</w:t>
        <w:br/>
        <w:t>зміняти на верету рабську швидше,&lt;br /&gt;</w:t>
        <w:br/>
        <w:t>щоб не каляти в нашій "чистій" хаті,&lt;br /&gt;</w:t>
        <w:br/>
        <w:t>і я не раз у жінки бачив сльози&lt;br /&gt;</w:t>
        <w:br/>
        <w:t>в такі хвилини... Звичка до розкошів&lt;br /&gt;</w:t>
        <w:br/>
        <w:t>уїлась їй у серце, мов іржа, —&lt;br /&gt;</w:t>
        <w:br/>
        <w:t>без них їй тяжко... Діду, я не міг,&lt;br /&gt;</w:t>
        <w:br/>
        <w:t>не міг не бить її за тії сльози,&lt;br /&gt;</w:t>
        <w:br/>
        <w:t>хоч знав, що тим спротивлю їй ще гірше&lt;br /&gt;</w:t>
        <w:br/>
        <w:t>огидну хату нашу...&lt;br /&gt;</w:t>
        <w:br/>
        <w:t>П а т р и ц і й&lt;br /&gt;</w:t>
        <w:br/>
        <w:t>Брате мій,&lt;br /&gt;</w:t>
        <w:br/>
        <w:t>ти напути на нашу віру жінку,&lt;br /&gt;</w:t>
        <w:br/>
        <w:t>тоді вона вже плакати не буде&lt;br /&gt;</w:t>
        <w:br/>
        <w:t>по марних світових розкошах.&lt;br /&gt;</w:t>
        <w:br/>
        <w:t>Н е о ф і т — р а б&lt;br /&gt;</w:t>
        <w:br/>
        <w:t>Пане! —&lt;br /&gt;</w:t>
        <w:br/>
        <w:t>чи пак у вас тут кажуть "брате". — Знаєш,&lt;br /&gt;</w:t>
        <w:br/>
        <w:t>не зважуся я жінки навертати&lt;br /&gt;</w:t>
        <w:br/>
        <w:t>на нову віру. Хай вже ліпше плаче&lt;br /&gt;</w:t>
        <w:br/>
        <w:t>по чистих шатах та по панській хаті,&lt;br /&gt;</w:t>
        <w:br/>
        <w:t>ніж має плакати по чистоті&lt;br /&gt;</w:t>
        <w:br/>
        <w:t>душі своєї й тіла. Врятувати&lt;br /&gt;</w:t>
        <w:br/>
        <w:t>вона однаково себе не може,&lt;br /&gt;</w:t>
        <w:br/>
        <w:t>та що їй з того, коли буде знати&lt;br /&gt;</w:t>
        <w:br/>
        <w:t>про гріх і святість. Краще хай не знає.&lt;br /&gt;</w:t>
        <w:br/>
        <w:t>Є п и с к о п&lt;br /&gt;</w:t>
        <w:br/>
        <w:t>Хто по неволі согрішив, той чистий.&lt;br /&gt;</w:t>
        <w:br/>
        <w:t>Н е о ф і т — р а б&lt;br /&gt;</w:t>
        <w:br/>
        <w:t>Та ми, раби, сами не раз не знаєм,&lt;br /&gt;</w:t>
        <w:br/>
        <w:t>що робим по неволі, що по волі...&lt;br /&gt;</w:t>
        <w:br/>
        <w:t>Гріх чи не гріх, а мука зостається...&lt;br /&gt;</w:t>
        <w:br/>
        <w:t>Сказати тяжко... я не знаю сам,&lt;br /&gt;</w:t>
        <w:br/>
        <w:t>чи то моя, чи панськая дитина,&lt;br /&gt;</w:t>
        <w:br/>
        <w:t>люблю дитину й часом ненавиджу...&lt;br /&gt;</w:t>
        <w:br/>
        <w:t>С т а р а ж і н к а&lt;br /&gt;</w:t>
        <w:br/>
        <w:t>Гріх ненавидіть, то ж дитя невинне.&lt;br /&gt;</w:t>
        <w:br/>
        <w:t>(Глянувши на єпископа, замовкає).&lt;br /&gt;</w:t>
        <w:br/>
        <w:t>Є п и с к о п&lt;br /&gt;</w:t>
        <w:br/>
        <w:t>І жінка часом мудре слово мовить.</w:t>
      </w:r>
    </w:p>
    <w:p>
      <w:r>
        <w:br/>
        <w:t>Молода, але змарніла, убого вбрана жінка&lt;br /&gt;</w:t>
        <w:br/>
        <w:t>щось шепоче на вухо поважній старій вдові-дияконісі.</w:t>
      </w:r>
    </w:p>
    <w:p>
      <w:r>
        <w:br/>
        <w:t>Д и я к о н і с а&lt;br /&gt;</w:t>
        <w:br/>
        <w:t>(до єпископа)&lt;br /&gt;</w:t>
        <w:br/>
        <w:t>Дозволиш говорити, чесний отче?&lt;br /&gt;</w:t>
        <w:br/>
        <w:t>Є п и с к о п&lt;br /&gt;</w:t>
        <w:br/>
        <w:t>Кажи, але коротко.&lt;br /&gt;</w:t>
        <w:br/>
        <w:t>Д и я к о н і с а&lt;br /&gt;</w:t>
        <w:br/>
        <w:t>(вказує на молоду жінку)&lt;br /&gt;</w:t>
        <w:br/>
        <w:t>Ся сестра&lt;br /&gt;</w:t>
        <w:br/>
        <w:t>бажає послужити сьому брату.&lt;br /&gt;</w:t>
        <w:br/>
        <w:t>(Вказує на неофіта-раба)&lt;br /&gt;</w:t>
        <w:br/>
        <w:t>Є п и с к о п&lt;br /&gt;</w:t>
        <w:br/>
        <w:t>Як саме?&lt;br /&gt;</w:t>
        <w:br/>
        <w:t>Д и я к о н і с а&lt;br /&gt;</w:t>
        <w:br/>
        <w:t>Просить, щоб його жона&lt;br /&gt;</w:t>
        <w:br/>
        <w:t>приносила дитину їй до хати,&lt;br /&gt;</w:t>
        <w:br/>
        <w:t>йдучи на панську оргію служити, —&lt;br /&gt;</w:t>
        <w:br/>
        <w:t>сестра своє годує немовлятко,&lt;br /&gt;</w:t>
        <w:br/>
        <w:t>то вділить покорму і тій дитинці&lt;br /&gt;</w:t>
        <w:br/>
        <w:t>та й доглядить до вечора сумлінно.&lt;br /&gt;</w:t>
        <w:br/>
        <w:t>Є п и с к о п&lt;br /&gt;</w:t>
        <w:br/>
        <w:t>(до молодої жінки)&lt;br /&gt;</w:t>
        <w:br/>
        <w:t>Се добре діло перед богом, дочко.</w:t>
      </w:r>
    </w:p>
    <w:p>
      <w:r>
        <w:br/>
        <w:t>Молода жінка покірливо схиляє голову.</w:t>
      </w:r>
    </w:p>
    <w:p>
      <w:r>
        <w:br/>
        <w:t>Д и я к о н і с а&lt;br /&gt;</w:t>
        <w:br/>
        <w:t>(до неофіта-раба)&lt;br /&gt;</w:t>
        <w:br/>
        <w:t>Скажи своїй жінці, нехай приносить&lt;br /&gt;</w:t>
        <w:br/>
        <w:t>дитя до хати теслі Деодата —&lt;br /&gt;</w:t>
        <w:br/>
        <w:t>на Форумі Малому він живе —&lt;br /&gt;</w:t>
        <w:br/>
        <w:t>і доручить сестрі Анціллодеї;&lt;br /&gt;</w:t>
        <w:br/>
        <w:t>за догляд щирий може бути певна.&lt;br /&gt;</w:t>
        <w:br/>
        <w:t>А н ц і л л о д е я&lt;br /&gt;</w:t>
        <w:br/>
        <w:t>(молода жінка. Тихим голосом до неофіта-раба)&lt;br /&gt;</w:t>
        <w:br/>
        <w:t>Зроби мені сю ласку, милий брате!&lt;br /&gt;</w:t>
        <w:br/>
        <w:t>Н е о ф і т — р а б&lt;br /&gt;</w:t>
        <w:br/>
        <w:t>(зрушений)&lt;br /&gt;</w:t>
        <w:br/>
        <w:t>Спасибі, сестро!&lt;br /&gt;</w:t>
        <w:br/>
        <w:t>П а т р и ц і й&lt;br /&gt;</w:t>
        <w:br/>
        <w:t>А до мене прийдеш,&lt;br /&gt;</w:t>
        <w:br/>
        <w:t>я дам тобі одежі, не нової,&lt;br /&gt;</w:t>
        <w:br/>
        <w:t>але порядної, з моїх рабинь,&lt;br /&gt;</w:t>
        <w:br/>
        <w:t>ми з жінкою даєм їм більш ніж треба,&lt;br /&gt;</w:t>
        <w:br/>
        <w:t>то можуть і твоїй жоні вділити,&lt;br /&gt;</w:t>
        <w:br/>
        <w:t>коли твій пан недосить їй дає.&lt;br /&gt;</w:t>
        <w:br/>
        <w:t>Н е о ф і т — р а б&lt;br /&gt;</w:t>
        <w:br/>
        <w:t>(здержано)&lt;br /&gt;</w:t>
        <w:br/>
        <w:t>Спасибі, пане.&lt;br /&gt;</w:t>
        <w:br/>
        <w:t>Є п и с к о п&lt;br /&gt;</w:t>
        <w:br/>
        <w:t>(поправляє)&lt;br /&gt;</w:t>
        <w:br/>
        <w:t>Брате.&lt;br /&gt;</w:t>
        <w:br/>
        <w:t>Н е о ф і т — р а б&lt;br /&gt;</w:t>
        <w:br/>
        <w:t>(байдуже)&lt;br /&gt;</w:t>
        <w:br/>
        <w:t>Хай і так.&lt;br /&gt;</w:t>
        <w:br/>
        <w:t>Х р и с т и я н и н — к у п е ц ь&lt;br /&gt;</w:t>
        <w:br/>
        <w:t>Казав ти, жінка любить чистоту,&lt;br /&gt;</w:t>
        <w:br/>
        <w:t>а в хаті бруд. Приходь до мого краму,&lt;br /&gt;</w:t>
        <w:br/>
        <w:t>я мила дам без грошей, певне, пан ваш&lt;br /&gt;</w:t>
        <w:br/>
        <w:t>вам жалує його.&lt;br /&gt;</w:t>
        <w:br/>
        <w:t>Н е о ф і т — р а б&lt;br /&gt;</w:t>
        <w:br/>
        <w:t>(з ледве скритою насмішкою)&lt;br /&gt;</w:t>
        <w:br/>
        <w:t>Либонь, що так!&lt;br /&gt;</w:t>
        <w:br/>
        <w:t>С т а р и й д и я к о н&lt;br /&gt;</w:t>
        <w:br/>
        <w:t>Ти, може, часом голодуєш, брате, —&lt;br /&gt;</w:t>
        <w:br/>
        <w:t>здебільшого погани зле годують&lt;br /&gt;</w:t>
        <w:br/>
        <w:t>своїх рабів, — то ти приходь до нас&lt;br /&gt;</w:t>
        <w:br/>
        <w:t>щотижня на агапи у неділю&lt;br /&gt;</w:t>
        <w:br/>
        <w:t>(се в нас такі обіди для убогих),&lt;br /&gt;</w:t>
        <w:br/>
        <w:t>там матимеш поживну добру страву&lt;br /&gt;</w:t>
        <w:br/>
        <w:t>для тіла і для духа. Бо часами,&lt;br /&gt;</w:t>
        <w:br/>
        <w:t>як покінчаться вже трапеза вбогих,&lt;br /&gt;</w:t>
        <w:br/>
        <w:t>приходять і єпископ та найстарші&lt;br /&gt;</w:t>
        <w:br/>
        <w:t>Христової зажити крові й тіла,&lt;br /&gt;</w:t>
        <w:br/>
        <w:t>подати нам науку благочестя,&lt;br /&gt;</w:t>
        <w:br/>
        <w:t>умити ноги браттям. Ти приходь&lt;br /&gt;</w:t>
        <w:br/>
        <w:t>на дворище до мене. Я олійник,&lt;br /&gt;</w:t>
        <w:br/>
        <w:t>Агатофілом звуся, коло Термів&lt;br /&gt;</w:t>
        <w:br/>
        <w:t>моя оселя. Всяк тобі покаже,&lt;br /&gt;</w:t>
        <w:br/>
        <w:t>де мешкає "отой дивак-багач,&lt;br /&gt;</w:t>
        <w:br/>
        <w:t>що любить годувати всю голоту".&lt;br /&gt;</w:t>
        <w:br/>
        <w:t>Се так про мене гомонять погани.&lt;br /&gt;</w:t>
        <w:br/>
        <w:t>Н е о ф і т — р а б&lt;br /&gt;</w:t>
        <w:br/>
        <w:t>(нічого не відповідає дияконові і стоїть який час мовчки, вхопившись за голову)&lt;br /&gt;</w:t>
        <w:br/>
        <w:t>До чого я дожився! Лихо тяжке!&lt;br /&gt;</w:t>
        <w:br/>
        <w:t>Жебрущим дідом замолоду став!..&lt;br /&gt;</w:t>
        <w:br/>
        <w:t>Кого мені клясти? Чи свого батька,&lt;br /&gt;</w:t>
        <w:br/>
        <w:t>що за довги продав мене в неволю?&lt;br /&gt;</w:t>
        <w:br/>
        <w:t>Чи ті довги, чи того багача,&lt;br /&gt;</w:t>
        <w:br/>
        <w:t>купця на людські душі? Чи той день,&lt;br /&gt;</w:t>
        <w:br/>
        <w:t>той час, коли на світ я народився?&lt;br /&gt;</w:t>
        <w:br/>
        <w:t>Є п и с к о п&lt;br /&gt;</w:t>
        <w:br/>
        <w:t>Нещасний, схаменися! Заспокойся!&lt;br /&gt;</w:t>
        <w:br/>
        <w:t>Жени від себе геть лихого духа&lt;br /&gt;</w:t>
        <w:br/>
        <w:t>гордині й розпачу! Смертельний гріх&lt;br /&gt;</w:t>
        <w:br/>
        <w:t>оці твої прокльони, ще й в годину,&lt;br /&gt;</w:t>
        <w:br/>
        <w:t>коли тобі брати братерську поміч&lt;br /&gt;</w:t>
        <w:br/>
        <w:t>так гойно призволяють.&lt;br /&gt;</w:t>
        <w:br/>
        <w:t>Н е о ф і т — р а б&lt;br /&gt;</w:t>
        <w:br/>
        <w:t>Ой, та поміч!&lt;br /&gt;</w:t>
        <w:br/>
        <w:t>Вона мені вразила серце вкрай...&lt;br /&gt;</w:t>
        <w:br/>
        <w:t>Та глянь же ти на сю змарнілу жінку&lt;br /&gt;</w:t>
        <w:br/>
        <w:t>(вказує на Анціллодею),&lt;br /&gt;</w:t>
        <w:br/>
        <w:t>вона ж як тінь. А в мене ж молода,&lt;br /&gt;</w:t>
        <w:br/>
        <w:t>здоров'ям повна жінка; тільки син мій,&lt;br /&gt;</w:t>
        <w:br/>
        <w:t>як сирота, за покормом бідує, —&lt;br /&gt;</w:t>
        <w:br/>
        <w:t>чужій дитині долю заїдати&lt;br /&gt;</w:t>
        <w:br/>
        <w:t>або вмирати мусить, поки мати&lt;br /&gt;</w:t>
        <w:br/>
        <w:t>вином і втіхою панів частує.&lt;br /&gt;</w:t>
        <w:br/>
        <w:t>І я ще маю жебрати одежі&lt;br /&gt;</w:t>
        <w:br/>
        <w:t>отій своїй з біди гулящій жінці, —&lt;br /&gt;</w:t>
        <w:br/>
        <w:t>з рабів рабині шмаття назбираю,&lt;br /&gt;</w:t>
        <w:br/>
        <w:t>бо ніколи рукам здоровим прясти —&lt;br /&gt;</w:t>
        <w:br/>
        <w:t>немає часу, бо що день, то свято.&lt;br /&gt;</w:t>
        <w:br/>
        <w:t>Ти кажеш: гріх клясти й розпачувати,&lt;br /&gt;</w:t>
        <w:br/>
        <w:t>а се ж не гріх — голодних об'їдати&lt;br /&gt;</w:t>
        <w:br/>
        <w:t>і голих обдирати? І кого ж?&lt;br /&gt;</w:t>
        <w:br/>
        <w:t>Своїх братів, працівників, рабів...&lt;br /&gt;</w:t>
        <w:br/>
        <w:t>Д и я к о н&lt;br /&gt;</w:t>
        <w:br/>
        <w:t>У нас дають і вбогі і заможні.&lt;br /&gt;</w:t>
        <w:br/>
        <w:t>Н е о ф і т — р а б&lt;br /&gt;</w:t>
        <w:br/>
        <w:t>А, я забув, що можу взяти мила&lt;br /&gt;</w:t>
        <w:br/>
        <w:t>у брата-крамаря зовсім задурно,&lt;br /&gt;</w:t>
        <w:br/>
        <w:t>щоб трохи обхаючить рабські злидні,&lt;br /&gt;</w:t>
        <w:br/>
        <w:t>аби не так уже кололи очі&lt;br /&gt;</w:t>
        <w:br/>
        <w:t>у царстві божому братам багатим,&lt;br /&gt;</w:t>
        <w:br/>
        <w:t>а то ще прийде часом брат убогий&lt;br /&gt;</w:t>
        <w:br/>
        <w:t>на ту агапу раз на тиждень їсти&lt;br /&gt;</w:t>
        <w:br/>
        <w:t>та розпростре свої брудні верети&lt;br /&gt;</w:t>
        <w:br/>
        <w:t>на лаві поруч білої туніки&lt;br /&gt;</w:t>
        <w:br/>
        <w:t>і вишитої тоги.&lt;br /&gt;</w:t>
        <w:br/>
        <w:t>(До патриція).&lt;br /&gt;</w:t>
        <w:br/>
        <w:t>Ти подякуй&lt;br /&gt;</w:t>
        <w:br/>
        <w:t>свому товаришу за теє мило,&lt;br /&gt;</w:t>
        <w:br/>
        <w:t>бо, може, прийдеться умити ноги&lt;br /&gt;</w:t>
        <w:br/>
        <w:t>мені для християнського братання,&lt;br /&gt;</w:t>
        <w:br/>
        <w:t>то все ж таки вони чистіші будуть,&lt;br /&gt;</w:t>
        <w:br/>
        <w:t>як я їх дома трошки милом змию,&lt;br /&gt;</w:t>
        <w:br/>
        <w:t>пожалую ручок патриціанських.</w:t>
      </w:r>
    </w:p>
    <w:p>
      <w:r>
        <w:br/>
        <w:t>Патрицій спалахує, але стримується і тільки поглядає на єпископа.</w:t>
      </w:r>
    </w:p>
    <w:p>
      <w:r>
        <w:br/>
        <w:t>Є п и с к о п&lt;br /&gt;</w:t>
        <w:br/>
        <w:t>(ще тихим, здержаним голосом, але вже суворо)&lt;br /&gt;</w:t>
        <w:br/>
        <w:t>Який злий дух тобі обмарив серце?&lt;br /&gt;</w:t>
        <w:br/>
        <w:t>За віщо ти своїх братів картаєш&lt;br /&gt;</w:t>
        <w:br/>
        <w:t>їдкими та вразливими словами?&lt;br /&gt;</w:t>
        <w:br/>
        <w:t>Що ми тобі вчинили, що ти маєш&lt;br /&gt;</w:t>
        <w:br/>
        <w:t>супроти нас?&lt;br /&gt;</w:t>
        <w:br/>
        <w:t>Н е о ф і т — р а б&lt;br /&gt;</w:t>
        <w:br/>
        <w:t>Я маю жаль до вас,&lt;br /&gt;</w:t>
        <w:br/>
        <w:t>великий жаль. Я досі був рабом,&lt;br /&gt;</w:t>
        <w:br/>
        <w:t>невільником, запроданим в неволю,&lt;br /&gt;</w:t>
        <w:br/>
        <w:t>забраним силоміць, а ви тепера&lt;br /&gt;</w:t>
        <w:br/>
        <w:t>ще й жебраком мене зробити хтіли,&lt;br /&gt;</w:t>
        <w:br/>
        <w:t>щоб я по волі руку простягав&lt;br /&gt;</w:t>
        <w:br/>
        <w:t>по хліб ласкавий. Ви мені хотіли&lt;br /&gt;</w:t>
        <w:br/>
        <w:t>поверх ярма гіркого — ще й солодке,&lt;br /&gt;</w:t>
        <w:br/>
        <w:t>поверх важкого — легке наложити,&lt;br /&gt;</w:t>
        <w:br/>
        <w:t>і хочете, щоб я ще вам повірив,&lt;br /&gt;</w:t>
        <w:br/>
        <w:t>немов мені від того стане легше.&lt;br /&gt;</w:t>
        <w:br/>
        <w:t>Є п и с к о п&lt;br /&gt;</w:t>
        <w:br/>
        <w:t>Се ми тобі по щирості казали,&lt;br /&gt;</w:t>
        <w:br/>
        <w:t>по слову божому.&lt;br /&gt;</w:t>
        <w:br/>
        <w:t>Н е о ф і т — р а б&lt;br /&gt;</w:t>
        <w:br/>
        <w:t>А я не вірю&lt;br /&gt;</w:t>
        <w:br/>
        <w:t>ні в щирість вашу, ні в такі слова.&lt;br /&gt;</w:t>
        <w:br/>
        <w:t>Якби ви щиро помогти хотіли —&lt;br /&gt;</w:t>
        <w:br/>
        <w:t>он маєте на олтарі срібло&lt;br /&gt;</w:t>
        <w:br/>
        <w:t>і золото — замість отих агап&lt;br /&gt;</w:t>
        <w:br/>
        <w:t>могли б рабів з неволі викупляти.&lt;br /&gt;</w:t>
        <w:br/>
        <w:t>(До патриція).&lt;br /&gt;</w:t>
        <w:br/>
        <w:t>Ти, пане, міг би відпустити й дурно,&lt;br /&gt;</w:t>
        <w:br/>
        <w:t>а ми б уже самі собі дістали&lt;br /&gt;</w:t>
        <w:br/>
        <w:t>одежі й хліба.&lt;br /&gt;</w:t>
        <w:br/>
        <w:t>Є п и с к о п&lt;br /&gt;</w:t>
        <w:br/>
        <w:t>Хто такі ми,&lt;br /&gt;</w:t>
        <w:br/>
        <w:t>щоб волю божу одміняти мали,&lt;br /&gt;</w:t>
        <w:br/>
        <w:t>кому рабом, кому з нас вільним бути?&lt;br /&gt;</w:t>
        <w:br/>
        <w:t>Про що ти дбаєш? "Не єдиним хлібом&lt;br /&gt;</w:t>
        <w:br/>
        <w:t>живе людина, але й кожним словом,&lt;br /&gt;</w:t>
        <w:br/>
        <w:t>що з божих уст виходить".&lt;br /&gt;</w:t>
        <w:br/>
        <w:t>Н е о ф і т — р а б&lt;br /&gt;</w:t>
        <w:br/>
        <w:t>Ні, їй мало&lt;br /&gt;</w:t>
        <w:br/>
        <w:t>самого хліба й слів, їй треба волі,&lt;br /&gt;</w:t>
        <w:br/>
        <w:t>інакше буде нидіти, не жити.&lt;br /&gt;</w:t>
        <w:br/>
        <w:t>За те ж я маю жаль до вас великий,&lt;br /&gt;</w:t>
        <w:br/>
        <w:t>що ви мені замість того життя&lt;br /&gt;</w:t>
        <w:br/>
        <w:t>обітованого у вічнім царстві божім&lt;br /&gt;</w:t>
        <w:br/>
        <w:t>даєте страву, одіж та слова.&lt;br /&gt;</w:t>
        <w:br/>
        <w:t>Є п и с к о п&lt;br /&gt;</w:t>
        <w:br/>
        <w:t>Не всі слова однакові, мій брате,&lt;br /&gt;</w:t>
        <w:br/>
        <w:t>слова господні більш рятують душу,&lt;br /&gt;</w:t>
        <w:br/>
        <w:t>ніж людські всі діла.&lt;br /&gt;</w:t>
        <w:br/>
        <w:t>Н е о ф і т — р а б&lt;br /&gt;</w:t>
        <w:br/>
        <w:t>Які ж слова?&lt;br /&gt;</w:t>
        <w:br/>
        <w:t>"Терпливість і покора", — тільки й чув я&lt;br /&gt;</w:t>
        <w:br/>
        <w:t>від вас сьогодні. Та невже вони&lt;br /&gt;</w:t>
        <w:br/>
        <w:t>рятують людські душі? Та невже&lt;br /&gt;</w:t>
        <w:br/>
        <w:t>за них ідуть на хрест, на наглу страту&lt;br /&gt;</w:t>
        <w:br/>
        <w:t>і на поталу звірам християни?&lt;br /&gt;</w:t>
        <w:br/>
        <w:t>Є п и с к о п&lt;br /&gt;</w:t>
        <w:br/>
        <w:t>Вони ідуть за те велике слово,&lt;br /&gt;</w:t>
        <w:br/>
        <w:t>якого всім словам людським несила&lt;br /&gt;</w:t>
        <w:br/>
        <w:t>достоту розказати.&lt;br /&gt;</w:t>
        <w:br/>
        <w:t>Н е о ф і т — р а б&lt;br /&gt;</w:t>
        <w:br/>
        <w:t>Що за слово?&lt;br /&gt;</w:t>
        <w:br/>
        <w:t>Є п и с к о п&lt;br /&gt;</w:t>
        <w:br/>
        <w:t>Те слово — бог. Він альфа і омега,&lt;br /&gt;</w:t>
        <w:br/>
        <w:t>початок і кінець. Ним все настало&lt;br /&gt;</w:t>
        <w:br/>
        <w:t>і ним усе живе, і більш немає&lt;br /&gt;</w:t>
        <w:br/>
        <w:t>богів на світі, окрім сього бога,&lt;br /&gt;</w:t>
        <w:br/>
        <w:t>він є і слово, й сила, і життя.&lt;br /&gt;</w:t>
        <w:br/>
        <w:t>А всі оті, що звалися богами&lt;br /&gt;</w:t>
        <w:br/>
        <w:t>в поганськім світі, — ідоли бездушні&lt;br /&gt;</w:t>
        <w:br/>
        <w:t>або злі духи, слуги князя тьми.&lt;br /&gt;</w:t>
        <w:br/>
        <w:t>І се за те нас мучать, розпинають,&lt;br /&gt;</w:t>
        <w:br/>
        <w:t>що ми не хочем ідолам служить&lt;br /&gt;</w:t>
        <w:br/>
        <w:t>і князя тьми признати нашим богом,&lt;br /&gt;</w:t>
        <w:br/>
        <w:t>бо ходимо не в темряві, а в світлі.&lt;br /&gt;</w:t>
        <w:br/>
        <w:t>Н е о ф і т — р а б&lt;br /&gt;</w:t>
        <w:br/>
        <w:t>(палко підхоплює слова єпископа)&lt;br /&gt;</w:t>
        <w:br/>
        <w:t>"Бо ходите не в темряві, а в світлі",&lt;br /&gt;</w:t>
        <w:br/>
        <w:t>то й скинули терпливість і покору,&lt;br /&gt;</w:t>
        <w:br/>
        <w:t>як маску міма, геть з свого обличчя,&lt;br /&gt;</w:t>
        <w:br/>
        <w:t>не хочете служити і коритись&lt;br /&gt;</w:t>
        <w:br/>
        <w:t>тому, чиєї влади ваші душі&lt;br /&gt;</w:t>
        <w:br/>
        <w:t>признати більш не можуть, проти кого&lt;br /&gt;</w:t>
        <w:br/>
        <w:t>боротись вам велить сумління ваше!&lt;br /&gt;</w:t>
        <w:br/>
        <w:t>Чи так я зрозумів тебе, мій отче?&lt;br /&gt;</w:t>
        <w:br/>
        <w:t>Є п и с к о п&lt;br /&gt;</w:t>
        <w:br/>
        <w:t>Так, лиш одно додати мушу я:&lt;br /&gt;</w:t>
        <w:br/>
        <w:t>ми боремось в терпливості й покорі.&lt;br /&gt;</w:t>
        <w:br/>
        <w:t>Н е о ф і т — р а б&lt;br /&gt;</w:t>
        <w:br/>
        <w:t>(у палим голосом)&lt;br /&gt;</w:t>
        <w:br/>
        <w:t>І знов нічого я не розумію:&lt;br /&gt;</w:t>
        <w:br/>
        <w:t>боротися в покорі. Що се значить?&lt;br /&gt;</w:t>
        <w:br/>
        <w:t>Є п и с к о п&lt;br /&gt;</w:t>
        <w:br/>
        <w:t>Ми боремося з духом, не з людьми.&lt;br /&gt;</w:t>
        <w:br/>
        <w:t>Ми платимо покірно всі податки,&lt;br /&gt;</w:t>
        <w:br/>
        <w:t>ми кесаря шануємо і владу,&lt;br /&gt;</w:t>
        <w:br/>
        <w:t>не повстаєм ні словом, ані ділом&lt;br /&gt;</w:t>
        <w:br/>
        <w:t>супроти них, а тільки князю тьми&lt;br /&gt;</w:t>
        <w:br/>
        <w:t>ні жертви, ні поклонів не даємо.&lt;br /&gt;</w:t>
        <w:br/>
        <w:t>Н е о ф і т — р а б&lt;br /&gt;</w:t>
        <w:br/>
        <w:t>А хто ж такі той кесар, тая влада?&lt;br /&gt;</w:t>
        <w:br/>
        <w:t>Хіба ж вони не слуги слуг того,&lt;br /&gt;</w:t>
        <w:br/>
        <w:t>кого ви князем темряви назвали?&lt;br /&gt;</w:t>
        <w:br/>
        <w:t>Є п и с к о п&lt;br /&gt;</w:t>
        <w:br/>
        <w:t>В той час, як служать ідолам, а в інший —&lt;br /&gt;</w:t>
        <w:br/>
        <w:t>вони начальники, від бога дані.&lt;br /&gt;</w:t>
        <w:br/>
        <w:t>Н е о ф і т — р а б&lt;br /&gt;</w:t>
        <w:br/>
        <w:t>Від бога? Від якого?&lt;br /&gt;</w:t>
        <w:br/>
        <w:t>Є п и с к о п&lt;br /&gt;</w:t>
        <w:br/>
        <w:t>Бог єдиний&lt;br /&gt;</w:t>
        <w:br/>
        <w:t>на світі є: бог Слово, бог Любов.&lt;br /&gt;</w:t>
        <w:br/>
        <w:t>Бог триєдиний: Батько, Син і Дух.&lt;br /&gt;</w:t>
        <w:br/>
        <w:t>Н е о ф і т — р а б&lt;br /&gt;</w:t>
        <w:br/>
        <w:t>То се він дав і кесаря, і владу&lt;br /&gt;</w:t>
        <w:br/>
        <w:t>преторіанську та патриціанську,&lt;br /&gt;</w:t>
        <w:br/>
        <w:t>і владу над рабами багачів?&lt;br /&gt;</w:t>
        <w:br/>
        <w:t>Є п и с к о п&lt;br /&gt;</w:t>
        <w:br/>
        <w:t>"Нема на світі влади, окрім тої,&lt;br /&gt;</w:t>
        <w:br/>
        <w:t>що йде від бога". Бог є цар і пан&lt;br /&gt;</w:t>
        <w:br/>
        <w:t>над усіма владиками земними,&lt;br /&gt;</w:t>
        <w:br/>
        <w:t>вони в його руці, і він помститься&lt;br /&gt;</w:t>
        <w:br/>
        <w:t>над ними за неправду, а не ми.&lt;br /&gt;</w:t>
        <w:br/>
        <w:t>"Мені належить помста", — каже Вічний.&lt;br /&gt;</w:t>
        <w:br/>
        <w:t>Н е о ф і т — р а б&lt;br /&gt;</w:t>
        <w:br/>
        <w:t>Коли ж та помста?&lt;br /&gt;</w:t>
        <w:br/>
        <w:t>Є п и с к о п&lt;br /&gt;</w:t>
        <w:br/>
        <w:t>Хто збагнути може шляхи господні?&lt;br /&gt;</w:t>
        <w:br/>
        <w:t>Н е о ф і т — р а б&lt;br /&gt;</w:t>
        <w:br/>
        <w:t>Може, аж тоді,&lt;br /&gt;</w:t>
        <w:br/>
        <w:t>як царство боже стане по всім світі,&lt;br /&gt;</w:t>
        <w:br/>
        <w:t>коли Христос на землю вдруге прийде?&lt;br /&gt;</w:t>
        <w:br/>
        <w:t>Є п и с к о п&lt;br /&gt;</w:t>
        <w:br/>
        <w:t>Тоді напевне буде божий суд.&lt;br /&gt;</w:t>
        <w:br/>
        <w:t>Н е о ф і т — р а б&lt;br /&gt;</w:t>
        <w:br/>
        <w:t>А потім що?&lt;br /&gt;</w:t>
        <w:br/>
        <w:t>Є п и с к о п&lt;br /&gt;</w:t>
        <w:br/>
        <w:t>Одна отара буде,&lt;br /&gt;</w:t>
        <w:br/>
        <w:t>єдиний пастир.&lt;br /&gt;</w:t>
        <w:br/>
        <w:t>Н е о ф і т — р а б&lt;br /&gt;</w:t>
        <w:br/>
        <w:t>А при нім не буде&lt;br /&gt;</w:t>
        <w:br/>
        <w:t>помічників, намісників господніх,&lt;br /&gt;</w:t>
        <w:br/>
        <w:t>ніяких тих начальників над нами?&lt;br /&gt;</w:t>
        <w:br/>
        <w:t>І вже тоді не будуть більше люди&lt;br /&gt;</w:t>
        <w:br/>
        <w:t>у думці вільні, а в житті раби?&lt;br /&gt;</w:t>
        <w:br/>
        <w:t>Є п и с к о п&lt;br /&gt;</w:t>
        <w:br/>
        <w:t>Не знаю, сього слова нам не дано&lt;br /&gt;</w:t>
        <w:br/>
        <w:t>від господа Христа й його посланців.&lt;br /&gt;</w:t>
        <w:br/>
        <w:t>Н е о ф і т — р а б&lt;br /&gt;</w:t>
        <w:br/>
        <w:t>Отак?.. Про мене ж, хай воно й ніколи,&lt;br /&gt;</w:t>
        <w:br/>
        <w:t>те царство боже, не приходить!&lt;br /&gt;</w:t>
        <w:br/>
        <w:t>С т а р и й р а б&lt;br /&gt;</w:t>
        <w:br/>
        <w:t>(з невимовним жахом)&lt;br /&gt;</w:t>
        <w:br/>
        <w:t>Боже!&lt;br /&gt;</w:t>
        <w:br/>
        <w:t>Рятуй нас від гріха! Що він говорить?</w:t>
      </w:r>
    </w:p>
    <w:p>
      <w:r>
        <w:br/>
        <w:t>Вся громада християнська гомонить; окремих слів не чутно, але гамір, як хвиля, росте, наповняє крипту і луною розкочується по темних переходах катакомб.</w:t>
      </w:r>
    </w:p>
    <w:p>
      <w:r>
        <w:br/>
        <w:t>Є п и с к о п&lt;br /&gt;</w:t>
        <w:br/>
        <w:t>(підіймає руку вгору. Дужим голосом)&lt;br /&gt;</w:t>
        <w:br/>
        <w:t>Мир, браття, вам!&lt;br /&gt;</w:t>
        <w:br/>
        <w:t>(До неофіта-раба).&lt;br /&gt;</w:t>
        <w:br/>
        <w:t>Покайся, нечестивий!&lt;br /&gt;</w:t>
        <w:br/>
        <w:t>візьми назад слова ті необачні,&lt;br /&gt;</w:t>
        <w:br/>
        <w:t>бо гірш тобі на тому світі буде,&lt;br /&gt;</w:t>
        <w:br/>
        <w:t>аніж на сьому. Хто на сьому світі&lt;br /&gt;</w:t>
        <w:br/>
        <w:t>не хоче царства божого вбачати,&lt;br /&gt;</w:t>
        <w:br/>
        <w:t>той втратить і небесне царство боже&lt;br /&gt;</w:t>
        <w:br/>
        <w:t>і буде вергнутий в геєну люту,&lt;br /&gt;</w:t>
        <w:br/>
        <w:t>де пломінь невгасимий, плач і скрегіт&lt;br /&gt;</w:t>
        <w:br/>
        <w:t>і де робак довіку точить серце.&lt;br /&gt;</w:t>
        <w:br/>
        <w:t>Н е о ф і т — р а б&lt;br /&gt;</w:t>
        <w:br/>
        <w:t>(палко)&lt;br /&gt;</w:t>
        <w:br/>
        <w:t>Ні, не покаюсь. Ти, старий, даремне&lt;br /&gt;</w:t>
        <w:br/>
        <w:t>мене геєною лякаєш. Маю&lt;br /&gt;</w:t>
        <w:br/>
        <w:t>геєну ту щодня і щогодини,&lt;br /&gt;</w:t>
        <w:br/>
        <w:t>навколо себе чую плач і скрегіт,&lt;br /&gt;</w:t>
        <w:br/>
        <w:t>щодня мені робак той точить серце.&lt;br /&gt;</w:t>
        <w:br/>
        <w:t>То ж він мене привів сюди до вас&lt;br /&gt;</w:t>
        <w:br/>
        <w:t>шукати правди, волі і надії.&lt;br /&gt;</w:t>
        <w:br/>
        <w:t>А що я в вас найшов? Слова облудні&lt;br /&gt;</w:t>
        <w:br/>
        <w:t>і марну мрію про небесне царство&lt;br /&gt;</w:t>
        <w:br/>
        <w:t>та про царя єдиного в трьох лицях,&lt;br /&gt;</w:t>
        <w:br/>
        <w:t>що над панами нашими панує,&lt;br /&gt;</w:t>
        <w:br/>
        <w:t>а їм дає над нами панувати&lt;br /&gt;</w:t>
        <w:br/>
        <w:t>від першого до другого пришестя,&lt;br /&gt;</w:t>
        <w:br/>
        <w:t>а може, й далі. Може ж, і по смерті&lt;br /&gt;</w:t>
        <w:br/>
        <w:t>у тім небеснім вашім царстві божім&lt;br /&gt;</w:t>
        <w:br/>
        <w:t>довіку буде так, як тут до часу, —&lt;br /&gt;</w:t>
        <w:br/>
        <w:t>безплотні душі ваші будуть вічно&lt;br /&gt;</w:t>
        <w:br/>
        <w:t>терпіти і "боротися в покорі".&lt;br /&gt;</w:t>
        <w:br/>
        <w:t>Сей рабський дух&lt;br /&gt;</w:t>
        <w:br/>
        <w:t>(на старого раба)&lt;br /&gt;</w:t>
        <w:br/>
        <w:t>і там служити буде&lt;br /&gt;</w:t>
        <w:br/>
        <w:t>не тільки зо страху, а й по сумлінню&lt;br /&gt;</w:t>
        <w:br/>
        <w:t>душі патриціанській можновладній,&lt;br /&gt;</w:t>
        <w:br/>
        <w:t>сей&lt;br /&gt;</w:t>
        <w:br/>
        <w:t>(на крамаря)&lt;br /&gt;</w:t>
        <w:br/>
        <w:t>буде важити добро і зло&lt;br /&gt;</w:t>
        <w:br/>
        <w:t>і чистоту по часточках вділяти,&lt;br /&gt;</w:t>
        <w:br/>
        <w:t>сей&lt;br /&gt;</w:t>
        <w:br/>
        <w:t>(на диякона)&lt;br /&gt;</w:t>
        <w:br/>
        <w:t>раз на тиждень буде роздавати&lt;br /&gt;</w:t>
        <w:br/>
        <w:t>духовну страву отакій голоті,&lt;br /&gt;</w:t>
        <w:br/>
        <w:t>як хоч би й я, а ми вже, злидарі,&lt;br /&gt;</w:t>
        <w:br/>
        <w:t>стоятимем тихенько та покірно,&lt;br /&gt;</w:t>
        <w:br/>
        <w:t>немов старці перед багатим паном,&lt;br /&gt;</w:t>
        <w:br/>
        <w:t>ждучи, який нам знак подасть єпископ,&lt;br /&gt;</w:t>
        <w:br/>
        <w:t>чи він хоч слово мовити дозволить,&lt;br /&gt;</w:t>
        <w:br/>
        <w:t>а може, нам звелить співати гімни&lt;br /&gt;</w:t>
        <w:br/>
        <w:t>єдиному цареві всіх царів&lt;br /&gt;</w:t>
        <w:br/>
        <w:t>і панові усіх рабів небесних.&lt;br /&gt;</w:t>
        <w:br/>
        <w:t>Ні, далебі, не знаю, чи не краще&lt;br /&gt;</w:t>
        <w:br/>
        <w:t>було б мені в самій геєні вічній,&lt;br /&gt;</w:t>
        <w:br/>
        <w:t>ніж у такому рабстві безнадійнім,&lt;br /&gt;</w:t>
        <w:br/>
        <w:t>з якого й смерть вже визволить не може.&lt;br /&gt;</w:t>
        <w:br/>
        <w:t>Є п и с к о п&lt;br /&gt;</w:t>
        <w:br/>
        <w:t>(що вже скільки раз намагався перервати ту мову&lt;br /&gt;</w:t>
        <w:br/>
        <w:t>і стукав патерицею об землю, гнівним&lt;br /&gt;</w:t>
        <w:br/>
        <w:t>і грізним голосом покриває слова неофіта-раба)&lt;br /&gt;</w:t>
        <w:br/>
        <w:t>Геть, відійди від мене, сине тьми!&lt;br /&gt;</w:t>
        <w:br/>
        <w:t>Лиши сей збір! Чого сюди прийшов&lt;br /&gt;</w:t>
        <w:br/>
        <w:t>бентежити святу громаду нашу?&lt;br /&gt;</w:t>
        <w:br/>
        <w:t>Нащадку злий єхидни, скрийся в нору,&lt;br /&gt;</w:t>
        <w:br/>
        <w:t>з якої виліз на погибель душам!&lt;br /&gt;</w:t>
        <w:br/>
        <w:t>Н е о ф і т — р а б&lt;br /&gt;</w:t>
        <w:br/>
        <w:t>Ні, ти мене не смієш проганяти,&lt;br /&gt;</w:t>
        <w:br/>
        <w:t>бо я сюди прийшов по твому слову,&lt;br /&gt;</w:t>
        <w:br/>
        <w:t>повіривши обітниці лукавій,&lt;br /&gt;</w:t>
        <w:br/>
        <w:t>немовби тут знайду любов, і спокій,&lt;br /&gt;</w:t>
        <w:br/>
        <w:t>і вічнеє життя. А ви забрали&lt;br /&gt;</w:t>
        <w:br/>
        <w:t>остатній спокій і любов остатню&lt;br /&gt;</w:t>
        <w:br/>
        <w:t>навіки отруїли, і тепер&lt;br /&gt;</w:t>
        <w:br/>
        <w:t>душа моя вмирає. Я не знав,&lt;br /&gt;</w:t>
        <w:br/>
        <w:t>що значить гріх, я тільки знав нещастя, —&lt;br /&gt;</w:t>
        <w:br/>
        <w:t>а ви мене навчили, що то гріх&lt;br /&gt;</w:t>
        <w:br/>
        <w:t>і нечесть перед богом. Я був певний,&lt;br /&gt;</w:t>
        <w:br/>
        <w:t>що смертю покінчаються всі муки, —&lt;br /&gt;</w:t>
        <w:br/>
        <w:t>а ви мені відкрили ціле пекло&lt;br /&gt;</w:t>
        <w:br/>
        <w:t>в просторі вічності за гріх найменший.&lt;br /&gt;</w:t>
        <w:br/>
        <w:t>Так мусите ж ви дати оборону&lt;br /&gt;</w:t>
        <w:br/>
        <w:t>від безлічі гріхів отих пекельних.&lt;br /&gt;</w:t>
        <w:br/>
        <w:t>Учили ви мене любити ближніх,&lt;br /&gt;</w:t>
        <w:br/>
        <w:t>так научіть мене їх боронити,&lt;br /&gt;</w:t>
        <w:br/>
        <w:t>а не дивитись, опустивши руки,&lt;br /&gt;</w:t>
        <w:br/>
        <w:t>як в рабстві тяжкім браття погибають.&lt;br /&gt;</w:t>
        <w:br/>
        <w:t>Все ваше милосердя, наче латка&lt;br /&gt;</w:t>
        <w:br/>
        <w:t>на ветоші злиденного життя,&lt;br /&gt;</w:t>
        <w:br/>
        <w:t>і тільки гірше злидні виявляє.&lt;br /&gt;</w:t>
        <w:br/>
        <w:t>Чи молоко чужої жінки дасть&lt;br /&gt;</w:t>
        <w:br/>
        <w:t>моїй дитині ніжність материнську?&lt;br /&gt;</w:t>
        <w:br/>
        <w:t>Чи верне чиста одіж чистоту&lt;br /&gt;</w:t>
        <w:br/>
        <w:t>моїй щодня плямованій дружині?&lt;br /&gt;</w:t>
        <w:br/>
        <w:t>Чи я забуду серед ваших зборів&lt;br /&gt;</w:t>
        <w:br/>
        <w:t>мою сумну, зганьбовану оселю?&lt;br /&gt;</w:t>
        <w:br/>
        <w:t>Не хліба хочу я, не слова прагну, —&lt;br /&gt;</w:t>
        <w:br/>
        <w:t>любові чистої, без плям бажаю,&lt;br /&gt;</w:t>
        <w:br/>
        <w:t>без заздрощів, без сумнівів нечистих,&lt;br /&gt;</w:t>
        <w:br/>
        <w:t>до ясної надії пориваюсь,&lt;br /&gt;</w:t>
        <w:br/>
        <w:t>що я хоч здалека побачу волю,&lt;br /&gt;</w:t>
        <w:br/>
        <w:t>що хоч мій син, онук, найдальший правнук&lt;br /&gt;</w:t>
        <w:br/>
        <w:t>такого часу діжде, як і слово,&lt;br /&gt;</w:t>
        <w:br/>
        <w:t>ганебне слово "раб" із світу зникне;&lt;br /&gt;</w:t>
        <w:br/>
        <w:t>жадаю віри в ту святую силу,&lt;br /&gt;</w:t>
        <w:br/>
        <w:t>що розум просвітить у найтемніших&lt;br /&gt;</w:t>
        <w:br/>
        <w:t>і всіх людей збере в громаду вільну&lt;br /&gt;</w:t>
        <w:br/>
        <w:t>без пастиря-дозорця і без пана,&lt;br /&gt;</w:t>
        <w:br/>
        <w:t>а не в отару з пастухом свавільним&lt;br /&gt;</w:t>
        <w:br/>
        <w:t>та з лютими собаками, тремтячу&lt;br /&gt;</w:t>
        <w:br/>
        <w:t>від голосу вовків, левів, шакалів,&lt;br /&gt;</w:t>
        <w:br/>
        <w:t>гієн, лисиць і всякого хижацтва.&lt;br /&gt;</w:t>
        <w:br/>
        <w:t>Не я один духовну спрагу маю,&lt;br /&gt;</w:t>
        <w:br/>
        <w:t>не я один так серцем голодую,&lt;br /&gt;</w:t>
        <w:br/>
        <w:t>багато нас таких. Мені казав&lt;br /&gt;</w:t>
        <w:br/>
        <w:t>один товариш-раб, що десь над Тібром,&lt;br /&gt;</w:t>
        <w:br/>
        <w:t>як перейти отруєну Маремму*,&lt;br /&gt;</w:t>
        <w:br/>
        <w:t>є табір потайний рабів-повстанців.&lt;br /&gt;</w:t>
        <w:br/>
        <w:t>Утомлені своїм довічним рабством,&lt;br /&gt;</w:t>
        <w:br/>
        <w:t>вони гадають розірвати пута&lt;br /&gt;</w:t>
        <w:br/>
        <w:t>і скинути ярмо з своєї шиї.</w:t>
      </w:r>
    </w:p>
    <w:p>
      <w:r>
        <w:br/>
        <w:t>* Маремма — низина, заболочена місцевість на&lt;br /&gt;</w:t>
        <w:br/>
        <w:t>заході Апеннінського півострова; її звуть отруйною&lt;br /&gt;</w:t>
        <w:br/>
        <w:t>через багнисті випари.</w:t>
      </w:r>
    </w:p>
    <w:p>
      <w:r>
        <w:br/>
        <w:t>П а т р и ц і й&lt;br /&gt;</w:t>
        <w:br/>
        <w:t>Ти думаєш, вони надовго скинуть?&lt;br /&gt;</w:t>
        <w:br/>
        <w:t>Н е о ф і т — р а б&lt;br /&gt;</w:t>
        <w:br/>
        <w:t>Хоч би на мить, і то вже варто труду!&lt;br /&gt;</w:t>
        <w:br/>
        <w:t>Я сподівався на довічну волю&lt;br /&gt;</w:t>
        <w:br/>
        <w:t>в громаді вашій, але ви й на мить&lt;br /&gt;</w:t>
        <w:br/>
        <w:t>"солодкого ярма" не здатні скинуть.&lt;br /&gt;</w:t>
        <w:br/>
        <w:t>Так чи не краще залишити мрії&lt;br /&gt;</w:t>
        <w:br/>
        <w:t>про вічне і піти на часове,&lt;br /&gt;</w:t>
        <w:br/>
        <w:t>замість агап на оргію криваву?&lt;br /&gt;</w:t>
        <w:br/>
        <w:t>П а т р и ц і й&lt;br /&gt;</w:t>
        <w:br/>
        <w:t>Скажи — на хрест і на ганебну страту.&lt;br /&gt;</w:t>
        <w:br/>
        <w:t>Н е о ф і т — р а б&lt;br /&gt;</w:t>
        <w:br/>
        <w:t>Ей, християнине, з якого часу&lt;br /&gt;</w:t>
        <w:br/>
        <w:t>у вас ганебною зоветься страта?&lt;br /&gt;</w:t>
        <w:br/>
        <w:t>Невже се ви жахаєте хрестом?&lt;br /&gt;</w:t>
        <w:br/>
        <w:t>Адже Месія ваш не посоромивсь&lt;br /&gt;</w:t>
        <w:br/>
        <w:t>укупі з розбишаками конати&lt;br /&gt;</w:t>
        <w:br/>
        <w:t>на тім хресті.&lt;br /&gt;</w:t>
        <w:br/>
        <w:t>Є п и с к о п&lt;br /&gt;</w:t>
        <w:br/>
        <w:t>Він освятив хреста,&lt;br /&gt;</w:t>
        <w:br/>
        <w:t>а не розбійники. Він врятував їх,&lt;br /&gt;</w:t>
        <w:br/>
        <w:t>а не вони його.&lt;br /&gt;</w:t>
        <w:br/>
        <w:t>Н е о ф і т — р а б&lt;br /&gt;</w:t>
        <w:br/>
        <w:t>Овва! Невже?&lt;br /&gt;</w:t>
        <w:br/>
        <w:t>А може б, він не царював на небі,&lt;br /&gt;</w:t>
        <w:br/>
        <w:t>не панував над душами людськими,&lt;br /&gt;</w:t>
        <w:br/>
        <w:t>якби не проливалась тая кров&lt;br /&gt;</w:t>
        <w:br/>
        <w:t>розбійників, повстанців, непокірних&lt;br /&gt;</w:t>
        <w:br/>
        <w:t>на пострах всім рабам і "простим духом",&lt;br /&gt;</w:t>
        <w:br/>
        <w:t>бо, може, "терпеливість і покора"&lt;br /&gt;</w:t>
        <w:br/>
        <w:t>давно б полинули з землі на безвість,&lt;br /&gt;</w:t>
        <w:br/>
        <w:t>якби мара прибитих на хрестах&lt;br /&gt;</w:t>
        <w:br/>
        <w:t>кривавих розбишак нас не лякала&lt;br /&gt;</w:t>
        <w:br/>
        <w:t>погрозою даремного сконання.&lt;br /&gt;</w:t>
        <w:br/>
        <w:t>М о л о д и й х р и с т и я н и н&lt;br /&gt;</w:t>
        <w:br/>
        <w:t>Терплячих і покірних не лякає&lt;br /&gt;</w:t>
        <w:br/>
        <w:t>смерть на хресті за того, хто прийняв&lt;br /&gt;</w:t>
        <w:br/>
        <w:t>за всіх нас муки хресні.&lt;br /&gt;</w:t>
        <w:br/>
        <w:t>Н е о ф і т — р а б&lt;br /&gt;</w:t>
        <w:br/>
        <w:t>Так на те&lt;br /&gt;</w:t>
        <w:br/>
        <w:t>він їх прийняв, щоб ми їх знов приймали?&lt;br /&gt;</w:t>
        <w:br/>
        <w:t>То де ж він, той рятунок, в чім той викуп&lt;br /&gt;</w:t>
        <w:br/>
        <w:t>гріхів усього світу, як ізнов&lt;br /&gt;</w:t>
        <w:br/>
        <w:t>щодня криваві викупи даються?&lt;br /&gt;</w:t>
        <w:br/>
        <w:t>Є п и с к о п&lt;br /&gt;</w:t>
        <w:br/>
        <w:t>Той викуп там, на небі. Наше царство&lt;br /&gt;</w:t>
        <w:br/>
        <w:t>не сього світу. Хай тіла вмирають,&lt;br /&gt;</w:t>
        <w:br/>
        <w:t>аби повік жили блаженні душі.&lt;br /&gt;</w:t>
        <w:br/>
        <w:t>Христос віддав і плоть, і кров свою&lt;br /&gt;</w:t>
        <w:br/>
        <w:t>в поживу вірним, а такі ледачі&lt;br /&gt;</w:t>
        <w:br/>
        <w:t>раби лукаві, як ось ти, марнують&lt;br /&gt;</w:t>
        <w:br/>
        <w:t>святий той дар, і він даремне гине.&lt;br /&gt;</w:t>
        <w:br/>
        <w:t>Н е о ф і т — р а б&lt;br /&gt;</w:t>
        <w:br/>
        <w:t>А мало нас погинуло даремне,&lt;br /&gt;</w:t>
        <w:br/>
        <w:t>кривавих жертв усім богам неправим,&lt;br /&gt;</w:t>
        <w:br/>
        <w:t>та гине й досі за того царя,&lt;br /&gt;</w:t>
        <w:br/>
        <w:t>що, кажеш ти, на рабство осудив нас?&lt;br /&gt;</w:t>
        <w:br/>
        <w:t>Хто зміряв шлях, обставлений хрестами,&lt;br /&gt;</w:t>
        <w:br/>
        <w:t>що ми, раби, одвіку перейшли?&lt;br /&gt;</w:t>
        <w:br/>
        <w:t>Хто зважив кров, що досі ще не впала&lt;br /&gt;</w:t>
        <w:br/>
        <w:t>на голову катів, а все тяжить&lt;br /&gt;</w:t>
        <w:br/>
        <w:t>на дітях тих замучених героїв?&lt;br /&gt;</w:t>
        <w:br/>
        <w:t>По тій крові, немов по багряниці,&lt;br /&gt;</w:t>
        <w:br/>
        <w:t>простеленій для кесарських тріумфів,&lt;br /&gt;</w:t>
        <w:br/>
        <w:t>пройшла богів фаланга незчисленна&lt;br /&gt;</w:t>
        <w:br/>
        <w:t>з землі на небо. Доки буде слатись&lt;br /&gt;</w:t>
        <w:br/>
        <w:t>під ноги їм, тиранам безтілесним,&lt;br /&gt;</w:t>
        <w:br/>
        <w:t>богам безкровним, неживим примарам,&lt;br /&gt;</w:t>
        <w:br/>
        <w:t>живої крові дорога порфіра?&lt;br /&gt;</w:t>
        <w:br/>
        <w:t>Своєї крові я не дам ні краплі&lt;br /&gt;</w:t>
        <w:br/>
        <w:t>за кров Христову. Якщо тільки правда,&lt;br /&gt;</w:t>
        <w:br/>
        <w:t>що він є бог, нехай хоч раз проллється&lt;br /&gt;</w:t>
        <w:br/>
        <w:t>даремне божа кров і за людей.&lt;br /&gt;</w:t>
        <w:br/>
        <w:t>Мені дарма, чи бог один на небі,&lt;br /&gt;</w:t>
        <w:br/>
        <w:t>чи три, чи триста, хоч і міріади.&lt;br /&gt;</w:t>
        <w:br/>
        <w:t>За жодного не хочу помирать:&lt;br /&gt;</w:t>
        <w:br/>
        <w:t>ні за царя в незнаному едемі,&lt;br /&gt;</w:t>
        <w:br/>
        <w:t>ні за тиранів на горі Олімпі,&lt;br /&gt;</w:t>
        <w:br/>
        <w:t>нікому з них не буду я рабом,&lt;br /&gt;</w:t>
        <w:br/>
        <w:t>доволі з мене рабства на сім світі!&lt;br /&gt;</w:t>
        <w:br/>
        <w:t>Я честь віддам титану Прометею,&lt;br /&gt;</w:t>
        <w:br/>
        <w:t>що не творив своїх людей рабами,&lt;br /&gt;</w:t>
        <w:br/>
        <w:t>що просвітив не словом, а вогнем,&lt;br /&gt;</w:t>
        <w:br/>
        <w:t>боровся не в покорі, а завзято,&lt;br /&gt;</w:t>
        <w:br/>
        <w:t>і мучився не три дні, а без ліку,&lt;br /&gt;</w:t>
        <w:br/>
        <w:t>та не назвав свого тирана батьком,&lt;br /&gt;</w:t>
        <w:br/>
        <w:t>а деспотом всесвітнім, і прокляв,&lt;br /&gt;</w:t>
        <w:br/>
        <w:t>віщуючи усім богам погибель.&lt;br /&gt;</w:t>
        <w:br/>
        <w:t>Я вслід його піду. Коли загину,&lt;br /&gt;</w:t>
        <w:br/>
        <w:t>то не за нього — він не хоче жертви, —&lt;br /&gt;</w:t>
        <w:br/>
        <w:t>але за те, за що і він страждав.&lt;br /&gt;</w:t>
        <w:br/>
        <w:t>Нехай нікого хрест мій не лякає,&lt;br /&gt;</w:t>
        <w:br/>
        <w:t>бо як почую я в своєму серці&lt;br /&gt;</w:t>
        <w:br/>
        <w:t>святий вогонь і хоч на час, на мить&lt;br /&gt;</w:t>
        <w:br/>
        <w:t>здолаю жити не рабом злиденним,&lt;br /&gt;</w:t>
        <w:br/>
        <w:t>а вільним, непідвладним, богорівним,&lt;br /&gt;</w:t>
        <w:br/>
        <w:t>то я щасливим і на смерть піду,&lt;br /&gt;</w:t>
        <w:br/>
        <w:t>і без докору на хресті сконаю.</w:t>
      </w:r>
    </w:p>
    <w:p>
      <w:r>
        <w:br/>
        <w:t>Анціллодея раптом заходиться невтримливим риданням.</w:t>
      </w:r>
    </w:p>
    <w:p>
      <w:r>
        <w:br/>
        <w:t>Н е о ф і т — р а б&lt;br /&gt;</w:t>
        <w:br/>
        <w:t>(лагідно)&lt;br /&gt;</w:t>
        <w:br/>
        <w:t>Чого ти, сестро? Що тебе вразило?&lt;br /&gt;</w:t>
        <w:br/>
        <w:t>Чи я тебе образив прикрим словом?&lt;br /&gt;</w:t>
        <w:br/>
        <w:t>Повір мені, я не хотів того.&lt;br /&gt;</w:t>
        <w:br/>
        <w:t>А н ц і л л о д е я&lt;br /&gt;</w:t>
        <w:br/>
        <w:t>Ні, брате... не образив... тільки... шкода...&lt;br /&gt;</w:t>
        <w:br/>
        <w:t>Та жаль мені тебе... загинеш, певне...&lt;br /&gt;</w:t>
        <w:br/>
        <w:t>Є п и с к о п&lt;br /&gt;</w:t>
        <w:br/>
        <w:t>Не плач. Лукавий раб — не вартий сліз.&lt;br /&gt;</w:t>
        <w:br/>
        <w:t>Він поклонився духом Прометею,&lt;br /&gt;</w:t>
        <w:br/>
        <w:t>а той єсть сатана, одвічний змій,&lt;br /&gt;</w:t>
        <w:br/>
        <w:t>що спокусив на гріх і непокірність.&lt;br /&gt;</w:t>
        <w:br/>
        <w:t>Нема сьому рабові ні рятунку,&lt;br /&gt;</w:t>
        <w:br/>
        <w:t>ні прощі. Він занапастив себе.&lt;br /&gt;</w:t>
        <w:br/>
        <w:t>Покиньмо нечестивця, одсахнімось,&lt;br /&gt;</w:t>
        <w:br/>
        <w:t>ходім од зла і сотворімо благо.&lt;br /&gt;</w:t>
        <w:br/>
        <w:t>Н е о ф і т — р а б&lt;br /&gt;</w:t>
        <w:br/>
        <w:t>А я піду за волю проти рабства,&lt;br /&gt;</w:t>
        <w:br/>
        <w:t>я виступлю за правду проти вас!</w:t>
      </w:r>
    </w:p>
    <w:p>
      <w:r>
        <w:br/>
        <w:t>Вся громада рушає з свічками в руках. Єпископ попереду. Неофіт-раб іде сам окремо другим переходом в інший бік.</w:t>
      </w:r>
    </w:p>
    <w:p>
      <w:r>
        <w:br/>
        <w:t>[4/Х 1905]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катакомбах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