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Країні Місячних Зайчиків</w:t>
      </w:r>
    </w:p>
    <w:p>
      <w:r>
        <w:br/>
        <w:t xml:space="preserve"> &lt;p&gt;Всеволод Нестайко</w:t>
      </w:r>
    </w:p>
    <w:p>
      <w:r>
        <w:br/>
        <w:t>В КРАЇНІ МІСЯЧНИХ ЗАЙЧИКІВ</w:t>
      </w:r>
    </w:p>
    <w:p>
      <w:r>
        <w:br/>
        <w:t>Повість-казка</w:t>
      </w:r>
    </w:p>
    <w:p>
      <w:r>
        <w:br/>
        <w:t>Розділ І</w:t>
      </w:r>
    </w:p>
    <w:p>
      <w:r>
        <w:br/>
        <w:t>НУСЯ</w:t>
      </w:r>
    </w:p>
    <w:p>
      <w:r>
        <w:br/>
        <w:t>Дівчинку звали Ганнуся. Але змалечку всі називали її просто Нуся. Була вона білявенька, голубоока, кирпата й дуже симпатична. От бувають такі — не вельми, може, й гарні, але страшенно симпатичні. Глянеш — і губи самі розтягуються у привітну усмішку. Це вже, як то кажуть, од Бога — така симпатія. Симпатичні вони не лише на обличчя, а й за вдачею симпатичні — щирі, доброзичливі, усміхнені. Тому їх люди й люблять. Бо вони люблять людей і завжди намагаються покращити людям настрій. Тато навіть склав про свою доню такого віршика:</w:t>
      </w:r>
    </w:p>
    <w:p>
      <w:r>
        <w:br/>
        <w:t>"Як на тебе гляну, Нуся,—</w:t>
      </w:r>
    </w:p>
    <w:p>
      <w:r>
        <w:br/>
        <w:t>То відразу усміхнуся".</w:t>
      </w:r>
    </w:p>
    <w:p>
      <w:r>
        <w:br/>
        <w:t>Але сьогодні вранці Нуся сама була не в настрої. Бо наснився їй сон — дивний і тривожний... Буцімто стоїть вона уночі у страшному темному лісі. Поряд з нею маленький дідок, осяяний місячним сяйвом, що пробивається крізь віти. Дідок у червоному крислатому капелюсі, на ногах білі чоботи з високими, аж по саме нікуди, халявами. І сорочка-вишиванка біла. І штани білі. І борода й вуса сиві — бцйсшькі. Тому й видно його добре у темному лісі, хоч місячне сяйво осяває лише червоний капелюх. Дідок стоїть і гірко плаче. Сльози рясно течуть на вуса й бороду.</w:t>
      </w:r>
    </w:p>
    <w:p>
      <w:r>
        <w:br/>
        <w:t>— Що трапилося, дідуню? Чого ви плачете? — питає Нуся.</w:t>
      </w:r>
    </w:p>
    <w:p>
      <w:r>
        <w:br/>
        <w:t>— Ох! Як же мені не плакати, коли у мене таке горе!</w:t>
      </w:r>
    </w:p>
    <w:p>
      <w:r>
        <w:br/>
        <w:t>— Що таке? А не можна чимось зарадити, допомогти?</w:t>
      </w:r>
    </w:p>
    <w:p>
      <w:r>
        <w:br/>
        <w:t>— Може, ти й могла б допомогти, але... не захочеш,— зітхнув дідок.</w:t>
      </w:r>
    </w:p>
    <w:p>
      <w:r>
        <w:br/>
        <w:t>— Чому?</w:t>
      </w:r>
    </w:p>
    <w:p>
      <w:r>
        <w:br/>
        <w:t>— Та ні, не захочеш, не захочеш,— і дідок знову гірко заплакав.</w:t>
      </w:r>
    </w:p>
    <w:p>
      <w:r>
        <w:br/>
        <w:t>— Та чого ви так думаєте? Якщо я тільки зможу, я...</w:t>
      </w:r>
    </w:p>
    <w:p>
      <w:r>
        <w:br/>
        <w:t>— Тоді слухай...— почав дідок.</w:t>
      </w:r>
    </w:p>
    <w:p>
      <w:r>
        <w:br/>
        <w:t>І раптом місячне сяйво згасло. І дідок пропав.</w:t>
      </w:r>
    </w:p>
    <w:p>
      <w:r>
        <w:br/>
        <w:t>Нуся прокинулась.</w:t>
      </w:r>
    </w:p>
    <w:p>
      <w:r>
        <w:br/>
        <w:t>Вона намагалася знову заснути, щоб додивитися той дивний сон. Але не змогла...</w:t>
      </w:r>
    </w:p>
    <w:p>
      <w:r>
        <w:br/>
        <w:t>То ж звідки візьметься гарний настрій після такого сну?</w:t>
      </w:r>
    </w:p>
    <w:p>
      <w:r>
        <w:br/>
        <w:t>Особливо прикро Нусі було те, що дідок виявив сумнів щодо її бажання допомогти. А вона ж якраз дівчинка чуйна, сердечна й зичлива. І у дитсадку завжди всім допомагала. І тепер у школі, у першому класі.</w:t>
      </w:r>
    </w:p>
    <w:p>
      <w:r>
        <w:br/>
        <w:t>Нуся підійшла до відчиненого вікна й визирнула у сад. Почалися літні канікули, і Нуся жила з батьками на дачі, в маленькому дерев'яному будиночку на березі річки Трубіж. Тато й мама поралися на городі, їм було зараз не до Нусиних снів. Вона це розуміла.</w:t>
      </w:r>
    </w:p>
    <w:p>
      <w:r>
        <w:br/>
        <w:t>Нуся зітхнула. Навіть і поділитися ні з ким.</w:t>
      </w:r>
    </w:p>
    <w:p>
      <w:r>
        <w:br/>
        <w:t>— Як це ні з ким? А я? — почулося раптом.</w:t>
      </w:r>
    </w:p>
    <w:p>
      <w:r>
        <w:br/>
        <w:t>Від шибки віддзеркалювався на підвіконня сонячний зайчик. Спершу це була просто мерехтлива сонячна плямка. І раптом на очах Нусі плямка перетворилася на живого сонячного зайчика, жовтого, пухнастого, з довгими вушками і коротеньким хвостиком.</w:t>
      </w:r>
    </w:p>
    <w:p>
      <w:r>
        <w:br/>
        <w:t>— Ой! — вихопилося в Нусі.— Ти хто?</w:t>
      </w:r>
    </w:p>
    <w:p>
      <w:r>
        <w:br/>
        <w:t>— Терентій! — сказав сонячний зайчик.</w:t>
      </w:r>
    </w:p>
    <w:p>
      <w:r>
        <w:br/>
        <w:t>— Справді? — усміхнулася Нуся.— Той самий Терентій? З Країни Сонячних Зайчиків?</w:t>
      </w:r>
    </w:p>
    <w:p>
      <w:r>
        <w:br/>
        <w:t>— Той самий.</w:t>
      </w:r>
    </w:p>
    <w:p>
      <w:r>
        <w:br/>
        <w:t>Нуся колись читала про нього. Але не думала, що справді існує і Терентій, і та казкова Країна Сонячних Зайчиків.</w:t>
      </w:r>
    </w:p>
    <w:p>
      <w:r>
        <w:br/>
        <w:t>— Існує. Аякже! — сказав Терентій.</w:t>
      </w:r>
    </w:p>
    <w:p>
      <w:r>
        <w:br/>
        <w:t>— Ти що — читаєш думки? Я ще не сказала, тільки подумала, а ти...</w:t>
      </w:r>
    </w:p>
    <w:p>
      <w:r>
        <w:br/>
        <w:t>— Авжеж читаю. І знаю, що тебе зараз турбує. Про сон твій знаю.</w:t>
      </w:r>
    </w:p>
    <w:p>
      <w:r>
        <w:br/>
        <w:t>— Серйозно?! — зраділа Нуся.— А що той дідок хотів сказати?</w:t>
      </w:r>
    </w:p>
    <w:p>
      <w:r>
        <w:br/>
        <w:t>— Цього я вже не знаю. Бо ж і ти не знаєш. А я тільки читаю твої думки.</w:t>
      </w:r>
    </w:p>
    <w:p>
      <w:r>
        <w:br/>
        <w:t>— Що ж робити? — знову засмутилася Нуся.</w:t>
      </w:r>
    </w:p>
    <w:p>
      <w:r>
        <w:br/>
        <w:t>— Не сумуй! — сказав Терентій.— Я попрошу мого друга місячного зайчика Олелька, і він тобі допоможе. Тільки доведеться чекати ночі. Бо місячні зайчики бувають тут лише вночі, коли світить місяць.</w:t>
      </w:r>
    </w:p>
    <w:p>
      <w:r>
        <w:br/>
        <w:t>— А як же ти з ним заспілкуєшся? Вас же, сонячних зайчиків, тут уночі не буває. Ви ж, як сідає сонце, тікаєте у свою країну...</w:t>
      </w:r>
    </w:p>
    <w:p>
      <w:r>
        <w:br/>
        <w:t>— Не хвилюйся. Подзвоню Олельку по чарифону в Країну Місячних Зайчиків. А він уже прийде до тебе уві сні й допоможе.</w:t>
      </w:r>
    </w:p>
    <w:p>
      <w:r>
        <w:br/>
        <w:t>— Уві сні? — здивувалася Нуся.</w:t>
      </w:r>
    </w:p>
    <w:p>
      <w:r>
        <w:br/>
        <w:t>— Авжеж. Місячні зайчики тим і займаються, що розносять людям сни. Прибігають до нас, у Долину Щасливих Сновидінь, беруть сни і розносять уночі тим, хто спить... Правда, їм весь час доводиться пильнувати, щоб їх не випередили агенти пана Морока — нічні кошмари. Ти ж знаєш, що пан Морок — Начальник Канцелярії Нічних Кошмарів, Перший Радник Королеви Глупої Ночі.</w:t>
      </w:r>
    </w:p>
    <w:p>
      <w:r>
        <w:br/>
        <w:t>— Знаю. Але ж він і Володар Зландії.</w:t>
      </w:r>
    </w:p>
    <w:p>
      <w:r>
        <w:br/>
        <w:t>— Так. Він приватизував Зландію. Але й від посади начальника Канцелярії Нічних Кошмарів не відмовився. Посідає дві посади.</w:t>
      </w:r>
    </w:p>
    <w:p>
      <w:r>
        <w:br/>
        <w:t>— А ти думаєш, та біда, про яку говорив дідок у моєму сні, пов'язана з паном Мороком? — спитала Нуся.</w:t>
      </w:r>
    </w:p>
    <w:p>
      <w:r>
        <w:br/>
        <w:t>— Може, й пов'язана... Буде видно...</w:t>
      </w:r>
    </w:p>
    <w:p>
      <w:r>
        <w:br/>
        <w:t>— З ким це ти розмовляєш, доню? — гукнула раптом з городу мама.</w:t>
      </w:r>
    </w:p>
    <w:p>
      <w:r>
        <w:br/>
        <w:t>Терентій одразу зник.</w:t>
      </w:r>
    </w:p>
    <w:p>
      <w:r>
        <w:br/>
        <w:t>— Та просто так... граюся! — гукнула Нуся.&amp;#8232;Дорослим важко іноді пояснити справжність казкових подій і явищ.</w:t>
      </w:r>
    </w:p>
    <w:p>
      <w:r>
        <w:br/>
        <w:t>Розділ II</w:t>
      </w:r>
    </w:p>
    <w:p>
      <w:r>
        <w:br/>
        <w:t>МІСЯЧНИЙ ЗАЙЧИК ОЛЕЛЬКО. СОВА СОФІЯ ПАВЛІВНА ТА ПУГАЧ УХ СТЕПАНОВИЧ</w:t>
      </w:r>
    </w:p>
    <w:p>
      <w:r>
        <w:br/>
        <w:t>Весь день Нуся з нетерпінням чекала вечора. І от нарешті...</w:t>
      </w:r>
    </w:p>
    <w:p>
      <w:r>
        <w:br/>
        <w:t>Мама, як завжди, сказала Нусі: "На добраніч! Спи, донечко, спи!", поцілувала, погасила світло в її кімнаті і вийшла.</w:t>
      </w:r>
    </w:p>
    <w:p>
      <w:r>
        <w:br/>
        <w:t>У відчинене вікно зазирав рогатий місяць, з саду линули запаморочливі пахощі матіоли, сюрчав цвіркунець, десь далеко валували собаки.</w:t>
      </w:r>
    </w:p>
    <w:p>
      <w:r>
        <w:br/>
        <w:t>З кімнати батьків лунали приглушені голоси, музика — батьки дивилися телевізор.</w:t>
      </w:r>
    </w:p>
    <w:p>
      <w:r>
        <w:br/>
        <w:t>Нуся, намагаючись заснути якнайшвидше, почала рахувати слонів (так радив їй тато). На сімдесят сьомому слоні раптом почувся тоненький голосок:</w:t>
      </w:r>
    </w:p>
    <w:p>
      <w:r>
        <w:br/>
        <w:t>— Ти хотіла мене бачити?</w:t>
      </w:r>
    </w:p>
    <w:p>
      <w:r>
        <w:br/>
        <w:t>Нуся так і не зрозуміла, чи це був уже сон, чи ще дійсність.</w:t>
      </w:r>
    </w:p>
    <w:p>
      <w:r>
        <w:br/>
        <w:t>На підвіконні сидів маленький місячний зайчик — срібний, пухнастий, з жовтими цяточками очей.</w:t>
      </w:r>
    </w:p>
    <w:p>
      <w:r>
        <w:br/>
        <w:t>— Ти Олелько? — тихо спитала Нуся.</w:t>
      </w:r>
    </w:p>
    <w:p>
      <w:r>
        <w:br/>
        <w:t>— Олелько,— мовив місячний зайчик.</w:t>
      </w:r>
    </w:p>
    <w:p>
      <w:r>
        <w:br/>
        <w:t>— Терентій сказав, що ти можеш мені допомогти.</w:t>
      </w:r>
    </w:p>
    <w:p>
      <w:r>
        <w:br/>
        <w:t>— Спробую. Але для цього доведеться тобі гайнути зі мною у Країну Місячних Зайчиків. Треба ж встановити, хто з наших приносив тобі вчорашній сон. Вони повинні подивитися на тебе.</w:t>
      </w:r>
    </w:p>
    <w:p>
      <w:r>
        <w:br/>
        <w:t>— А далеко ваша країна?</w:t>
      </w:r>
    </w:p>
    <w:p>
      <w:r>
        <w:br/>
        <w:t>— Далеченько. На захмарній вершині гори Селенга.</w:t>
      </w:r>
    </w:p>
    <w:p>
      <w:r>
        <w:br/>
        <w:t>— А як же я туди дістануся?</w:t>
      </w:r>
    </w:p>
    <w:p>
      <w:r>
        <w:br/>
        <w:t>— Справді. Треба подбати про транспорт. Пішки ти й за місяць туди не дійдеш. Стривай, я зараз повернусь,— і Олелько зник.</w:t>
      </w:r>
    </w:p>
    <w:p>
      <w:r>
        <w:br/>
        <w:t>Нуся прислухалася.</w:t>
      </w:r>
    </w:p>
    <w:p>
      <w:r>
        <w:br/>
        <w:t>Було тихо. Цвіркуни вже не сюрчали. І з кімнати батьків не линули голоси й музика. І смужки світла від дверей на підлозі не було. Певно, батьки вже спали.</w:t>
      </w:r>
    </w:p>
    <w:p>
      <w:r>
        <w:br/>
        <w:t>"Як швидко,— подумала Нуся.— Я лише сімдесят сім слонів нарахувала, а вже..."</w:t>
      </w:r>
    </w:p>
    <w:p>
      <w:r>
        <w:br/>
        <w:t>Далі Нуся подумати не встигла, бо враз на підвіконня нечутно опустилися й сіли два великих птахи. І знову з'явився місячний зайчик Олелько.</w:t>
      </w:r>
    </w:p>
    <w:p>
      <w:r>
        <w:br/>
        <w:t>— Не бійся,— сказав Олелько.— Це наші друзі. Знайомся — сова Софія Павлівна і пугач Ух Степанович. Вони перенесуть тебе у Країну Місячних Зайчиків.</w:t>
      </w:r>
    </w:p>
    <w:p>
      <w:r>
        <w:br/>
        <w:t>— Д-дуже приємно,— тремтливим голосом сказала Нуся, глянувши на величезні пазуристі лапи й могутні гачкуваті дзьоби Софії Павлівни та Уха Степановича.</w:t>
      </w:r>
    </w:p>
    <w:p>
      <w:r>
        <w:br/>
        <w:t>— Тільки треба було б для зручності якесь сідало для дівчинки пристосувати,— сказала Софія Павлівна, повівши неморгаючими банькатими очима.</w:t>
      </w:r>
    </w:p>
    <w:p>
      <w:r>
        <w:br/>
        <w:t>— А ми знімемо онде гойдалку з дерева,— витріщив такі ж самі банькаті жовті очі Ух Степанович.</w:t>
      </w:r>
    </w:p>
    <w:p>
      <w:r>
        <w:br/>
        <w:t>— Правильно! — сказав Олелько.— Одягайся!&amp;#8232;Це він уже Нусі сказав.</w:t>
      </w:r>
    </w:p>
    <w:p>
      <w:r>
        <w:br/>
        <w:t>Повторювати було не треба. Нуся швиденько скинула нічну сорочечку і натягла шорти й маєчку. А також взула кеди.</w:t>
      </w:r>
    </w:p>
    <w:p>
      <w:r>
        <w:br/>
        <w:t>За цей час сова й пугач вже одв'язали з дерева гойдалку.</w:t>
      </w:r>
    </w:p>
    <w:p>
      <w:r>
        <w:br/>
        <w:t>Нуся вилізла через вікно у сад. Сіла на гойдалку. Софія Павлівна та Ух Степанович з двох боків схопили мотузки лапами і знялися в небо.</w:t>
      </w:r>
    </w:p>
    <w:p>
      <w:r>
        <w:br/>
        <w:t>У Нусі залоскотало в животі. Вона любила гойдатися. Але так високо гойдалка не підносилася ще ніколи.</w:t>
      </w:r>
    </w:p>
    <w:p>
      <w:r>
        <w:br/>
        <w:t>Вони летіли в зоряному небі над лісами, річками, долинами, над містами і селами. Внизу мерехтіли ніколи не згасаючі вогні вокзалів, електростанцій, заводів, що працюють цілодобово. Он по залізниці рухається поїзд, наче іграшковий, а онде по шосе повзуть маленькі, теж наче іграшкові машини. Згори здається, що вони ледве пересуваються, а насправді ж вони мчать, як скажені.</w:t>
      </w:r>
    </w:p>
    <w:p>
      <w:r>
        <w:br/>
        <w:t>Місячний зайчик Олелько сидів у Нусі на колінах.</w:t>
      </w:r>
    </w:p>
    <w:p>
      <w:r>
        <w:br/>
        <w:t>— Наші вже повертаються,— сказав він.— Порозносили сни й повертаються.</w:t>
      </w:r>
    </w:p>
    <w:p>
      <w:r>
        <w:br/>
        <w:t>— Де? — не бачачи нічого, спитала Нуся.</w:t>
      </w:r>
    </w:p>
    <w:p>
      <w:r>
        <w:br/>
        <w:t>— А ти й не побачиш,— сказав Олелько.— Вони повертаються з швидкістю світла. Людське око не в змозі цього побачити... А онде вже й гора Селенга.</w:t>
      </w:r>
    </w:p>
    <w:p>
      <w:r>
        <w:br/>
        <w:t>Розділ III</w:t>
      </w:r>
    </w:p>
    <w:p>
      <w:r>
        <w:br/>
        <w:t>КРАЇНА МІСЯЧНИХ ЗАЙЧИКІВ</w:t>
      </w:r>
    </w:p>
    <w:p>
      <w:r>
        <w:br/>
        <w:t>Нуся побачила Країну Місячних Зайчиків усю одразу — з висоти пташиного польоту (у буквальному розумінні цих слів).</w:t>
      </w:r>
    </w:p>
    <w:p>
      <w:r>
        <w:br/>
        <w:t>Залита місячним сяйвом надхмарна вершина гори Селенга являла собою казковий квітник прекрасних нічних квітів. Ви, мабуть, знаєте, що є квіти денні, які розквітають удень при сонці, а на ніч стуляють свої пелюстки. А є квіти нічні, які навпаки розквітають уночі, а вдень закриваються. Одна з найпоширеніших нічних квіток — це матіола, або, як її ще називають, нічна фіалка. Ви її добре знаєте, від її духмяних пахощів увечері у вас завжди, я певен, радісно перехоплювало подих.</w:t>
      </w:r>
    </w:p>
    <w:p>
      <w:r>
        <w:br/>
        <w:t>Місячні зайчики, як і сонячні, мешкали у квіткових будиночках, тільки будиночки ті були, як ви розумієте, з нічних квітів.</w:t>
      </w:r>
    </w:p>
    <w:p>
      <w:r>
        <w:br/>
        <w:t>Посеред країни височів чудовий срібний палац. Коли Нуся спитала Олелька, що це таке, він пояснив, що то Палац Несподіваних Радостей. Місячні зайчики вважають, що найбільша радість з усіх радостей — це радість несподівана, та, якої не чекав, а вона прийшла. Несподівано, раптово, неждано-негадано. І кожен місячний зайчик намагається принести комусь із дітей саме несподівану радість. Або уві сні. Або й наяву — підказавши через сон батькам чи комусь із дорослих якусь ідею. Щоб — прокинулась уранці дитина, а на стільці коло ліжка лежить якийсь подарунок — шоколадка, іграшка, квиток у цирк абощо.</w:t>
      </w:r>
    </w:p>
    <w:p>
      <w:r>
        <w:br/>
        <w:t>Той місячний зайчик, якому це вдається, наступного дня вшановується привселюдно, а точніше привсезайчиково у Палаці Несподіваних Радостей. І те, що він зробив, записується у Срібну Книгу і навічно потрапляє до постійно діючої Виставки Несподіваних Радостей, щоб молоді місячні зайчики дивилися і вчилися, що і як треба робити.</w:t>
      </w:r>
    </w:p>
    <w:p>
      <w:r>
        <w:br/>
        <w:t>На площі біля Палацу Несподіваних Радостей збираються місячні зайчики й тоді, коли треба вирішити якесь важливе державне питання, що стосується всієї Країни Місячних Зайчиків. Відбувається так звана Велика Місячна Рада.</w:t>
      </w:r>
    </w:p>
    <w:p>
      <w:r>
        <w:br/>
        <w:t>От і зараз Олелько кудись на хвилинку зник, залишивши Нусю серед порожньої площі біля Палацу. І враз звідусюди на площу почали збігатися місячні зайчики. І незабаром уся площа була вже заповнена.</w:t>
      </w:r>
    </w:p>
    <w:p>
      <w:r>
        <w:br/>
        <w:t>Олелько вискочив на балкон Палацу і звернувся до присутніх:</w:t>
      </w:r>
    </w:p>
    <w:p>
      <w:r>
        <w:br/>
        <w:t>— Дорогі зайчики-братики! Подивіться на цю дівчинку і скажіть, хто з вас приносив їй учора вночі сон. Це дуже важливо.</w:t>
      </w:r>
    </w:p>
    <w:p>
      <w:r>
        <w:br/>
        <w:t>Нуся завмерла.</w:t>
      </w:r>
    </w:p>
    <w:p>
      <w:r>
        <w:br/>
        <w:t>Але площа мовчала. Ніхто не зголосився.</w:t>
      </w:r>
    </w:p>
    <w:p>
      <w:r>
        <w:br/>
        <w:t>— Чи всі зайчики-братики тут? — спитав Олелько.</w:t>
      </w:r>
    </w:p>
    <w:p>
      <w:r>
        <w:br/>
        <w:t>— Всі! — вигукнула площа.</w:t>
      </w:r>
    </w:p>
    <w:p>
      <w:r>
        <w:br/>
        <w:t>— Гм! Дивно! — хмикнув Олелько і повернувся до Нусі.— То ж не був кошмар?</w:t>
      </w:r>
    </w:p>
    <w:p>
      <w:r>
        <w:br/>
        <w:t>— Ні. Нормальний сон. Я не боялася,— сказала Нуся.</w:t>
      </w:r>
    </w:p>
    <w:p>
      <w:r>
        <w:br/>
        <w:t>І раптом здаля, з краю площі, почувся тоненький голосок:</w:t>
      </w:r>
    </w:p>
    <w:p>
      <w:r>
        <w:br/>
        <w:t>— Ой! Не всі! Не всі! Немає братика Сяйвика.</w:t>
      </w:r>
    </w:p>
    <w:p>
      <w:r>
        <w:br/>
        <w:t>— А де ж він? — спитав Олелько. Ніхто цього не знав.</w:t>
      </w:r>
    </w:p>
    <w:p>
      <w:r>
        <w:br/>
        <w:t>Братик Сяйвик не повернувся в Країну. Хоча давно мав повернутися.</w:t>
      </w:r>
    </w:p>
    <w:p>
      <w:r>
        <w:br/>
        <w:t>Всі стривожилися.</w:t>
      </w:r>
    </w:p>
    <w:p>
      <w:r>
        <w:br/>
        <w:t>— Оголошується всесвітній розшук! — сказав Олелько.&amp;#8232;І вмить площа спорожніла. Місячні зайчики розбіглися шукати свого несподівано зниклого побратима.</w:t>
      </w:r>
    </w:p>
    <w:p>
      <w:r>
        <w:br/>
        <w:t>— І ми з тобою будемо шукати Сяйвика,— сказав Нусі Олелько.— Це він приносив тобі той сон. Тепер уже немає сумніву. І твій сон, і зникнення Сяйвика, я думаю, пов'язані між собою.</w:t>
      </w:r>
    </w:p>
    <w:p>
      <w:r>
        <w:br/>
        <w:t>— Яким чином? — здивувалася Нуся.</w:t>
      </w:r>
    </w:p>
    <w:p>
      <w:r>
        <w:br/>
        <w:t>— Я думаю, що перервався твій сон не сам по собі. Перервав його хтось з команди пана Морока.</w:t>
      </w:r>
    </w:p>
    <w:p>
      <w:r>
        <w:br/>
        <w:t>— Нащо?</w:t>
      </w:r>
    </w:p>
    <w:p>
      <w:r>
        <w:br/>
        <w:t>Бо той дідок мав сказати щось таке, чого розголошувати, на думку пана Морока, не можна було. А братик Сяйвик, який приніс тобі сон, теж став для пана Морока небезпечний, бо міг знати, що було у сні.</w:t>
      </w:r>
    </w:p>
    <w:p>
      <w:r>
        <w:br/>
        <w:t>— Вони його вбили? — жахнулася Нуся.</w:t>
      </w:r>
    </w:p>
    <w:p>
      <w:r>
        <w:br/>
        <w:t>— Ні. Місячні зайчики, як і сонячні, незнищенні, безсмертні. Але захопити у полон і тримати в неволі їх можуть.</w:t>
      </w:r>
    </w:p>
    <w:p>
      <w:r>
        <w:br/>
        <w:t>— Що ж робити?</w:t>
      </w:r>
    </w:p>
    <w:p>
      <w:r>
        <w:br/>
        <w:t>— Треба шукати.</w:t>
      </w:r>
    </w:p>
    <w:p>
      <w:r>
        <w:br/>
        <w:t>— А де?</w:t>
      </w:r>
    </w:p>
    <w:p>
      <w:r>
        <w:br/>
        <w:t>— Поки що не знаю.</w:t>
      </w:r>
    </w:p>
    <w:p>
      <w:r>
        <w:br/>
        <w:t>І тут у розмову втрутилася сова Софія Павлівна, яка досі мовчки спостерігала за тим, що відбувалося, сидячи разом з пугачем Ухом Степановичем на зубчастій стіні палацу.</w:t>
      </w:r>
    </w:p>
    <w:p>
      <w:r>
        <w:br/>
        <w:t>— Нещодавно нічні кошмари заснували свою країну — Страхолюндію. Туди й могли вони затягти Сяйвика,— сказала сова.— Там такі підземні лабіринти з усякими жахами, що й описати неможливо.</w:t>
      </w:r>
    </w:p>
    <w:p>
      <w:r>
        <w:br/>
        <w:t>— А де це? — спитав Олелько.</w:t>
      </w:r>
    </w:p>
    <w:p>
      <w:r>
        <w:br/>
        <w:t>— У Вражому Лісі за Чорним Озером. Як не боїшся, можна було б там пошукати.</w:t>
      </w:r>
    </w:p>
    <w:p>
      <w:r>
        <w:br/>
        <w:t>— Як ти? — обернувся Олелько до Нусі.</w:t>
      </w:r>
    </w:p>
    <w:p>
      <w:r>
        <w:br/>
        <w:t>Нуся, хоч і була дівчинка, проте не з боязких.</w:t>
      </w:r>
    </w:p>
    <w:p>
      <w:r>
        <w:br/>
        <w:t>— Треба ж знайти Сяйвика,— тихо сказала вона.</w:t>
      </w:r>
    </w:p>
    <w:p>
      <w:r>
        <w:br/>
        <w:t>Розділ IV</w:t>
      </w:r>
    </w:p>
    <w:p>
      <w:r>
        <w:br/>
        <w:t>У ВРАЖОМУ ЛІСІ</w:t>
      </w:r>
    </w:p>
    <w:p>
      <w:r>
        <w:br/>
        <w:t>У Вражому Лісі на березі Чорного Озера, в якому віддзеркалював .рогатий місяць, сиділи троє — лісовик Трісь, водяник Бульк та польовик Уу.</w:t>
      </w:r>
    </w:p>
    <w:p>
      <w:r>
        <w:br/>
        <w:t>У Тріся була мохова борода, зелені очі, кострубаті, з сухої гілляки руки й ноги, а на голові бриль.</w:t>
      </w:r>
    </w:p>
    <w:p>
      <w:r>
        <w:br/>
        <w:t>У Булька була зелена борода з водоростей, голубі водянисті очі і на голові шапка з латаття.</w:t>
      </w:r>
    </w:p>
    <w:p>
      <w:r>
        <w:br/>
        <w:t>У польовика Уу борода була хвилясто-ковилова, очі — щілинки, наче примружені од вітру, і на голові засмагла облуплена лисина.</w:t>
      </w:r>
    </w:p>
    <w:p>
      <w:r>
        <w:br/>
        <w:t>Кожен тримав в одній руці березовий келих, в якому горів синім полум ям міцний шмурдяк, а в другій — велику золотисто-прозору тараню.</w:t>
      </w:r>
    </w:p>
    <w:p>
      <w:r>
        <w:br/>
        <w:t>— Будьмо! — сказав водяник і перехилив келих.— Бульк!</w:t>
      </w:r>
    </w:p>
    <w:p>
      <w:r>
        <w:br/>
        <w:t>Пальовик і собі перехилив келих і скривився:</w:t>
      </w:r>
    </w:p>
    <w:p>
      <w:r>
        <w:br/>
        <w:t>— Уу!</w:t>
      </w:r>
    </w:p>
    <w:p>
      <w:r>
        <w:br/>
        <w:t>Лісовик теж скривився, перехиливши келих, і вломив, закусюючи, тараню:</w:t>
      </w:r>
    </w:p>
    <w:p>
      <w:r>
        <w:br/>
        <w:t>— Трісь!&amp;#8232;Хвилину помовчали.</w:t>
      </w:r>
    </w:p>
    <w:p>
      <w:r>
        <w:br/>
        <w:t>І саме в цю мить верховіття дерев поривчасто зашуміло од вітру.</w:t>
      </w:r>
    </w:p>
    <w:p>
      <w:r>
        <w:br/>
        <w:t>Польовик Уу підніс догори палець:</w:t>
      </w:r>
    </w:p>
    <w:p>
      <w:r>
        <w:br/>
        <w:t>— О! Важливе оперативне повідомлення! Вітрюган-хуліган Катастрофа доповідає, що з Країни Місячних Зайчиків летять сюди пугач Ух та сова Софка. Несуть якусь дівчинку. Супроводжує їх місячний зайчик Олелько. Що робитимемо, хлопці?</w:t>
      </w:r>
    </w:p>
    <w:p>
      <w:r>
        <w:br/>
        <w:t>— Гм! Уже летять...— роздумливо мовив водяник Бульк.— Треба щось робити.</w:t>
      </w:r>
    </w:p>
    <w:p>
      <w:r>
        <w:br/>
        <w:t>— Передусім треба нейтралізувати того місячного зайчика Олелька. Це головне,— сказав лісовик Трісь,— Інші нам до лампотури.</w:t>
      </w:r>
    </w:p>
    <w:p>
      <w:r>
        <w:br/>
        <w:t>— Правильно! — кивнув Уу.— А як?</w:t>
      </w:r>
    </w:p>
    <w:p>
      <w:r>
        <w:br/>
        <w:t>— Дуже просто,— сказав Бульк.— Хай твій Катастрофа надмухає сюди швиденько нічну хмару Чорнару. Вона затулить на небі місяць. І місячний зайчик зникне, як булька на воді.</w:t>
      </w:r>
    </w:p>
    <w:p>
      <w:r>
        <w:br/>
        <w:t>— Правильно! — сказав Трісь.</w:t>
      </w:r>
    </w:p>
    <w:p>
      <w:r>
        <w:br/>
        <w:t>— Чув, Катастрофо? — глянув угору Уу.— Давай виконуй, дорогий!</w:t>
      </w:r>
    </w:p>
    <w:p>
      <w:r>
        <w:br/>
        <w:t>— Даю-у-у! — прогуло над верховіттям дерев.</w:t>
      </w:r>
    </w:p>
    <w:p>
      <w:r>
        <w:br/>
        <w:t>І за хвилину нічна хмара Чорнара вже гасила на небі зірки й насувалася на місяць. Мить — і темрява огорнула ліс.</w:t>
      </w:r>
    </w:p>
    <w:p>
      <w:r>
        <w:br/>
        <w:t>— О! — сказав Бульк.— Тепер і Олелько нам до лампотури! Хай прилітають банькаті з тією дівчинкою.</w:t>
      </w:r>
    </w:p>
    <w:p>
      <w:r>
        <w:br/>
        <w:t>— Хай! — сказав Трісь.— Ми її трошки полякаємо. Га-га-га! Го-го-го! Гу-гу-гу!</w:t>
      </w:r>
    </w:p>
    <w:p>
      <w:r>
        <w:br/>
        <w:t>— Тільки якщо ви думаєте, хлопці, що я тут довго стоятиму, ви помиляєтесь,— сказала з неба хмара Чорнара.— Мене вже лоскоче-піддуває вітер Вітя. Ще трохи, і я не втримаюсь — відлечу.</w:t>
      </w:r>
    </w:p>
    <w:p>
      <w:r>
        <w:br/>
        <w:t>— От уже той вітер Вїтька! — з досадою сказав польовик Уу.— Ніяк не можу його прибрати до рук. З Катастрофою жодних проблем. Вітрюган-хуліган, а слухається, як першокласник. Що загадаєш, те й зробить — рушить, ламає, перекидає... Одне слово — Катастрофа. А Вітька віялом помахує, у спеку прохолоду навіює, у негоду теплим подихом зігріває. А щоб дах з будинку зірвати, дерево зламати абощо — годі й думати. Зараза! Якщо силове що й робить, то тільки мені в пику, на зло.</w:t>
      </w:r>
    </w:p>
    <w:p>
      <w:r>
        <w:br/>
        <w:t>— Хлопці! — відчайдушно загукала згори Чорнара.— Швидше щось робіть, бо от-от виштовхає мене Вітька.</w:t>
      </w:r>
    </w:p>
    <w:p>
      <w:r>
        <w:br/>
        <w:t>— Давай, Уу, лети мерщій до Гургура та його жінки! Оно вони за Чорнарою, як завжди, лаються,— сказав лісовик Трісь.</w:t>
      </w:r>
    </w:p>
    <w:p>
      <w:r>
        <w:br/>
        <w:t>— Правильно! — мотнув головою водяник Бульк.&amp;#8232;Польовик підскочив і злетів у небо.</w:t>
      </w:r>
    </w:p>
    <w:p>
      <w:r>
        <w:br/>
        <w:t>За Чорнарою на брудних грозових хмаринах-перинах сиділи й лаялися грім Гургур Петрович та його дружина блискавиця Блисьблись Іванівна. Товстун Гургур Петрович раз-у-раз бив себе здоровенницькими кулачищами по пузатому животу-барабану, а худюща нервова Блисьблись Іванівна хвиськала вогненним батогом.</w:t>
      </w:r>
    </w:p>
    <w:p>
      <w:r>
        <w:br/>
        <w:t>— О! Ну чого ти знову вискочив?! — верещала вона.— Я ще не блиснула, а ти вже гуркочеш!</w:t>
      </w:r>
    </w:p>
    <w:p>
      <w:r>
        <w:br/>
        <w:t>— Набридло! Набридло! Набридло! — бубонів він.— От кину тебе й повіюся світ за очі!</w:t>
      </w:r>
    </w:p>
    <w:p>
      <w:r>
        <w:br/>
        <w:t>Кому ти потрібен, балабон!</w:t>
      </w:r>
    </w:p>
    <w:p>
      <w:r>
        <w:br/>
        <w:t>— Не хвилюйся! Онде мене вже кілька малих підприємств запрошували. У відділ реклами.</w:t>
      </w:r>
    </w:p>
    <w:p>
      <w:r>
        <w:br/>
        <w:t>— Тьху! Комерсант пузатий!</w:t>
      </w:r>
    </w:p>
    <w:p>
      <w:r>
        <w:br/>
        <w:t>Польовик Уу підлетів до них, привітався й сказав:</w:t>
      </w:r>
    </w:p>
    <w:p>
      <w:r>
        <w:br/>
        <w:t>— Панове! Велике до вас прохання нашої корпорації — відженіть, будь ласка, від Вражого Лісу пугача Уха Степановича та сову Софію Павлівну, коли вони підлетять. Ми у боргу не залишимося.</w:t>
      </w:r>
    </w:p>
    <w:p>
      <w:r>
        <w:br/>
        <w:t>Гургур Петрович та Блисьблись Іванівна перезирнулися.</w:t>
      </w:r>
    </w:p>
    <w:p>
      <w:r>
        <w:br/>
        <w:t>— Завжди обіцяєте, а тоді ходи до вас вибивай по півроку обіцяне. Бюрократи! — буркотнув Гургур Петрович.</w:t>
      </w:r>
    </w:p>
    <w:p>
      <w:r>
        <w:br/>
        <w:t>— От-от! Тут я з ним згодна. Сперечатись не буду,— підтакнула Блисьблись Іванівна.</w:t>
      </w:r>
    </w:p>
    <w:p>
      <w:r>
        <w:br/>
        <w:t>— Чесне гемонське! На цей раз не підведемо! — бухнув себе кулаком у груди польовик Уу.</w:t>
      </w:r>
    </w:p>
    <w:p>
      <w:r>
        <w:br/>
        <w:t>— Ну, гаразд. Значить, так... По-перше,— почала загинати свої кістляві іскристі пальці блискавиця.— Водяник Бульк дає нам з рибного асортименту: ікру, баличок, осетринку і таке інше... Список додається. По-друге, лісовик Трісь дає нам грибочки, ягоди, горіхи і таке інше... Список додається. По-третє, польовик Уу, тобто ти, даєш нам...</w:t>
      </w:r>
    </w:p>
    <w:p>
      <w:r>
        <w:br/>
        <w:t>— Даю-даю! — перебив польовик.— Та швидше! Оно вони вже підлітають!</w:t>
      </w:r>
    </w:p>
    <w:p>
      <w:r>
        <w:br/>
        <w:t>— Спокуха! Гургур! За мною! — і, цвьохкаючи вогненним батогом, Блисьблись полетіла назустріч сові й пугачу, які несли Нусю.</w:t>
      </w:r>
    </w:p>
    <w:p>
      <w:r>
        <w:br/>
        <w:t>Що тут знялося!</w:t>
      </w:r>
    </w:p>
    <w:p>
      <w:r>
        <w:br/>
        <w:t>Такої блискавки, такого грому Вражий Ліс не чув і не бачив, здається, ніколи. Блискало й гримотіло так, що навіть водяник Бульк пірнув під воду, не кажучи вже про лісовика й польовика, які відразу поховалися у дуплах дерев.</w:t>
      </w:r>
    </w:p>
    <w:p>
      <w:r>
        <w:br/>
        <w:t>— Це нас лякають,— спокійно сказала Софія Павлівна, коли вони підлетіли до Вражого Лісу й побачили, що там робиться.</w:t>
      </w:r>
    </w:p>
    <w:p>
      <w:r>
        <w:br/>
        <w:t>— Точно! — сказав Ух Степанович.— Нам то що, а от дівчинка...</w:t>
      </w:r>
    </w:p>
    <w:p>
      <w:r>
        <w:br/>
        <w:t>Хоч Нусю аж пересмикувало від грому й блискавки над лісом, але вона сказала:</w:t>
      </w:r>
    </w:p>
    <w:p>
      <w:r>
        <w:br/>
        <w:t>— Ні-ні, не хвилюйтесь. Нічого-нічого...</w:t>
      </w:r>
    </w:p>
    <w:p>
      <w:r>
        <w:br/>
        <w:t>— Ти молодець! — сказала сова.— Ти переборюєш страх, а це справжня мужність. Вона тобі знадобиться, коли ти проникнеш у СтрахолюндіїдгТам таки по-справжньому страшно.</w:t>
      </w:r>
    </w:p>
    <w:p>
      <w:r>
        <w:br/>
        <w:t>— Ну що ж, страшно так страшно,— зітхнула Нуся.— Давайте у Страхолюндію.</w:t>
      </w:r>
    </w:p>
    <w:p>
      <w:r>
        <w:br/>
        <w:t>Незважаючи на шалений гуркіт і блискання, сова й пугач підлетіли до Вражого Лісу і разом з Нусею спустилися на невелику галявину, оточену столітніми дубами. Під одним з дубів зяяло чорне провалля.</w:t>
      </w:r>
    </w:p>
    <w:p>
      <w:r>
        <w:br/>
        <w:t>— Оце й є вхід у Страхолюндію,— сказала Софія Павлівна.— Але пробач, нам туди входити категорично заборонено. Віце-президент Страхолюндії Кошмар Кошмарович Ойой хотів, щоб ми працювали в нього страховиськами, та ми відмовилися, і він посварився з нами на все життя. Доведеться тобі самій туди йти. Будь мужньою. А ми зникаємо. Бо як побачить нас Кошмар Кошмарович, буде тобі ще гірше.</w:t>
      </w:r>
    </w:p>
    <w:p>
      <w:r>
        <w:br/>
        <w:t>І не встигла Нуся й слова вимовити, як сова й пугач знялися й полетіли.</w:t>
      </w:r>
    </w:p>
    <w:p>
      <w:r>
        <w:br/>
        <w:t>Розділ V</w:t>
      </w:r>
    </w:p>
    <w:p>
      <w:r>
        <w:br/>
        <w:t>СТРАХОЛЮНДІЯ</w:t>
      </w:r>
    </w:p>
    <w:p>
      <w:r>
        <w:br/>
        <w:t>Нуся у розпачі стояла перед чорним проваллям.</w:t>
      </w:r>
    </w:p>
    <w:p>
      <w:r>
        <w:br/>
        <w:t>Місячного зайчика Олелька не стало відразу, як небо затягли хмари, сова й пугач полетіли. Вона була сама-самісінька у страшному Вражому Лісі перед входом у невідому Страхолюндію, одна назва якої говорила, що то не курорт. Було від чого розгубитися.</w:t>
      </w:r>
    </w:p>
    <w:p>
      <w:r>
        <w:br/>
        <w:t>— Не бійся. Я тебе проведу,— почувся позад неї тоненький голосок.</w:t>
      </w:r>
    </w:p>
    <w:p>
      <w:r>
        <w:br/>
        <w:t>Нуся обернулася. Нікого позаду не було.</w:t>
      </w:r>
    </w:p>
    <w:p>
      <w:r>
        <w:br/>
        <w:t>— Хто це говорить? — тихо спитала Нуся.</w:t>
      </w:r>
    </w:p>
    <w:p>
      <w:r>
        <w:br/>
        <w:t>— Це я — жучок-світлячок Богдан.</w:t>
      </w:r>
    </w:p>
    <w:p>
      <w:r>
        <w:br/>
        <w:t>Тільки тепер Нуся побачила маленьку зелененьку цятку.</w:t>
      </w:r>
    </w:p>
    <w:p>
      <w:r>
        <w:br/>
        <w:t>— Мене послав місячний зайчик Олелько. Ми з ним дружимо,— сказав жучок-світлячок.</w:t>
      </w:r>
    </w:p>
    <w:p>
      <w:r>
        <w:br/>
        <w:t>І Нуся одразу відчула полегшення. Хоч жучок-світлячок Богдан був зовсім малюпусінький, але голосок його звучав так впевнено! І він був другом місячного зайчика Олелька. Отже, й Олелько начебто незримо був присутній тут.</w:t>
      </w:r>
    </w:p>
    <w:p>
      <w:r>
        <w:br/>
        <w:t>— Я щойно про все дізнався,— вів далі жучок-світлячок.— Сяйвик справді у Страхолюндії.</w:t>
      </w:r>
    </w:p>
    <w:p>
      <w:r>
        <w:br/>
        <w:t>— Але як же так? — прохопилася Нуся.— Там же немає місячного світла.</w:t>
      </w:r>
    </w:p>
    <w:p>
      <w:r>
        <w:br/>
        <w:t>— У тому-то й справа. Лісовик Трісь записав місяць на відеоплівку, і за допомогою чаривізора зміг захопити Сяйвика у полон. Він заніс чаривізор разом із Сяйвиком до Страхолюндії. І поки він ховається у дуплі від грози, треба винести чаривізор із Страхолюндії і випустити Сяйвика. Усі страхолюндці — нічні кошмари. Вони можуть тільки лякати, але фізичної сили не мають. Отже, зробити тобі щось лихе не зможуть. Але треба поспішати, поки Гургур Петрович і Блисьблись Іванівна сваряться на небі, звинувачуючи одне одного в тому, що не змогли виконати свою обіцянку.</w:t>
      </w:r>
    </w:p>
    <w:p>
      <w:r>
        <w:br/>
        <w:t>— Ходімо швидше! — рішуче вигукнула Нуся.</w:t>
      </w:r>
    </w:p>
    <w:p>
      <w:r>
        <w:br/>
        <w:t>— Тільки не губи мене з очей, бо сама чаривізора не знайдеш, а я до тебе не догукаюся, таке там робиться,— сказав Богдан.</w:t>
      </w:r>
    </w:p>
    <w:p>
      <w:r>
        <w:br/>
        <w:t>— Добре.</w:t>
      </w:r>
    </w:p>
    <w:p>
      <w:r>
        <w:br/>
        <w:t>— Ходімо! — і жучок-світлячок полинув у провалля.&amp;#8232;Нуся посунула за ним.</w:t>
      </w:r>
    </w:p>
    <w:p>
      <w:r>
        <w:br/>
        <w:t>Тільки-но вона зробила перші кроки, як з темряви засвітилися жахливі очі, заклацали зубами страшенні пащі, і моторошні крики залунали звідусіль.</w:t>
      </w:r>
    </w:p>
    <w:p>
      <w:r>
        <w:br/>
        <w:t>Нуся втягнула голову в плечі, зіщулилася, але не відступила. Крок за кроком просувалася вона вперед, не втрачаючи з очей зелененький вогник жучка-світлячка.</w:t>
      </w:r>
    </w:p>
    <w:p>
      <w:r>
        <w:br/>
        <w:t>Страховиська біснувалися все більше й більше, крики ставали дедалі голоснішими. У Нусі по спині бігали колючі мурашки, їй дуже хотілося втекти звідси, але вона пересилювала себе.</w:t>
      </w:r>
    </w:p>
    <w:p>
      <w:r>
        <w:br/>
        <w:t>І раптом все зникло, і настала дзвінка тиша. І нараз у тій тиші виникло зміїне сичання. Воно все наростало, наближалося, наближалося... І знову зчинився гвалт. І жахливі страховиська. заблимали лупатими очима і заклацали ікластими щелепами.</w:t>
      </w:r>
    </w:p>
    <w:p>
      <w:r>
        <w:br/>
        <w:t>Але страх поволі відпускав Нусю. Найбільший страх несподіваний, а коли його знаєш, чекаєш, він уже не такий жахний. Призвичаїтися можна й до страху.</w:t>
      </w:r>
    </w:p>
    <w:p>
      <w:r>
        <w:br/>
        <w:t>Нуся йшла далі. Очі її вже звикли до темряви, і вона почала розрізняти ґратчасті вікна, з яких визирали чудовиська, бруковані вулички з водостоками, по яких гадючи-лися потворні плазуни, склепіння над головою, під якими сновигали велетенські кажани.</w:t>
      </w:r>
    </w:p>
    <w:p>
      <w:r>
        <w:br/>
        <w:t>Нарешті жучок-світлячок Богдан підлетів до залізних дверей з іржавими кільцями замість ручок.</w:t>
      </w:r>
    </w:p>
    <w:p>
      <w:r>
        <w:br/>
        <w:t>Крики страховиськ стали просто неймовірними.</w:t>
      </w:r>
    </w:p>
    <w:p>
      <w:r>
        <w:br/>
        <w:t>Нуся не чула, що їй говорив жучок-світлячок, але зрозуміла, що, мабуть, треба відчинити двері. Вона взялася за іржаве кільце, і двері із скреготом відчинилися.</w:t>
      </w:r>
    </w:p>
    <w:p>
      <w:r>
        <w:br/>
        <w:t>У темряві срібно світився екран маленького чаривізора, на якому було видно рогатий місяць і зірки серед безхмарного нічного неба. Від місяця тяглися срібні промінці кудись у куток за дверима. Нуся зазирнула туди.</w:t>
      </w:r>
    </w:p>
    <w:p>
      <w:r>
        <w:br/>
        <w:t>Там, зв'язаний промінцями, сидів місячний зайчик. То був Сяйвик.</w:t>
      </w:r>
    </w:p>
    <w:p>
      <w:r>
        <w:br/>
        <w:t>Нуся побачила, як жучок-світлячок метнувся до Сяйвика і почав розв'язувати його. А Нуся кинулася і схопила чаривізор.</w:t>
      </w:r>
    </w:p>
    <w:p>
      <w:r>
        <w:br/>
        <w:t>І тут з'явився Кошмар Кошмарович Ойой.</w:t>
      </w:r>
    </w:p>
    <w:p>
      <w:r>
        <w:br/>
        <w:t>— Ой! Ой! — мимохіть вихопилося в Нусі: такий він був неймовірно страшний.</w:t>
      </w:r>
    </w:p>
    <w:p>
      <w:r>
        <w:br/>
        <w:t>— Поверни негайно чаривізор! — громовий голосом закричав Кошмар Кошмарович. І від того крику затремтіли у Нусі коліна. Але, пам'ятаючи слова жучка-світлячка, що кошмари нічого не можуть їй зробити, а тільки лякають, вона не випустила чаривізора з рук. Притиснувши його до грудей, Нуся кинулася назад із Страхолюндії. Вона встигла побачити, як місячний зайчик Сяйвик пострибав слідом за нею, а жучок-світлячок Богдан полетів попереду.</w:t>
      </w:r>
    </w:p>
    <w:p>
      <w:r>
        <w:br/>
        <w:t>Розділ VI</w:t>
      </w:r>
    </w:p>
    <w:p>
      <w:r>
        <w:br/>
        <w:t>ВТЕЧА</w:t>
      </w:r>
    </w:p>
    <w:p>
      <w:r>
        <w:br/>
        <w:t>— Стривай, я гукну зараз сову й пугача, а ти сховайся, щоб тебе не побачили,— писнув їй біля вуха жучок-світлячок, коли вони вискочили з провалля. І жучок-світлячок зник. А Нуся з Сяйвиком сховалися у кущах.</w:t>
      </w:r>
    </w:p>
    <w:p>
      <w:r>
        <w:br/>
        <w:t>Ще періщив дощ, і блискало, й гримотіло, але видно було, що гроза потроху вщухала, що Гургур Петрович та Блисьблись Іванівна от-от помиряться. І тоді повилазять із своїх схованок лісовик Трісь і польовик Уу, і випірне з води водяник Бульк. Одберуть вони в Нусі чаривізор і знову запроторять Сяйвика у Страхолюндію, тепер уже навіки. До кінця звільнитися Сяйвик може лише тоді, як на чаривізор впаде місячне світло, щоб Сяйвик мав змогу перескочити з чаривізорного променя на живий місячний промінь.</w:t>
      </w:r>
    </w:p>
    <w:p>
      <w:r>
        <w:br/>
        <w:t>Нуся з тривогою прислухалася до затихаючого грому. Невже не встигне жучок-світлячок?!</w:t>
      </w:r>
    </w:p>
    <w:p>
      <w:r>
        <w:br/>
        <w:t>Аж от стиха залопотіли крила, і на галявинці з'явилися Софія Павлівна та Ух Степанович. Нуся вискочила з кущів їм назустріч.</w:t>
      </w:r>
    </w:p>
    <w:p>
      <w:r>
        <w:br/>
        <w:t>Гойдалка валялася у траві, там, де її покинули. Сова й пугач схопили її своїми могутніми лапами. Нуся сіла, і вони злетіли в небо.</w:t>
      </w:r>
    </w:p>
    <w:p>
      <w:r>
        <w:br/>
        <w:t>І саме вчасно. Бо якраз у цю мить з води вигулькнув водяник Бульк. Він встиг помітити, як злетіли в небо втікачі, і заволав щосили:</w:t>
      </w:r>
    </w:p>
    <w:p>
      <w:r>
        <w:br/>
        <w:t>— Гей! Хлопці! Щоб вам у носі свиснуло! Де ви поховалися?! Вони ж тікають!</w:t>
      </w:r>
    </w:p>
    <w:p>
      <w:r>
        <w:br/>
        <w:t>— Га?! — вистромився з одного дупла лісовик Трісь.</w:t>
      </w:r>
    </w:p>
    <w:p>
      <w:r>
        <w:br/>
        <w:t>— Що?! — вистромився з другого дупла польових Уу.</w:t>
      </w:r>
    </w:p>
    <w:p>
      <w:r>
        <w:br/>
        <w:t>— От вам і "га"! От вам і "що"! — роздратовано закричав Бульк.— Я під водою, звичайно, не чую й не бачу. Але ж куди ви дивилися, трясця вам у печінки!</w:t>
      </w:r>
    </w:p>
    <w:p>
      <w:r>
        <w:br/>
        <w:t>— Так гроза ж була! Таке робилося! — чухав лисину польових Уу.</w:t>
      </w:r>
    </w:p>
    <w:p>
      <w:r>
        <w:br/>
        <w:t>— Невже Гургур та Блисьблись не відлякали їх?! Ти диви! А я був певен. Ми ж домовилися. От же! — кривився Трісь.</w:t>
      </w:r>
    </w:p>
    <w:p>
      <w:r>
        <w:br/>
        <w:t>Тут з провалля почувся голос Кошмара Кошмаровича:</w:t>
      </w:r>
    </w:p>
    <w:p>
      <w:r>
        <w:br/>
        <w:t>— Чаривізора вкрали!</w:t>
      </w:r>
    </w:p>
    <w:p>
      <w:r>
        <w:br/>
        <w:t>Лісовик схопився за голову:</w:t>
      </w:r>
    </w:p>
    <w:p>
      <w:r>
        <w:br/>
        <w:t>— Мій чаривізор! Я ж без нього, як без рук!</w:t>
      </w:r>
    </w:p>
    <w:p>
      <w:r>
        <w:br/>
        <w:t>— Катастрофо! У погоню! Дожени! Поверни! Відбери!&amp;#8232;Над верховіттям дерев зашумів вітрюган-хуліган. І кинувся у погоню.</w:t>
      </w:r>
    </w:p>
    <w:p>
      <w:r>
        <w:br/>
        <w:t>Втікачі відлетіли вже за межі Вражого Лісу, але їх ще можна було наздогнати. Та тут навперейми Катастрофі раптом підлетів вітер Вітя, збив і закрутив його у вихор.</w:t>
      </w:r>
    </w:p>
    <w:p>
      <w:r>
        <w:br/>
        <w:t>— А щоб тобі! — закричав Катастрофа, звиваючись угору і намагаючись вирватися. Проте лагідний вітер Вітя мав неабияку силу. Він міцно обіймав Катастрофу і лоскотав його своїми дужими руками. Як усі хулігани, Катастрофа страшенно боявся лоскоту і закручувався у шалений смерч, не в змозі зрушити з місця.</w:t>
      </w:r>
    </w:p>
    <w:p>
      <w:r>
        <w:br/>
        <w:t>Тим часом втікачі були вже далеко. 1 коли вітер Вітя нарешті відпустив Катастрофу, доганяти їх було пізно.</w:t>
      </w:r>
    </w:p>
    <w:p>
      <w:r>
        <w:br/>
        <w:t>Водяник, лісовик і польовик разом лайнулися поганими словами. Та тільки безсило перезирнулися. Що вони могли зробити? Що можна зробити вітрові?</w:t>
      </w:r>
    </w:p>
    <w:p>
      <w:r>
        <w:br/>
        <w:t>Розділ VII</w:t>
      </w:r>
    </w:p>
    <w:p>
      <w:r>
        <w:br/>
        <w:t>ПРОДОВЖЕННЯ СНУ</w:t>
      </w:r>
    </w:p>
    <w:p>
      <w:r>
        <w:br/>
        <w:t>І от знову Нуся в Країні Місячних Зайчиків.</w:t>
      </w:r>
    </w:p>
    <w:p>
      <w:r>
        <w:br/>
        <w:t>Місячні зайчики обступили Сяйвика, вітають його з поверненням, розпитують, радісно галасують.</w:t>
      </w:r>
    </w:p>
    <w:p>
      <w:r>
        <w:br/>
        <w:t>І Нусю всі вітають, дякують за мужність, за витримку, за те, що визволила Сяйвика.</w:t>
      </w:r>
    </w:p>
    <w:p>
      <w:r>
        <w:br/>
        <w:t>Та враз Олелько вигукнув:</w:t>
      </w:r>
    </w:p>
    <w:p>
      <w:r>
        <w:br/>
        <w:t>— Стривайте! Не можна гаяти часу. Треба, щоб Сяйвик негайно повернув Нусю в її вчорашній сон. Аби вона дізналася, що там сталося у того дідуся. Давай, Сяйвику!</w:t>
      </w:r>
    </w:p>
    <w:p>
      <w:r>
        <w:br/>
        <w:t>Ну що ж, хай засинає. Я зараз принесу той сон,— сказав Сяйвик.</w:t>
      </w:r>
    </w:p>
    <w:p>
      <w:r>
        <w:br/>
        <w:t>Нуся відчула, як очі її почали злипатися, п'янкий запах матіоли наморочив голову, присипляв... і...</w:t>
      </w:r>
    </w:p>
    <w:p>
      <w:r>
        <w:br/>
        <w:t>І враз Нуся опинилася у тому ж лісі, що й учора. Перед нею стояв маленький заплаканий дідок у червоному крислатому капелюсі і білих шатах.</w:t>
      </w:r>
    </w:p>
    <w:p>
      <w:r>
        <w:br/>
        <w:t>— Так от слухай,— сказав він.— Я гном. Спиридон Спиридонович Красношапка. У мене є онук гном-агроном Цибулька, дуже здібний хлопець, який намагається вилікувати цей ліс. А ліс хворий. Бо лісовик Трісь губить, нищить його. Лісовик зацікавлений, щоб у лісі було більше загиблих сухих дерев, бо ж він тріщить, ламаючи сухі гілки, і лякає цим усіх, хто заходить до лісу. Лісовик Трісь вимагав від онука Цибульки, щоб той не заважав йому нищити ліс, а Цибулька не слухався. І от лісовик зачаклував його, перетворив на звичайнісіньку цибулину і віддав панові Мороку у Зландію. Тепер мій онук лежить десь серед інших цибулин у Баби Яги. І Баба Яга може будь-коли скришити його у борщ або в печеню чи ще в якийсь наїдок. І пропаде, загине мій любий дорогий онук Цибулька! — гном Спиридон Спиридонович Красношапка знову заплакав.</w:t>
      </w:r>
    </w:p>
    <w:p>
      <w:r>
        <w:br/>
        <w:t>— Не плачте! — мовила Нуся.— Ви ж казали, що його можна врятувати. Скажіть лише як, і я все зроблю.</w:t>
      </w:r>
    </w:p>
    <w:p>
      <w:r>
        <w:br/>
        <w:t>— Ех-хе-хе! — зітхнув гном.— Чи зможеш? А як зможеш, то чи захочеш?</w:t>
      </w:r>
    </w:p>
    <w:p>
      <w:r>
        <w:br/>
        <w:t>— Ну я ж сказала! — образилася Нуся.</w:t>
      </w:r>
    </w:p>
    <w:p>
      <w:r>
        <w:br/>
        <w:t>— Тоді слухай. Розчаклувати мого онука Цибульку можна тільки за допомогою квітки матіоли, нічної фіалки, та й то не простої, а тієї, що росте у Країні Місячних Зайчиків. Отже, тобі, по-перше, треба потрапити у Країну Місячних Зайчиків. По-друге, взявши там матіолу, проникнути у Зландію і там, доторкнувшись квіткою матіоли до цибулини, у яку перетворив мого онука лісовик, розчаклувати його. Але це ж так небезпечно! Там же у Зландії стільки вражої сили — і Баба Яга, і Змій Горинич, і Кощій Безсмертний, і всякі інші. Не кажучи вже про пана Морока...</w:t>
      </w:r>
    </w:p>
    <w:p>
      <w:r>
        <w:br/>
        <w:t>— Але ж Цибульку та вража сила може одразу знову зачаклувати,— сказала Нуся.</w:t>
      </w:r>
    </w:p>
    <w:p>
      <w:r>
        <w:br/>
        <w:t>— Ні. Вдруге зачаклувати його вже не зможе ніхто1,-Розчаклованого зачаклувати неможливо. Такий казковий закон.</w:t>
      </w:r>
    </w:p>
    <w:p>
      <w:r>
        <w:br/>
        <w:t>Нуся ще хотіла щось сказати, але не встигла. На цьому сон перервався. Нуся прокинулася.</w:t>
      </w:r>
    </w:p>
    <w:p>
      <w:r>
        <w:br/>
        <w:t>— Ну що? — спитав Олелько.</w:t>
      </w:r>
    </w:p>
    <w:p>
      <w:r>
        <w:br/>
        <w:t>Нуся розповіла свій сон, слово в слово переказавши все, що говорив гном Спиридон Спиридонович.</w:t>
      </w:r>
    </w:p>
    <w:p>
      <w:r>
        <w:br/>
        <w:t>— Ну що ж,— сказав Сяйвик.— Першу умову ти виконала. Ти вже в Країні Місячних Зайчиків. І квітку матіоли, вважай, маєш. Тепер треба летіти у Зландію. Причому зараз же, уночі, поки вража сила спить.</w:t>
      </w:r>
    </w:p>
    <w:p>
      <w:r>
        <w:br/>
        <w:t>— Спить, та не вся,— зауважив Олелько.— Пан Морок не спить. Для нього ніч — робочий час.</w:t>
      </w:r>
    </w:p>
    <w:p>
      <w:r>
        <w:br/>
        <w:t>— Точно. Треба якось відвернути його увагу,— сказав Сяйвик.</w:t>
      </w:r>
    </w:p>
    <w:p>
      <w:r>
        <w:br/>
        <w:t>— Правильно! — погодився Олелько.— Це можемо зробити ми, хтось із нас. Скориставшися з чаривізора лісовика Тріся. Ніхто не зможе затулити нам місяць.</w:t>
      </w:r>
    </w:p>
    <w:p>
      <w:r>
        <w:br/>
        <w:t>— Точно! Здорово ти придумав. Цур полечу я! — вигукнув Сяйвик.</w:t>
      </w:r>
    </w:p>
    <w:p>
      <w:r>
        <w:br/>
        <w:t>— І я! Оскільки я придумав!</w:t>
      </w:r>
    </w:p>
    <w:p>
      <w:r>
        <w:br/>
        <w:t>— І я! І я! ! я!..— залунало звідусіль.</w:t>
      </w:r>
    </w:p>
    <w:p>
      <w:r>
        <w:br/>
        <w:t>— Ні! — рішуче сказав Олелько.— На проміння чаривізора перескочимо тільки Сяйвик і я. Всім ризикувати не можна. Якщо всіх кудись запроторять, хто ж тоді носитиме людям сни?</w:t>
      </w:r>
    </w:p>
    <w:p>
      <w:r>
        <w:br/>
        <w:t>Місячні зайчики змушені були погодитися.</w:t>
      </w:r>
    </w:p>
    <w:p>
      <w:r>
        <w:br/>
        <w:t>Розділ VIII</w:t>
      </w:r>
    </w:p>
    <w:p>
      <w:r>
        <w:br/>
        <w:t>У ЗЛАНДІЇ</w:t>
      </w:r>
    </w:p>
    <w:p>
      <w:r>
        <w:br/>
        <w:t>Пан Морок, кутаючись у чорний оксамитний плащ з каптуром, неквапно походжав по Зландії. Всі спали. У своїй хатинці на курячих ніжках свистіла носом Баба Яга. Хукав крізь сон полум'ям на ґанку Змій Горинич, який завжди спав на ґанку, щоб не наробити у хаті пожежі. А з будиночка Кощія Безсмертного лунало таке гучне хропіння, що будиночок аж хитався й підскакував на фундаменті.</w:t>
      </w:r>
    </w:p>
    <w:p>
      <w:r>
        <w:br/>
        <w:t>Пан Морок задоволено усміхався. То були для нього наймиліші хвилини. Щойно він балакав по чарифону з віце-президентом Страхолюндії Кошмаром Кошмарови-чем. Ойой доповів своєму президентові, що всі кошмари розбіглися лякати людей і у Страхолюндії тиша і спокій. Про надзвичайну подію, яка сталася нещодавно, тобто про звільнення Нусею Сяйвика і втрату чаривізора, пан Морок ще нічого не знав. Кошмар Кошмарович не наважився доповісти Панові Мороку про це уночі, і щоб не псувати йому настрій, вирішив відкласти на ранок.</w:t>
      </w:r>
    </w:p>
    <w:p>
      <w:r>
        <w:br/>
        <w:t>Настрій у пана Морока був таким чином пречудовий. Вій уявляв собі, як здригаються і скрикують крізь сон від кошмарів люди, тихенько підхихикував і мугикав собі під ніс пісеньку, яку щойно склав:</w:t>
      </w:r>
    </w:p>
    <w:p>
      <w:r>
        <w:br/>
        <w:t>"Тари-бари-бумбарари!</w:t>
      </w:r>
    </w:p>
    <w:p>
      <w:r>
        <w:br/>
        <w:t>Я співаю про кошмари,</w:t>
      </w:r>
    </w:p>
    <w:p>
      <w:r>
        <w:br/>
        <w:t>Про кошмари неймовірні</w:t>
      </w:r>
    </w:p>
    <w:p>
      <w:r>
        <w:br/>
        <w:t>І жахливі.</w:t>
      </w:r>
    </w:p>
    <w:p>
      <w:r>
        <w:br/>
        <w:t>Про хвилини мої радісні,</w:t>
      </w:r>
    </w:p>
    <w:p>
      <w:r>
        <w:br/>
        <w:t>Щасливі.</w:t>
      </w:r>
    </w:p>
    <w:p>
      <w:r>
        <w:br/>
        <w:t>Бо для мене кайфу кращого</w:t>
      </w:r>
    </w:p>
    <w:p>
      <w:r>
        <w:br/>
        <w:t>Немає,—</w:t>
      </w:r>
    </w:p>
    <w:p>
      <w:r>
        <w:br/>
        <w:t>Коли хтось кричить від страху</w:t>
      </w:r>
    </w:p>
    <w:p>
      <w:r>
        <w:br/>
        <w:t>І страждає.</w:t>
      </w:r>
    </w:p>
    <w:p>
      <w:r>
        <w:br/>
        <w:t>Тари-бари-бумбарари!</w:t>
      </w:r>
    </w:p>
    <w:p>
      <w:r>
        <w:br/>
        <w:t>Та нема страшніше кари,</w:t>
      </w:r>
    </w:p>
    <w:p>
      <w:r>
        <w:br/>
        <w:t>Ніж мої нічні кошмари.</w:t>
      </w:r>
    </w:p>
    <w:p>
      <w:r>
        <w:br/>
        <w:t>Тари-бари-бумбарари!.."</w:t>
      </w:r>
    </w:p>
    <w:p>
      <w:r>
        <w:br/>
        <w:t>Він так захопився, що не одразу помітив, як у нічному небі з'явилося щось дивне. Справді сова й пугач, які тримали у лапах гойдалку з дівчинкою, виглядали незвичайно. Пан Морок вгледів їх лише тоді, як вони вже підлетіли до Зландії. Мить — і вони сховалися за верховіттям дерев. У пана Морока навіть майнула думка — чи не один це з кошмарів завітав на його пісню. Іноді вони це робили. Але завжди одразу з'являлися перед його очі. А тут ніхто не з'явився.</w:t>
      </w:r>
    </w:p>
    <w:p>
      <w:r>
        <w:br/>
        <w:t>— Ану-ну! Що це за мара? — здивувався пан Морок і посунув туди, де зникла за деревами ота чудасія.</w:t>
      </w:r>
    </w:p>
    <w:p>
      <w:r>
        <w:br/>
        <w:t>І враз на трухлявому пеньку в гущавині пан Морок побачив місячного зайчика, який усміхався і пряв довгими вушками.</w:t>
      </w:r>
    </w:p>
    <w:p>
      <w:r>
        <w:br/>
        <w:t>— Тю! — вражено сказав пан Морок, глянувши на захмарене небо.— Звідки ти взявся?!</w:t>
      </w:r>
    </w:p>
    <w:p>
      <w:r>
        <w:br/>
        <w:t>І в цей час в іншому місці на кущі з'явився другий місячний зайчик.</w:t>
      </w:r>
    </w:p>
    <w:p>
      <w:r>
        <w:br/>
        <w:t>— Тю! — вражено повторив пан Морок.</w:t>
      </w:r>
    </w:p>
    <w:p>
      <w:r>
        <w:br/>
        <w:t>Другий зайчик теж усміхався і пряв довгими вушками.</w:t>
      </w:r>
    </w:p>
    <w:p>
      <w:r>
        <w:br/>
        <w:t>— А згиньте! Трах-тарарах! — гримнув пан Морок і змахнув полами свого чорного плаща.</w:t>
      </w:r>
    </w:p>
    <w:p>
      <w:r>
        <w:br/>
        <w:t>Але місячні зайчики не згинули. А просто перескочили на інші місця і застрибали по гілках дерев. Пан Морок кинувся за ними.</w:t>
      </w:r>
    </w:p>
    <w:p>
      <w:r>
        <w:br/>
        <w:t>Тим часом Нуся, залишивши чаривізор сові й пугачу, кинулася до хатки на курячих ніжках.</w:t>
      </w:r>
    </w:p>
    <w:p>
      <w:r>
        <w:br/>
        <w:t>У Нусі калатало серце, коли вона, відчинивши двері, переступила поріг. Ще б пак! Упемпе в житті вона потрапила до хатки Баби Яги.</w:t>
      </w:r>
    </w:p>
    <w:p>
      <w:r>
        <w:br/>
        <w:t>Півхати займала велика піч, у якій палахкотіло вугілля. На печі, посвистуючи довгим гачкуватим носом, спала Баба Яга. У її роззявленому роті стирчав один-єдиний гострий жовтий зуб. Відстебнута костяна нога лежала на ослоні.</w:t>
      </w:r>
    </w:p>
    <w:p>
      <w:r>
        <w:br/>
        <w:t>У кутку стояв мішок з картоплею, а на ньому корзина з цибулею.</w:t>
      </w:r>
    </w:p>
    <w:p>
      <w:r>
        <w:br/>
        <w:t>Затиснувши у руці квітку матіоли, Нуся навшпиньках підійшла до корзини. І почала по черзі притуляти квітку матіоли до цибулин.</w:t>
      </w:r>
    </w:p>
    <w:p>
      <w:r>
        <w:br/>
        <w:t>"Невже Баба Яга вже скришила ту цибулину?" — з жахом подумала дівчинка.</w:t>
      </w:r>
    </w:p>
    <w:p>
      <w:r>
        <w:br/>
        <w:t>Та враз одна з цибулин заворушилася, ожила, і з корзини піднявся чоловічок — голова, схожа на цибулину, зелена борідка, мов цибулячі стрілки, на потилиці гном'ячий ковпачок з китицею, зелені оченята дивляться здивовано-радісно. Аж тут на печі заворушилася й пронизливо свиснула носом Баба Яга.</w:t>
      </w:r>
    </w:p>
    <w:p>
      <w:r>
        <w:br/>
        <w:t>— Тікаймо! — шепнула Нуся.</w:t>
      </w:r>
    </w:p>
    <w:p>
      <w:r>
        <w:br/>
        <w:t>Гном-агроном Цибулька спритно метнувся до дверей, з розгону перескочив через поріг і зник. Баба Яга його й не помітила.</w:t>
      </w:r>
    </w:p>
    <w:p>
      <w:r>
        <w:br/>
        <w:t>Нуся рвонулася теж... Але не встигла. Кістлява рука Баби Яги схопила її за плече.</w:t>
      </w:r>
    </w:p>
    <w:p>
      <w:r>
        <w:br/>
        <w:t>Розділ IX</w:t>
      </w:r>
    </w:p>
    <w:p>
      <w:r>
        <w:br/>
        <w:t>ЦИБУЛЬКА І ЛОМИКАМІНЬ</w:t>
      </w:r>
    </w:p>
    <w:p>
      <w:r>
        <w:br/>
        <w:t>— Хе-хе-хе! Дівчинкою пахне! Дуже приємно! Люблю дівчаток на снідання,— засміялася Баба Яга.— Хе-хе-хе!.. Можна було б і зараз тебе на рогач та — шургиць! — у піч, підсмажити гарненько. Але ще ніч, до сніданку далеко. А я люблю свіженьке... Доведеться тобі у моїй ступі посидіти, поки я досипатиму...</w:t>
      </w:r>
    </w:p>
    <w:p>
      <w:r>
        <w:br/>
        <w:t>Баба Яга, між тим, так і не вставала з печі. Виявляється, руки в неї могли видовжуватися, і, лежачи на печі, вона своїми видовженими руками зв'язала Нусю, вкинула її, зв'язану, у величезну кам'яну ступу, що стояла край вікна, і накрила зверху кришкою. Після цього повернулася на інший бік і знову засвистіла носом.</w:t>
      </w:r>
    </w:p>
    <w:p>
      <w:r>
        <w:br/>
        <w:t>"Ну от! — у відчаї подумала Нуся.— Попалася! Що ж тепер буде з Цибулькою?"</w:t>
      </w:r>
    </w:p>
    <w:p>
      <w:r>
        <w:br/>
        <w:t>Вона спробувала підняти кришку ступи, але — де там! — то була така величезна кам'яна брила, що навіть зрушити її з місця було неможливо.</w:t>
      </w:r>
    </w:p>
    <w:p>
      <w:r>
        <w:br/>
        <w:t>Нуся почала уявляти собі, як Баба Яга підхоплює її рогачем і шургицяє у піч, як полум'я з усіх боків обпікає її, і в неї справді запекло в грудях.</w:t>
      </w:r>
    </w:p>
    <w:p>
      <w:r>
        <w:br/>
        <w:t>"Сама винна! Було б спритнішою бути, швидше вискакувати з хатки. А тепер ніхто вже мене не врятує. Нікому!"</w:t>
      </w:r>
    </w:p>
    <w:p>
      <w:r>
        <w:br/>
        <w:t>І так їй стало прикро, так гірко, що сльози самі собою навернулися на очі. Все-таки вона була маленька дівчинка, а не Ілля Муромець чи Котигорошко.</w:t>
      </w:r>
    </w:p>
    <w:p>
      <w:r>
        <w:br/>
        <w:t>І тут раптом Нуся почула, як хтось шкребеться нагорі, там, де кришка.</w:t>
      </w:r>
    </w:p>
    <w:p>
      <w:r>
        <w:br/>
        <w:t>Нуся завмерла, затамувала подих.</w:t>
      </w:r>
    </w:p>
    <w:p>
      <w:r>
        <w:br/>
        <w:t>Враз кам'яна брила хитнулася і зсунулася з місця. Не набагато, на якийсь міліметр, але зсунулася і продовжувала сунутися далі. От крізь шпарку вже видно жовте світло від полум'я, що в печі.</w:t>
      </w:r>
    </w:p>
    <w:p>
      <w:r>
        <w:br/>
        <w:t>Нуся чекала мовчки, терпляче.</w:t>
      </w:r>
    </w:p>
    <w:p>
      <w:r>
        <w:br/>
        <w:t>Шпарка все розширювалася й розширювалася. І от у ній з'явилася олова гнома Цибульки. Він приклав палець до губів (цить, мовляв), заліз у ступу і почав швидко розв'язувати Нусю.</w:t>
      </w:r>
    </w:p>
    <w:p>
      <w:r>
        <w:br/>
        <w:t>Радісна хвиля огорнула Нусю, сльози одразу висохли на її очах.</w:t>
      </w:r>
    </w:p>
    <w:p>
      <w:r>
        <w:br/>
        <w:t>А кам'яна кришка все сунулася й сунулася.</w:t>
      </w:r>
    </w:p>
    <w:p>
      <w:r>
        <w:br/>
        <w:t>Нуся не витримала й тихо спитала:</w:t>
      </w:r>
    </w:p>
    <w:p>
      <w:r>
        <w:br/>
        <w:t>— А хто це відсуває кришку?</w:t>
      </w:r>
    </w:p>
    <w:p>
      <w:r>
        <w:br/>
        <w:t>— Квітка Ломикамінь,— прошепотів Цибулька.— Я ж усе-таки гном-агроном, з усіма рослинами дружу. Без неї нам би важезну кам'яну брилу не зсунути.</w:t>
      </w:r>
    </w:p>
    <w:p>
      <w:r>
        <w:br/>
        <w:t>Він закінчив розв'язувати Нусю. В цей час кришка була вже відсунута настільки, що можна було пролізти.</w:t>
      </w:r>
    </w:p>
    <w:p>
      <w:r>
        <w:br/>
        <w:t>— Давай швиденько! — прошепотів Цибулька.</w:t>
      </w:r>
    </w:p>
    <w:p>
      <w:r>
        <w:br/>
        <w:t>Нуся вибралася зі ступи, скочила вниз, але не втрималася на ногах, поточилася й зачепила головою чавунець, що стояв на припічку. Чавунець гепнувся на підлогу.</w:t>
      </w:r>
    </w:p>
    <w:p>
      <w:r>
        <w:br/>
        <w:t>Нуся завмерла. Ой! Зараз прокинеться Баба Яга і...</w:t>
      </w:r>
    </w:p>
    <w:p>
      <w:r>
        <w:br/>
        <w:t>— Не бійся! Не прокинеться! — сказав Цибулька, що стояв у цю мить на краю ступи, тримаючи у руці червону квітку Ломикамінь.— Я їй на всяк випадок дурману під ніс підсунув.</w:t>
      </w:r>
    </w:p>
    <w:p>
      <w:r>
        <w:br/>
        <w:t>Тільки тепер Нуся помітила, що під гачкуватим носом Баби Яги лежить жмут білих квітів.</w:t>
      </w:r>
    </w:p>
    <w:p>
      <w:r>
        <w:br/>
        <w:t>— Але ризикувати не треба,— усміхнувся Цибулька.— Більше чавунці на підлогу не кидай.</w:t>
      </w:r>
    </w:p>
    <w:p>
      <w:r>
        <w:br/>
        <w:t>— Не буду! — й собі винувато усміхнулася Нуся.&amp;#8232;Вони прожогом вискочили з хатки Баби Яги.</w:t>
      </w:r>
    </w:p>
    <w:p>
      <w:r>
        <w:br/>
        <w:t>Розділ X</w:t>
      </w:r>
    </w:p>
    <w:p>
      <w:r>
        <w:br/>
        <w:t>ПАН МОРОК ГНІВАЄТЬСЯ</w:t>
      </w:r>
    </w:p>
    <w:p>
      <w:r>
        <w:br/>
        <w:t>У той час, як Нуся сиділа у ступі, а Цибулька її визволяв, пан Морок ганявся за місячними зайчиками. Він був страшенно розлючений. Такого ще не було, щоб у глупу, безмісячну непроглядну ніч по Зландії вільно бігали місячні, зайчики та ще й дражнилися, кепкували, аніскілечки не боячись наймогутнішого пана Морока. До того ж він ніяк не міг збагнути, як вони тут опинилися. Бо ж, як ви пам'ятаєте, Кошмар Кошмарович приховав від нього те, що сталося у Страхолюндії, відклав на ранок.</w:t>
      </w:r>
    </w:p>
    <w:p>
      <w:r>
        <w:br/>
        <w:t>Тим часом сова Софія Павлівна та пугач Ух Степанович, передаючи одне одному маленький чаривізор, раз-у-раз перелітали з ним з дерева на дерево, щоб пан Морок не міг встежити, звідки тягнуться промінчики, які дають життя Сяйвику і Олельку.</w:t>
      </w:r>
    </w:p>
    <w:p>
      <w:r>
        <w:br/>
        <w:t>Та врешті-решт пан Морок все-таки помітив, що сова й пугач поводяться якось підозріло. А коли помітив, то...</w:t>
      </w:r>
    </w:p>
    <w:p>
      <w:r>
        <w:br/>
        <w:t>— Замріть! — гукнув він громовим голосом.</w:t>
      </w:r>
    </w:p>
    <w:p>
      <w:r>
        <w:br/>
        <w:t>І Софія Павлівна та Ух Степанович завмерли, заклякли, заціпеніли. Вони все-таки були нічні птахи. А пан Морок мав особливу владу над усім, що пов'язано з ніччю, з темрявою.</w:t>
      </w:r>
    </w:p>
    <w:p>
      <w:r>
        <w:br/>
        <w:t>Мить — і він уже був біля сови й пугача.</w:t>
      </w:r>
    </w:p>
    <w:p>
      <w:r>
        <w:br/>
        <w:t>— Ага-а! Чаривізор! Тепер все розумію! — люто просичав пан Морок.— Як я одразу не здогадався. Ви будете покарані! І Кошмар Кошмарович буде покараний — за те, що вчасно не доповів мені про зникнення чаривізора.</w:t>
      </w:r>
    </w:p>
    <w:p>
      <w:r>
        <w:br/>
        <w:t>Олелько й Сяйвик розгубилися.</w:t>
      </w:r>
    </w:p>
    <w:p>
      <w:r>
        <w:br/>
        <w:t>— Здається, ми попалися,— сказав Сяйвик.— Звичайно, сам пан Морок одібрати чаривізор не може, він фізичної сили не має, бо зроблений з темряви. Але він зараз гукне когось із вражої сили і тоді... Зв'яжуть нас промінцями, як мене вже зв'язували, і кудись запроторять...</w:t>
      </w:r>
    </w:p>
    <w:p>
      <w:r>
        <w:br/>
        <w:t>— І Нусі щось нема,— зітхнув Олелько.— Я хвилююсь, чи не сталося з нею біди...</w:t>
      </w:r>
    </w:p>
    <w:p>
      <w:r>
        <w:br/>
        <w:t>— Я тут! — почулося з-за кущів, і звідти з'явилася Нуся разом з гномом Цибулькою. Вони підійшли саме тоді, як пан Морок гукнув сові й пугачу: "Замріть!"</w:t>
      </w:r>
    </w:p>
    <w:p>
      <w:r>
        <w:br/>
        <w:t>— Одімріть! — голосно гукнула раптом Нуся.</w:t>
      </w:r>
    </w:p>
    <w:p>
      <w:r>
        <w:br/>
        <w:t>І це було так несподівано для пана Морока, що на якусь мить влада його над пугачем і совою пропала, і вони знову ожили.</w:t>
      </w:r>
    </w:p>
    <w:p>
      <w:r>
        <w:br/>
        <w:t>І тут уже вигукнув гном Цибулька: і</w:t>
      </w:r>
    </w:p>
    <w:p>
      <w:r>
        <w:br/>
        <w:t>— Дерева, квіти, кущі і трави! Не для забави, для святої справи ростіть швиденько, станьте стіною і затуліть від нас пана Морока собою!</w:t>
      </w:r>
    </w:p>
    <w:p>
      <w:r>
        <w:br/>
        <w:t>І враз дерева, квіти, кущі і трави стали стіною і затулили собою пана Морока.</w:t>
      </w:r>
    </w:p>
    <w:p>
      <w:r>
        <w:br/>
        <w:t>— Летімо швидше! — гукнув Цибулька.— Бо довго вони не зможуть його затуляти.</w:t>
      </w:r>
    </w:p>
    <w:p>
      <w:r>
        <w:br/>
        <w:t>Нуся швиденько сіла на гойдалку, притулила до грудей чаривізор, Цибулька вмостився у неї на руках, сова й пугач змахнули крилами, і вони злетіли в небо.</w:t>
      </w:r>
    </w:p>
    <w:p>
      <w:r>
        <w:br/>
        <w:t>Розділ XI</w:t>
      </w:r>
    </w:p>
    <w:p>
      <w:r>
        <w:br/>
        <w:t>СВЯТО У ПАЛАЦІ НЕСПОДІВАНИХ РАДОСТЕЙ</w:t>
      </w:r>
    </w:p>
    <w:p>
      <w:r>
        <w:br/>
        <w:t>Країна Місячних Зайчиків зустріла їх так, як зустрічають на землі космонавтів, що повертаються з далекої міжпланетної подорожі.</w:t>
      </w:r>
    </w:p>
    <w:p>
      <w:r>
        <w:br/>
        <w:t>Місячні зайчики вишикували почесну варту. Тільки замість рушниць кожен "вартовий" тримав квітку нічної фіалки.</w:t>
      </w:r>
    </w:p>
    <w:p>
      <w:r>
        <w:br/>
        <w:t>А зведений хор місячних зайчиків співав на все небо:</w:t>
      </w:r>
    </w:p>
    <w:p>
      <w:r>
        <w:br/>
        <w:t>"Слава! Слава! Слава</w:t>
      </w:r>
    </w:p>
    <w:p>
      <w:r>
        <w:br/>
        <w:t>Дівчинці Ганнусі!</w:t>
      </w:r>
    </w:p>
    <w:p>
      <w:r>
        <w:br/>
        <w:t>Слава Нусі, слава,</w:t>
      </w:r>
    </w:p>
    <w:p>
      <w:r>
        <w:br/>
        <w:t>Слава і хвала</w:t>
      </w:r>
    </w:p>
    <w:p>
      <w:r>
        <w:br/>
        <w:t>За її хоробрість,</w:t>
      </w:r>
    </w:p>
    <w:p>
      <w:r>
        <w:br/>
        <w:t>За її діла!</w:t>
      </w:r>
    </w:p>
    <w:p>
      <w:r>
        <w:br/>
        <w:t>Цибульці-гному,</w:t>
      </w:r>
    </w:p>
    <w:p>
      <w:r>
        <w:br/>
        <w:t>Гному-агроному</w:t>
      </w:r>
    </w:p>
    <w:p>
      <w:r>
        <w:br/>
        <w:t>Слава і хвала!</w:t>
      </w:r>
    </w:p>
    <w:p>
      <w:r>
        <w:br/>
        <w:t>І сові і пугачу</w:t>
      </w:r>
    </w:p>
    <w:p>
      <w:r>
        <w:br/>
        <w:t>Слава і хвала —</w:t>
      </w:r>
    </w:p>
    <w:p>
      <w:r>
        <w:br/>
        <w:t>За хоробрість їхню,</w:t>
      </w:r>
    </w:p>
    <w:p>
      <w:r>
        <w:br/>
        <w:t>За добрі діла!</w:t>
      </w:r>
    </w:p>
    <w:p>
      <w:r>
        <w:br/>
        <w:t>Клята вража сила</w:t>
      </w:r>
    </w:p>
    <w:p>
      <w:r>
        <w:br/>
        <w:t>Врешті-решт безсила</w:t>
      </w:r>
    </w:p>
    <w:p>
      <w:r>
        <w:br/>
        <w:t>Проти сил добра.</w:t>
      </w:r>
    </w:p>
    <w:p>
      <w:r>
        <w:br/>
        <w:t>Добрим силам слава,</w:t>
      </w:r>
    </w:p>
    <w:p>
      <w:r>
        <w:br/>
        <w:t>Слава і — ура-а!.."</w:t>
      </w:r>
    </w:p>
    <w:p>
      <w:r>
        <w:br/>
        <w:t>Проспівавши це, місячні зайчики вибачилися, що сову й пугача славили без імен, позаяк імена їхні не ставали у поетичний розмір. Тобто Софія Павлівна ставала, а Ух Степанович аж ніяк. І, щоб не ображати Уха Степановича, вирішили не називати й Софію Павлівну.</w:t>
      </w:r>
    </w:p>
    <w:p>
      <w:r>
        <w:br/>
        <w:t>Софія Павлівна та Ух Степанович анітрішечки не образилися.</w:t>
      </w:r>
    </w:p>
    <w:p>
      <w:r>
        <w:br/>
        <w:t>А потім їх усіх повели до Палацу Несподіваних Радостей.</w:t>
      </w:r>
    </w:p>
    <w:p>
      <w:r>
        <w:br/>
        <w:t>І там оголосили:</w:t>
      </w:r>
    </w:p>
    <w:p>
      <w:r>
        <w:br/>
        <w:t>— Рішенням Великої Місячної Ради дівчинка Ганнуся, тобто Нуся, стає Почесною Громадянкою Країни Місячних Зайчиків і її ім'я заноситься у Срібну Книгу Несподіваних Радостей.</w:t>
      </w:r>
    </w:p>
    <w:p>
      <w:r>
        <w:br/>
        <w:t>— Ой, за що?..— зашарілася Нуся.</w:t>
      </w:r>
    </w:p>
    <w:p>
      <w:r>
        <w:br/>
        <w:t>— Як це — за що?! — вигукнув Цибулька.— Ти подарувала мені несподівану радість. Я не сподівався, що ти мене розчаклуєш, а ти взяла й розчаклувала.</w:t>
      </w:r>
    </w:p>
    <w:p>
      <w:r>
        <w:br/>
        <w:t>— І мені ти подарувала несподівану радість,— сказав Сяйвик.— Я й не сподівався, що ти мене вирятуєш із Стра-холюндії, а ти вирятувала.</w:t>
      </w:r>
    </w:p>
    <w:p>
      <w:r>
        <w:br/>
        <w:t>— І нам із Софією ти подарувала несподівану радість,— сказав Ух Степанович.— Ми так заціпеніли, коли пан Морок сказав нам "Замріть", що думали — уже й не ворухнемось ніколи. А ти гукнула "Одімріть", і ми ожили.</w:t>
      </w:r>
    </w:p>
    <w:p>
      <w:r>
        <w:br/>
        <w:t>Що тут скажеш? Усе було саме так.</w:t>
      </w:r>
    </w:p>
    <w:p>
      <w:r>
        <w:br/>
        <w:t>І в Палаці Несподіваних Радостей почалося свято.</w:t>
      </w:r>
    </w:p>
    <w:p>
      <w:r>
        <w:br/>
        <w:t>Описувати свято — справа невдячна. Бо ніякі слова не можуть замінити отого святкового піднесення, коли все у тобі тремтить, дзвенить і підскакує. Коли ти смієшся і сам не знаєш, чого смієшся... Бо ти не просто смієшся, а смієшся, танцюєш і співаєш водночас...</w:t>
      </w:r>
    </w:p>
    <w:p>
      <w:r>
        <w:br/>
        <w:t>Ні, описувати свято не берусь. Скажу тільки, що, танцюючи, співаючи і сміючись, Нуся побачила раптом перед собою старенького гнома Спиридона Спнридоновича Красношапку. Він вдячно кивав Нусі і усміхався. З очей його струменіли сльози. Але то вже були сльози радості.</w:t>
      </w:r>
    </w:p>
    <w:p>
      <w:r>
        <w:br/>
        <w:t>Звідки він тут узявся?</w:t>
      </w:r>
    </w:p>
    <w:p>
      <w:r>
        <w:br/>
        <w:t>Хто його зна.</w:t>
      </w:r>
    </w:p>
    <w:p>
      <w:r>
        <w:br/>
        <w:t>А звідки беруться чарівні сни?</w:t>
      </w:r>
    </w:p>
    <w:p>
      <w:r>
        <w:br/>
        <w:t>Звідки беруться казкові несподіванки?</w:t>
      </w:r>
    </w:p>
    <w:p>
      <w:r>
        <w:br/>
        <w:t>Звідки взагалі береться казка?</w:t>
      </w:r>
    </w:p>
    <w:p>
      <w:r>
        <w:br/>
        <w:t>Ніхто точно не знає...</w:t>
      </w:r>
    </w:p>
    <w:p>
      <w:r>
        <w:br/>
        <w:t>Розділ XII</w:t>
      </w:r>
    </w:p>
    <w:p>
      <w:r>
        <w:br/>
        <w:t>ПРОБУДЖЕННЯ</w:t>
      </w:r>
    </w:p>
    <w:p>
      <w:r>
        <w:br/>
        <w:t>Нуся прокинулася і розплющила очі.</w:t>
      </w:r>
    </w:p>
    <w:p>
      <w:r>
        <w:br/>
        <w:t>У вікно заглядало веселе ранкове сонце. У саду дзвінко гомоніло птаство. А на підвіконні сидів, усміхаючись, сонячний зайчик Терентій.</w:t>
      </w:r>
    </w:p>
    <w:p>
      <w:r>
        <w:br/>
        <w:t>І Нусю враз охопило тремтливе щемке передчуття. Вона підхопилася з ліжка й кинулася до вікна. Мама вже поралася на городі. Тато цюкав молотком, щось майструючи. А їхній вухатий песик Дюк гасав по подвір'ю, полохаючи курей і червоного півня Галагана...</w:t>
      </w:r>
    </w:p>
    <w:p>
      <w:r>
        <w:br/>
        <w:t>І Нуся раптом подумала — як добре жити на світі, колити прокинулася ясного сонячного ранку і знаєш, що тебе чекає попереду довгий-довгий, з багатьма подіями день! І як добре, що є на світі сонячні та місячні зайчики! І що є такі гарні створіння, як гном-агроном Цибулька, який дбає про живу природу! І жучок-світлячок Богдан, який не дасть заблукати уночі в лісі. І лагідний вітер Вітя, що завжди виручить у скрутну хвилину. А, головне, що, як співають місячні зайчики,</w:t>
      </w:r>
    </w:p>
    <w:p>
      <w:r>
        <w:br/>
        <w:t>"Клята вража сила</w:t>
      </w:r>
    </w:p>
    <w:p>
      <w:r>
        <w:br/>
        <w:t>Врешті-решт безсила</w:t>
      </w:r>
    </w:p>
    <w:p>
      <w:r>
        <w:br/>
        <w:t>Проти сил добра.</w:t>
      </w:r>
    </w:p>
    <w:p>
      <w:r>
        <w:br/>
        <w:t>Добрим силам слава!</w:t>
      </w:r>
    </w:p>
    <w:p>
      <w:r>
        <w:br/>
        <w:t>Слава і — ура!"</w:t>
      </w:r>
    </w:p>
    <w:p>
      <w:r>
        <w:br/>
        <w:t>Нуся ще не знала, що вона сьогодні робитиме, але твердо вирішила — сьогодні вона подарує комусь хоч маленьку, але несподівану радість. Обов'язково — несподівану!</w:t>
      </w:r>
    </w:p>
    <w:p>
      <w:r>
        <w:br/>
        <w:t>І їй стало так гарно, так гарно — від самої лише цієї думки!..</w:t>
      </w:r>
    </w:p>
    <w:p>
      <w:r>
        <w:br/>
        <w:t>Адже дарувати комусь радість — це ж і самому радість! І, може, це найбільша радість на світі...</w:t>
      </w:r>
    </w:p>
    <w:p>
      <w:r>
        <w:br/>
        <w:t>І якщо ти можеш подарувати комусь несподівану радість — даруй, не задумуючись!..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Країні Місячних Зайчиків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