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Вчителька</w:t>
      </w:r>
    </w:p>
    <w:p>
      <w:r>
        <w:br/>
        <w:t xml:space="preserve"> ВЧИТЕЛЬКА&lt;br /&gt;</w:t>
        <w:br/>
        <w:t>(Поема)&lt;br /&gt;</w:t>
        <w:br/>
        <w:t>І</w:t>
      </w:r>
    </w:p>
    <w:p>
      <w:r>
        <w:br/>
        <w:t>Забута станція і школа,&lt;br /&gt;</w:t>
        <w:br/>
        <w:t>в снігу тини, в снігу село,&lt;br /&gt;</w:t>
        <w:br/>
        <w:t>таке завіяне і голе,&lt;br /&gt;</w:t>
        <w:br/>
        <w:t>неначе мертвого чоло.</w:t>
      </w:r>
    </w:p>
    <w:p>
      <w:r>
        <w:br/>
        <w:t>Тополі шум і хмари сині,&lt;br /&gt;</w:t>
        <w:br/>
        <w:t>а там, де церква в самоті,&lt;br /&gt;</w:t>
        <w:br/>
        <w:t>з вікна холодного Галині&lt;br /&gt;</w:t>
        <w:br/>
        <w:t>лиш видно галки на хресті,</w:t>
      </w:r>
    </w:p>
    <w:p>
      <w:r>
        <w:br/>
        <w:t>та промайнуть рипливі сани,&lt;br /&gt;</w:t>
        <w:br/>
        <w:t>перегукнеться дітвора,&lt;br /&gt;</w:t>
        <w:br/>
        <w:t>і знов пливе життя мара,&lt;br /&gt;</w:t>
        <w:br/>
        <w:t>одноманітна і туманна,&lt;br /&gt;</w:t>
        <w:br/>
        <w:t>і знов, де церква в самоті,&lt;br /&gt;</w:t>
        <w:br/>
        <w:t>журливі галки на хресті.</w:t>
      </w:r>
    </w:p>
    <w:p>
      <w:r>
        <w:br/>
        <w:t>А вдалині майданів гули&lt;br /&gt;</w:t>
        <w:br/>
        <w:t>і вежі, й димарі до хмар,&lt;br /&gt;</w:t>
        <w:br/>
        <w:t>там люди йдуть, як на пожар.&lt;br /&gt;</w:t>
        <w:br/>
        <w:t>Галина місто вже забула.</w:t>
      </w:r>
    </w:p>
    <w:p>
      <w:r>
        <w:br/>
        <w:t>Сидить над зшитками і мляво&lt;br /&gt;</w:t>
        <w:br/>
        <w:t>дитячі виправля слова,&lt;br /&gt;</w:t>
        <w:br/>
        <w:t>мов після тифу, кучерява&lt;br /&gt;</w:t>
        <w:br/>
        <w:t>її поникла голова.</w:t>
      </w:r>
    </w:p>
    <w:p>
      <w:r>
        <w:br/>
        <w:t>Кімната темна і маленька,&lt;br /&gt;</w:t>
        <w:br/>
        <w:t>убогі стіни, мов на сміх,&lt;br /&gt;</w:t>
        <w:br/>
        <w:t>і над столом портрет Шевченка&lt;br /&gt;</w:t>
        <w:br/>
        <w:t>в вінку із квітів польових.</w:t>
      </w:r>
    </w:p>
    <w:p>
      <w:r>
        <w:br/>
        <w:t>Вночі бажань безумні зграї,&lt;br /&gt;</w:t>
        <w:br/>
        <w:t>у вікна тьми незламна гать...&lt;br /&gt;</w:t>
        <w:br/>
        <w:t>Тут про електрику не знають&lt;br /&gt;</w:t>
        <w:br/>
        <w:t>та і не скоро будуть знать.</w:t>
      </w:r>
    </w:p>
    <w:p>
      <w:r>
        <w:br/>
        <w:t>А десь гуде, шумить, юрбує...&lt;br /&gt;</w:t>
        <w:br/>
        <w:t>Галина й зараз ніби чує&lt;br /&gt;</w:t>
        <w:br/>
        <w:t>і крок, і дзвін, і сміх, і спів&lt;br /&gt;</w:t>
        <w:br/>
        <w:t>в янтарнім морі ліхтарів...</w:t>
      </w:r>
    </w:p>
    <w:p>
      <w:r>
        <w:br/>
        <w:t>Вона ім'я чиєсь шепоче,&lt;br /&gt;</w:t>
        <w:br/>
        <w:t>і наче видно їй у сні&lt;br /&gt;</w:t>
        <w:br/>
        <w:t>там у юрбі самотні очі,&lt;br /&gt;</w:t>
        <w:br/>
        <w:t>в них золоті зіниць огні.</w:t>
      </w:r>
    </w:p>
    <w:p>
      <w:r>
        <w:br/>
        <w:t>І в тих очах бажань без краю,&lt;br /&gt;</w:t>
        <w:br/>
        <w:t>і в тих очах туман і муть...&lt;br /&gt;</w:t>
        <w:br/>
        <w:t>Вони усе чогось шукають,&lt;br /&gt;</w:t>
        <w:br/>
        <w:t>вони усе на когось ждуть...</w:t>
      </w:r>
    </w:p>
    <w:p>
      <w:r>
        <w:br/>
        <w:t>Далекі дні, веселі друзі,&lt;br /&gt;</w:t>
        <w:br/>
        <w:t>огонь полемік і образ...&lt;br /&gt;</w:t>
        <w:br/>
        <w:t>Його на вечорі у "Плузі" 1&lt;br /&gt;</w:t>
        <w:br/>
        <w:t>Галина бачила не раз.</w:t>
      </w:r>
    </w:p>
    <w:p>
      <w:r>
        <w:br/>
        <w:t>Вона усе чогось хотіла,&lt;br /&gt;</w:t>
        <w:br/>
        <w:t>але сказати не могла&lt;br /&gt;</w:t>
        <w:br/>
        <w:t>і познайомитись не сміла...&lt;br /&gt;</w:t>
        <w:br/>
        <w:t>А потім сніг, туман села,</w:t>
      </w:r>
    </w:p>
    <w:p>
      <w:r>
        <w:br/>
        <w:t>сельбуд і церква, діти, клас,&lt;br /&gt;</w:t>
        <w:br/>
        <w:t>у вечори тихенька школа...&lt;br /&gt;</w:t>
        <w:br/>
        <w:t>І от прийшов буденний час,&lt;br /&gt;</w:t>
        <w:br/>
        <w:t>як темний гай в снігу навколо...&lt;br /&gt;</w:t>
        <w:br/>
        <w:t>О, де ви, шумні береги?&lt;br /&gt;</w:t>
        <w:br/>
        <w:t>Лиш сум і злидні навкруги.</w:t>
      </w:r>
    </w:p>
    <w:p>
      <w:r>
        <w:br/>
        <w:t>І хмарна даль, і хмарні люди...&lt;br /&gt;</w:t>
        <w:br/>
        <w:t>А ніч у зорях догорить,&lt;br /&gt;</w:t>
        <w:br/>
        <w:t>Галину стомлену розбудить&lt;br /&gt;</w:t>
        <w:br/>
        <w:t>веселий гомін дітвори.</w:t>
      </w:r>
    </w:p>
    <w:p>
      <w:r>
        <w:br/>
        <w:t>Життя, життя! Чого ти варте?&lt;br /&gt;</w:t>
        <w:br/>
        <w:t>У тьмі минають день за днем,&lt;br /&gt;</w:t>
        <w:br/>
        <w:t>мов білі літери на парті,&lt;br /&gt;</w:t>
        <w:br/>
        <w:t>чиїмсь нашкрябані ножем.</w:t>
      </w:r>
    </w:p>
    <w:p>
      <w:r>
        <w:br/>
        <w:t>Галина йшла служить добру,&lt;br /&gt;</w:t>
        <w:br/>
        <w:t>а дні важкі, мов хмарна вовна,&lt;br /&gt;</w:t>
        <w:br/>
        <w:t>вона і любить дітвору,&lt;br /&gt;</w:t>
        <w:br/>
        <w:t>та ця любов така неповна!</w:t>
      </w:r>
    </w:p>
    <w:p>
      <w:r>
        <w:br/>
        <w:t>Над білим маревом бумажки&lt;br /&gt;</w:t>
        <w:br/>
        <w:t>її голівка золота.&lt;br /&gt;</w:t>
        <w:br/>
        <w:t>Якби ви знали, як це важко&lt;br /&gt;</w:t>
        <w:br/>
        <w:t>писать поетові листа!</w:t>
      </w:r>
    </w:p>
    <w:p>
      <w:r>
        <w:br/>
        <w:t>Лист</w:t>
      </w:r>
    </w:p>
    <w:p>
      <w:r>
        <w:br/>
        <w:t>Поете мій, Володю мрійний!&lt;br /&gt;</w:t>
        <w:br/>
        <w:t>Ні, я не марю, я не сплю.&lt;br /&gt;</w:t>
        <w:br/>
        <w:t>Писати хочу офіційно,&lt;br /&gt;</w:t>
        <w:br/>
        <w:t>а починається на "лю".&lt;br /&gt;</w:t>
        <w:br/>
        <w:t>У вікна хмар смутні овали.&lt;br /&gt;</w:t>
        <w:br/>
        <w:t>Вже вечір. Світяться огні.&lt;br /&gt;</w:t>
        <w:br/>
        <w:t>Згадайте "Плуг", де ви читали&lt;br /&gt;</w:t>
        <w:br/>
        <w:t>свої поезії сумні.</w:t>
      </w:r>
    </w:p>
    <w:p>
      <w:r>
        <w:br/>
        <w:t>Ту залю світлу та високу,&lt;br /&gt;</w:t>
        <w:br/>
        <w:t>у вікна ніч в огнях руду&lt;br /&gt;</w:t>
        <w:br/>
        <w:t>й сковородинку2 чорнооку&lt;br /&gt;</w:t>
        <w:br/>
        <w:t>завжди у першому ряду.</w:t>
      </w:r>
    </w:p>
    <w:p>
      <w:r>
        <w:br/>
        <w:t>Дівчину ту Галина звали&lt;br /&gt;</w:t>
        <w:br/>
        <w:t>(тремтять і серце, і рука...),&lt;br /&gt;</w:t>
        <w:br/>
        <w:t>вона записки вам писала,&lt;br /&gt;</w:t>
        <w:br/>
        <w:t>а ви не знали, хто така.</w:t>
      </w:r>
    </w:p>
    <w:p>
      <w:r>
        <w:br/>
        <w:t>Давно-давно... Куди іду я?..&lt;br /&gt;</w:t>
        <w:br/>
        <w:t>Це ж батьківщина вам, Донбас.&lt;br /&gt;</w:t>
        <w:br/>
        <w:t>Тепер я тут учителюю&lt;br /&gt;</w:t>
        <w:br/>
        <w:t>і часто думаю про вас.</w:t>
      </w:r>
    </w:p>
    <w:p>
      <w:r>
        <w:br/>
        <w:t>Як швидко дні міські промчали!&lt;br /&gt;</w:t>
        <w:br/>
        <w:t>Село у сум... Та це пусте.&lt;br /&gt;</w:t>
        <w:br/>
        <w:t>Якби мені ви написали,&lt;br /&gt;</w:t>
        <w:br/>
        <w:t>моє ви сонце золоте!</w:t>
      </w:r>
    </w:p>
    <w:p>
      <w:r>
        <w:br/>
        <w:t>В нас є сельбуд (портрети, лави,&lt;br /&gt;</w:t>
        <w:br/>
        <w:t>маленька сцена...). Дні — як рік.&lt;br /&gt;</w:t>
        <w:br/>
        <w:t>Бувають іноді вистави&lt;br /&gt;</w:t>
        <w:br/>
        <w:t>(ламають двері, тісно, крик)...</w:t>
      </w:r>
    </w:p>
    <w:p>
      <w:r>
        <w:br/>
        <w:t>На все тут час і певні межі,&lt;br /&gt;</w:t>
        <w:br/>
        <w:t>усіх мов снігом замело.&lt;br /&gt;</w:t>
        <w:br/>
        <w:t>Нема ні гриму, ні одежі...&lt;br /&gt;</w:t>
        <w:br/>
        <w:t>Самі ж ви знаєте... село...&lt;br /&gt;</w:t>
        <w:br/>
        <w:t>Таке сумне і безнадійне!&lt;br /&gt;</w:t>
        <w:br/>
        <w:t>А може, ні? Скажіть, молю!&lt;br /&gt;</w:t>
        <w:br/>
        <w:t>Писати хочу офіційно,&lt;br /&gt;</w:t>
        <w:br/>
        <w:t>а все кінчається на "лю".</w:t>
      </w:r>
    </w:p>
    <w:p>
      <w:r>
        <w:br/>
        <w:t>Я безпорадна, мов дитина,&lt;br /&gt;</w:t>
        <w:br/>
        <w:t>я і люблю, й боюся вас.&lt;br /&gt;</w:t>
        <w:br/>
        <w:t>Село "Занесене", Галина,&lt;br /&gt;</w:t>
        <w:br/>
        <w:t>"Забута" станція, Донбас.</w:t>
      </w:r>
    </w:p>
    <w:p>
      <w:r>
        <w:br/>
        <w:t>Відповідь</w:t>
      </w:r>
    </w:p>
    <w:p>
      <w:r>
        <w:br/>
        <w:t>Неначе тут... Низенькі хати...&lt;br /&gt;</w:t>
        <w:br/>
        <w:t>Сніги, сніги... печаль і тьма..&lt;br /&gt;</w:t>
        <w:br/>
        <w:t>Я хочу радості вам дати,&lt;br /&gt;</w:t>
        <w:br/>
        <w:t>а в мене радості й нема.</w:t>
      </w:r>
    </w:p>
    <w:p>
      <w:r>
        <w:br/>
        <w:t>Роздерте серце України,&lt;br /&gt;</w:t>
        <w:br/>
        <w:t>там, у минулому... бої...&lt;br /&gt;</w:t>
        <w:br/>
        <w:t>Я пам'ятаю вас, Галино,&lt;br /&gt;</w:t>
        <w:br/>
        <w:t>як і поезії свої.</w:t>
      </w:r>
    </w:p>
    <w:p>
      <w:r>
        <w:br/>
        <w:t>Як страшно жить у самоті&lt;br /&gt;</w:t>
        <w:br/>
        <w:t>такій, як ви, сумній дитині!..&lt;br /&gt;</w:t>
        <w:br/>
        <w:t>Я пам'ятаю ночі сині&lt;br /&gt;</w:t>
        <w:br/>
        <w:t>і ваші очі золоті.</w:t>
      </w:r>
    </w:p>
    <w:p>
      <w:r>
        <w:br/>
        <w:t>Згадайте дні, думки, як зорі,&lt;br /&gt;</w:t>
        <w:br/>
        <w:t>тоді так весело було!&lt;br /&gt;</w:t>
        <w:br/>
        <w:t>Слова наївні і бадьорі&lt;br /&gt;</w:t>
        <w:br/>
        <w:t>і ваші мрії про село...</w:t>
      </w:r>
    </w:p>
    <w:p>
      <w:r>
        <w:br/>
        <w:t>Є хмарні душі, ті завжди&lt;br /&gt;</w:t>
        <w:br/>
        <w:t>повиті смутком і журбою.&lt;br /&gt;</w:t>
        <w:br/>
        <w:t>Вони ідуть в житті, як дим,&lt;br /&gt;</w:t>
        <w:br/>
        <w:t>як тихий човен за водою.&lt;br /&gt;</w:t>
        <w:br/>
        <w:t>Неначе осінь їхня путь,&lt;br /&gt;</w:t>
        <w:br/>
        <w:t>журба, журба кругом без краю.&lt;br /&gt;</w:t>
        <w:br/>
        <w:t>Печально люблять і живуть&lt;br /&gt;</w:t>
        <w:br/>
        <w:t>і у печалі умирають.</w:t>
      </w:r>
    </w:p>
    <w:p>
      <w:r>
        <w:br/>
        <w:t>Є душі зоряні, вони&lt;br /&gt;</w:t>
        <w:br/>
        <w:t>ясні шляхи в житті прослали,&lt;br /&gt;</w:t>
        <w:br/>
        <w:t>їх не лякає злиднів жало,&lt;br /&gt;</w:t>
        <w:br/>
        <w:t>ні царство смутку й тишини.</w:t>
      </w:r>
    </w:p>
    <w:p>
      <w:r>
        <w:br/>
        <w:t>Ці люблять радісно й живуть,&lt;br /&gt;</w:t>
        <w:br/>
        <w:t>де б не були, як вільні люди.&lt;br /&gt;</w:t>
        <w:br/>
        <w:t>Коли ж обірветься їх путь,&lt;br /&gt;</w:t>
        <w:br/>
        <w:t>ідуть з усмішкою в нікуди.</w:t>
      </w:r>
    </w:p>
    <w:p>
      <w:r>
        <w:br/>
        <w:t>Ви хмарна дівчина. Про себе&lt;br /&gt;</w:t>
        <w:br/>
        <w:t>я вже мовчу. І я сумний.&lt;br /&gt;</w:t>
        <w:br/>
        <w:t>А треба буть таким, як небо,&lt;br /&gt;</w:t>
        <w:br/>
        <w:t>як огнеокий буревій.</w:t>
      </w:r>
    </w:p>
    <w:p>
      <w:r>
        <w:br/>
        <w:t>Я вам пишу і не востаннє.&lt;br /&gt;</w:t>
        <w:br/>
        <w:t>І тут і там,і тут і там&lt;br /&gt;</w:t>
        <w:br/>
        <w:t>світи встають, кипить змагання.&lt;br /&gt;</w:t>
        <w:br/>
        <w:t>Невже ж про себе думать нам?!</w:t>
      </w:r>
    </w:p>
    <w:p>
      <w:r>
        <w:br/>
        <w:t>Ламає тюрм одвічні стіни&lt;br /&gt;</w:t>
        <w:br/>
        <w:t>рука напружена раба.&lt;br /&gt;</w:t>
        <w:br/>
        <w:t>Так будьмо ж зоряні, Галино,&lt;br /&gt;</w:t>
        <w:br/>
        <w:t>як наша зоряна доба!</w:t>
      </w:r>
    </w:p>
    <w:p>
      <w:r>
        <w:br/>
        <w:t>Нехай навколо чорні зграї&lt;br /&gt;</w:t>
        <w:br/>
        <w:t>багнети точать... Це пусте!&lt;br /&gt;</w:t>
        <w:br/>
        <w:t>Ще буде радісно, я знаю.&lt;br /&gt;</w:t>
        <w:br/>
        <w:t>Ваш Володимир Вапліте3.&lt;br /&gt;</w:t>
        <w:br/>
        <w:t>Як і завжди, в вікно тополі,&lt;br /&gt;</w:t>
        <w:br/>
        <w:t>шумить у школі дітвора.&lt;br /&gt;</w:t>
        <w:br/>
        <w:t>О дні заплакані і голі,&lt;br /&gt;</w:t>
        <w:br/>
        <w:t>О вечорів сумна пора!</w:t>
      </w:r>
    </w:p>
    <w:p>
      <w:r>
        <w:br/>
        <w:t>Коли над нами і за нами&lt;br /&gt;</w:t>
        <w:br/>
        <w:t>чиєсь прокляте помело...&lt;br /&gt;</w:t>
        <w:br/>
        <w:t>Я так люблю тебе, село,&lt;br /&gt;</w:t>
        <w:br/>
        <w:t>повите синню і снігами!</w:t>
      </w:r>
    </w:p>
    <w:p>
      <w:r>
        <w:br/>
        <w:t>А літом пахне лобода,&lt;br /&gt;</w:t>
        <w:br/>
        <w:t>тремтять зірки на небокраї...&lt;br /&gt;</w:t>
        <w:br/>
        <w:t>То десь гармонія заграє,&lt;br /&gt;</w:t>
        <w:br/>
        <w:t>то пісня в полі зарида...</w:t>
      </w:r>
    </w:p>
    <w:p>
      <w:r>
        <w:br/>
        <w:t>Ти хочеш глянути під вії,&lt;br /&gt;</w:t>
        <w:br/>
        <w:t>під ними зорі... Ти не сам.&lt;br /&gt;</w:t>
        <w:br/>
        <w:t>Співають півні, гай чорніє,&lt;br /&gt;</w:t>
        <w:br/>
        <w:t>І на калині вже роса.</w:t>
      </w:r>
    </w:p>
    <w:p>
      <w:r>
        <w:br/>
        <w:t>Життя берем мов на бігу ми.&lt;br /&gt;</w:t>
        <w:br/>
        <w:t>Галина мріє... Тишина.&lt;br /&gt;</w:t>
        <w:br/>
        <w:t>Лиш десь цвіркун... Вона одна.&lt;br /&gt;</w:t>
        <w:br/>
        <w:t>Чека на відповідь, і думи</w:t>
      </w:r>
    </w:p>
    <w:p>
      <w:r>
        <w:br/>
        <w:t>їй не дають ніяк заснуть,&lt;br /&gt;</w:t>
        <w:br/>
        <w:t>вони, як довга сніжна путь.&lt;br /&gt;</w:t>
        <w:br/>
        <w:t>Надворі знов якась пороша.&lt;br /&gt;</w:t>
        <w:br/>
        <w:t>Далеко десь гудуть міста...</w:t>
      </w:r>
    </w:p>
    <w:p>
      <w:r>
        <w:br/>
        <w:t>І раз приносить листоноша&lt;br /&gt;</w:t>
        <w:br/>
        <w:t>Галині жданого листа.&lt;br /&gt;</w:t>
        <w:br/>
        <w:t>В уяві стали очі карі,&lt;br /&gt;</w:t>
        <w:br/>
        <w:t>вони зоріють і зовуть...</w:t>
      </w:r>
    </w:p>
    <w:p>
      <w:r>
        <w:br/>
        <w:t>Од них ясніє дивно путь,&lt;br /&gt;</w:t>
        <w:br/>
        <w:t>неначе струни на гітарі&lt;br /&gt;</w:t>
        <w:br/>
        <w:t>перебирає ніжний хтось...&lt;br /&gt;</w:t>
        <w:br/>
        <w:t>І листування почалось.</w:t>
      </w:r>
    </w:p>
    <w:p>
      <w:r>
        <w:br/>
        <w:t>Сніги заплакали... Весною&lt;br /&gt;</w:t>
        <w:br/>
        <w:t>уже запахли дерева.&lt;br /&gt;</w:t>
        <w:br/>
        <w:t>Немов музикою ясною&lt;br /&gt;</w:t>
        <w:br/>
        <w:t>Галині повна голова.</w:t>
      </w:r>
    </w:p>
    <w:p>
      <w:r>
        <w:br/>
        <w:t>У вікна синь, тополі, хмари&lt;br /&gt;</w:t>
        <w:br/>
        <w:t>та вітряки у далині.&lt;br /&gt;</w:t>
        <w:br/>
        <w:t>І стали дні, немов пісні,&lt;br /&gt;</w:t>
        <w:br/>
        <w:t>як перший шум од крил Ікара.</w:t>
      </w:r>
    </w:p>
    <w:p>
      <w:r>
        <w:br/>
        <w:t>Галина в щасті, наче в зливі,&lt;br /&gt;</w:t>
        <w:br/>
        <w:t>її слова ясні, дзвінкі.&lt;br /&gt;</w:t>
        <w:br/>
        <w:t>Якби усі були щасливі&lt;br /&gt;</w:t>
        <w:br/>
        <w:t>золотоокі вчительки!</w:t>
      </w:r>
    </w:p>
    <w:p>
      <w:r>
        <w:br/>
        <w:t>Уже нема у школі тиші,&lt;br /&gt;</w:t>
        <w:br/>
        <w:t>в сельбуді вистави частіші.&lt;br /&gt;</w:t>
        <w:br/>
        <w:t>Прийшла нова якась пора,&lt;br /&gt;</w:t>
        <w:br/>
        <w:t>і краще вчиться дітвора.</w:t>
      </w:r>
    </w:p>
    <w:p>
      <w:r>
        <w:br/>
        <w:t>Торкну я струни не мінорні,&lt;br /&gt;</w:t>
        <w:br/>
        <w:t>хай залуна бадьорий спів!&lt;br /&gt;</w:t>
        <w:br/>
        <w:t>Блистять на сонці парти чорні&lt;br /&gt;</w:t>
        <w:br/>
        <w:t>й голівки милі школярів.</w:t>
      </w:r>
    </w:p>
    <w:p>
      <w:r>
        <w:br/>
        <w:t>В роботі час, як сонце, лине.&lt;br /&gt;</w:t>
        <w:br/>
        <w:t>Весна, приходь! Та швидше, гей!&lt;br /&gt;</w:t>
        <w:br/>
        <w:t>І заставляє вчить дітей&lt;br /&gt;</w:t>
        <w:br/>
        <w:t>"його" поезії Галина.&lt;br /&gt;</w:t>
        <w:br/>
        <w:t>Усе цвіте, куди не гляне,&lt;br /&gt;</w:t>
        <w:br/>
        <w:t>усе захоплює її.&lt;br /&gt;</w:t>
        <w:br/>
        <w:t>І усміхаються селяни&lt;br /&gt;</w:t>
        <w:br/>
        <w:t>в поважні бороди свої.</w:t>
      </w:r>
    </w:p>
    <w:p>
      <w:r>
        <w:br/>
        <w:t>І у сільраді й скрізь казали&lt;br /&gt;</w:t>
        <w:br/>
        <w:t>(цвіти, хвилин веселий крок!..):&lt;br /&gt;</w:t>
        <w:br/>
        <w:t>— Якби побільше місто слало&lt;br /&gt;</w:t>
        <w:br/>
        <w:t>до нас таких учительок!</w:t>
      </w:r>
    </w:p>
    <w:p>
      <w:r>
        <w:br/>
        <w:t>Цілує вітер юні щоки,&lt;br /&gt;</w:t>
        <w:br/>
        <w:t>бруньки розкрили дерева.&lt;br /&gt;</w:t>
        <w:br/>
        <w:t>Іде по вулицях весна,&lt;br /&gt;</w:t>
        <w:br/>
        <w:t>як комсомолка синьоока.</w:t>
      </w:r>
    </w:p>
    <w:p>
      <w:r>
        <w:br/>
        <w:t>А час летить усе скоріше...&lt;br /&gt;</w:t>
        <w:br/>
        <w:t>Галина більше не сумна&lt;br /&gt;</w:t>
        <w:br/>
        <w:t>й листів закоханих не пише&lt;br /&gt;</w:t>
        <w:br/>
        <w:t>до Володимира вона.</w:t>
      </w:r>
    </w:p>
    <w:p>
      <w:r>
        <w:br/>
        <w:t>їй ясно стало, що кохання&lt;br /&gt;</w:t>
        <w:br/>
        <w:t>не для поета, як для всіх.&lt;br /&gt;</w:t>
        <w:br/>
        <w:t>І затуманили востаннє&lt;br /&gt;</w:t>
        <w:br/>
        <w:t>зіниці сльози. Так. Вона,</w:t>
      </w:r>
    </w:p>
    <w:p>
      <w:r>
        <w:br/>
        <w:t>як і поет. І їй не треба&lt;br /&gt;</w:t>
        <w:br/>
        <w:t>інтимних хвиль, коли все небо&lt;br /&gt;</w:t>
        <w:br/>
        <w:t>в крові повстань, і дні — війна...&lt;br /&gt;</w:t>
        <w:br/>
        <w:t>На те і вчителька вона.</w:t>
      </w:r>
    </w:p>
    <w:p>
      <w:r>
        <w:br/>
        <w:t>Останній лист</w:t>
      </w:r>
    </w:p>
    <w:p>
      <w:r>
        <w:br/>
        <w:t>Здорові будьте, Володимир!&lt;br /&gt;</w:t>
        <w:br/>
        <w:t>(Сюди до рими: "Воле, дим ер"...)&lt;br /&gt;</w:t>
        <w:br/>
        <w:t>Тепер я знаю, що робить,&lt;br /&gt;</w:t>
        <w:br/>
        <w:t>щоб стать, як сонце, як блакить.&lt;br /&gt;</w:t>
        <w:br/>
        <w:t>Сумніви згинули важкі,&lt;br /&gt;</w:t>
        <w:br/>
        <w:t>відчула я, що у новому&lt;br /&gt;</w:t>
        <w:br/>
        <w:t>ті душі зоряні, які&lt;br /&gt;</w:t>
        <w:br/>
        <w:t>мене так ваблять і чарують.</w:t>
      </w:r>
    </w:p>
    <w:p>
      <w:r>
        <w:br/>
        <w:t>Бо знаю вже, куди іду я&lt;br /&gt;</w:t>
        <w:br/>
        <w:t>у днів потоці огняному.&lt;br /&gt;</w:t>
        <w:br/>
        <w:t>А сум і розпач — це утома.&lt;br /&gt;</w:t>
        <w:br/>
        <w:t>І винні в цім не наші дні,</w:t>
      </w:r>
    </w:p>
    <w:p>
      <w:r>
        <w:br/>
        <w:t>а наші нервиі Мій поете,&lt;br /&gt;</w:t>
        <w:br/>
        <w:t>нехай побила я штиблети,&lt;br /&gt;</w:t>
        <w:br/>
        <w:t>нехай я боса і в кімнаті&lt;br /&gt;</w:t>
        <w:br/>
        <w:t>тортурний холод, — злидні кляті</w:t>
      </w:r>
    </w:p>
    <w:p>
      <w:r>
        <w:br/>
        <w:t>ми переборем, проженем,&lt;br /&gt;</w:t>
        <w:br/>
        <w:t>з землі ми зробимо Едем.&lt;br /&gt;</w:t>
        <w:br/>
        <w:t>Хай буде кожний як титан!&lt;br /&gt;</w:t>
        <w:br/>
        <w:t>Нам треба сили, сили, сили!</w:t>
      </w:r>
    </w:p>
    <w:p>
      <w:r>
        <w:br/>
        <w:t>Мене селяни полюбили,&lt;br /&gt;</w:t>
        <w:br/>
        <w:t>і полюбила я селян.&lt;br /&gt;</w:t>
        <w:br/>
        <w:t>Нехай я вийшла із міщан,&lt;br /&gt;</w:t>
        <w:br/>
        <w:t>але на них іду війною!</w:t>
      </w:r>
    </w:p>
    <w:p>
      <w:r>
        <w:br/>
        <w:t>Не одспівали сурми бою,&lt;br /&gt;</w:t>
        <w:br/>
        <w:t>я не спізнилась... Навпаки,&lt;br /&gt;</w:t>
        <w:br/>
        <w:t>мені так раді бідаки.&lt;br /&gt;</w:t>
        <w:br/>
        <w:t>Бо слово зле "інтелігент", —</w:t>
      </w:r>
    </w:p>
    <w:p>
      <w:r>
        <w:br/>
        <w:t>тепер на дні нові патент.&lt;br /&gt;</w:t>
        <w:br/>
        <w:t>Ми йдемо до юного, нового!&lt;br /&gt;</w:t>
        <w:br/>
        <w:t>І можуть бути в тумані&lt;br /&gt;</w:t>
        <w:br/>
        <w:t>лиш ті, що в радісному дні&lt;br /&gt;</w:t>
        <w:br/>
        <w:t>не бачать світлого нічого&lt;br /&gt;</w:t>
        <w:br/>
        <w:t>й розводять паніку між нас&lt;br /&gt;</w:t>
        <w:br/>
        <w:t>у цей відповідальний час.&lt;br /&gt;</w:t>
        <w:br/>
        <w:t>Ми йдем, ми дійдем до мети.</w:t>
      </w:r>
    </w:p>
    <w:p>
      <w:r>
        <w:br/>
        <w:t>Це так, як двічі два — чотири.&lt;br /&gt;</w:t>
        <w:br/>
        <w:t>Хай будуть всі залізні, щирі,&lt;br /&gt;</w:t>
        <w:br/>
        <w:t>як ваші вірші і листи!&lt;br /&gt;</w:t>
        <w:br/>
        <w:t>Живуть хай сила і краса!</w:t>
      </w:r>
    </w:p>
    <w:p>
      <w:r>
        <w:br/>
        <w:t>Нема шляхів людині-звірю!&lt;br /&gt;</w:t>
        <w:br/>
        <w:t>Я в наші дні залізно вірю&lt;br /&gt;</w:t>
        <w:br/>
        <w:t>і їм молюсь... А гній і леп&lt;br /&gt;</w:t>
        <w:br/>
        <w:t>нам допоможе змити неп.</w:t>
      </w:r>
    </w:p>
    <w:p>
      <w:r>
        <w:br/>
        <w:t>Я чула, ви нещодавно&lt;br /&gt;</w:t>
        <w:br/>
        <w:t>хотіли вбить себе... Вино,&lt;br /&gt;</w:t>
        <w:br/>
        <w:t>жінки й нечулі цьому винні&lt;br /&gt;</w:t>
        <w:br/>
        <w:t>та ті, що в латаній свитині</w:t>
      </w:r>
    </w:p>
    <w:p>
      <w:r>
        <w:br/>
        <w:t>старцюють в місті... Це біда.&lt;br /&gt;</w:t>
        <w:br/>
        <w:t>Але все пройде, як вода.&lt;br /&gt;</w:t>
        <w:br/>
        <w:t>Я чула скрізь: і тут, і там,&lt;br /&gt;</w:t>
        <w:br/>
        <w:t>як люблять вас, як вірять вам.</w:t>
      </w:r>
    </w:p>
    <w:p>
      <w:r>
        <w:br/>
        <w:t>Нехай же розпачу у вас&lt;br /&gt;</w:t>
        <w:br/>
        <w:t>не буде! Так говорить клас.&lt;br /&gt;</w:t>
        <w:br/>
        <w:t>А ви є син його, Володю,&lt;br /&gt;</w:t>
        <w:br/>
        <w:t>ви ж двадцять літ росли в заводі!</w:t>
      </w:r>
    </w:p>
    <w:p>
      <w:r>
        <w:br/>
        <w:t>Ах, не писать це вам мені!&lt;br /&gt;</w:t>
        <w:br/>
        <w:t>Та хай почують "ближні й дальні",&lt;br /&gt;</w:t>
        <w:br/>
        <w:t>яка страшна відповідальність&lt;br /&gt;</w:t>
        <w:br/>
        <w:t>поетом буть у наші дні!&lt;br /&gt;</w:t>
        <w:br/>
        <w:t>1928—1929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Вчителька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