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Вирлооке сонце</w:t>
      </w:r>
    </w:p>
    <w:p>
      <w:r>
        <w:br/>
        <w:t xml:space="preserve"> Вирлооке сонце</w:t>
      </w:r>
    </w:p>
    <w:p>
      <w:r>
        <w:br/>
        <w:t>сідає на чорну скелю.</w:t>
      </w:r>
    </w:p>
    <w:p>
      <w:r>
        <w:br/>
        <w:t>З неба, гір і свободи собі збудувала дім я.</w:t>
      </w:r>
    </w:p>
    <w:p>
      <w:r>
        <w:br/>
        <w:t>Небосхил для людини —</w:t>
      </w:r>
    </w:p>
    <w:p>
      <w:r>
        <w:br/>
        <w:t>якраз відповідна, стеля.</w:t>
      </w:r>
    </w:p>
    <w:p>
      <w:r>
        <w:br/>
        <w:t>Піднімеш думку — і не розіб'єш їй тім'я.</w:t>
      </w:r>
    </w:p>
    <w:p>
      <w:r>
        <w:br/>
        <w:t>Майстрували нам стелю до млості, до одуру,</w:t>
      </w:r>
    </w:p>
    <w:p>
      <w:r>
        <w:br/>
        <w:t>із найкращих ідей, з настановами згідно,</w:t>
      </w:r>
    </w:p>
    <w:p>
      <w:r>
        <w:br/>
        <w:t>знявши мірку з пресованих бовдурів</w:t>
      </w:r>
    </w:p>
    <w:p>
      <w:r>
        <w:br/>
        <w:t>і пружинно-спіральних негідників.</w:t>
      </w:r>
    </w:p>
    <w:p>
      <w:r>
        <w:br/>
        <w:t>Спіральним зручно.</w:t>
      </w:r>
    </w:p>
    <w:p>
      <w:r>
        <w:br/>
        <w:t>Високим не дуже.</w:t>
      </w:r>
    </w:p>
    <w:p>
      <w:r>
        <w:br/>
        <w:t>Високим зроду таке не личило,</w:t>
      </w:r>
    </w:p>
    <w:p>
      <w:r>
        <w:br/>
        <w:t>щоб те, за що ладен віддати душу,</w:t>
      </w:r>
    </w:p>
    <w:p>
      <w:r>
        <w:br/>
        <w:t>думку твою підгинало й калічило.</w:t>
      </w:r>
    </w:p>
    <w:p>
      <w:r>
        <w:br/>
        <w:t>Високі думки в'юнитись не вміє.</w:t>
      </w:r>
    </w:p>
    <w:p>
      <w:r>
        <w:br/>
        <w:t>Впиралась чолом у погашені гасла,</w:t>
      </w:r>
    </w:p>
    <w:p>
      <w:r>
        <w:br/>
        <w:t>крізь товщу стелі росла в надію</w:t>
      </w:r>
    </w:p>
    <w:p>
      <w:r>
        <w:br/>
        <w:t>і, як свіча, без повітря гасла.</w:t>
      </w:r>
    </w:p>
    <w:p>
      <w:r>
        <w:br/>
        <w:t>Боліла правдою. Плакала віршами.</w:t>
      </w:r>
    </w:p>
    <w:p>
      <w:r>
        <w:br/>
        <w:t>Чистими ранами революції зяяла.</w:t>
      </w:r>
    </w:p>
    <w:p>
      <w:r>
        <w:br/>
        <w:t>Училась мовчати. На бантині вішалась.</w:t>
      </w:r>
    </w:p>
    <w:p>
      <w:r>
        <w:br/>
        <w:t>Або йшла милуватись північним сяйвом.</w:t>
      </w:r>
    </w:p>
    <w:p>
      <w:r>
        <w:br/>
        <w:t>Морозами бита, муштрована покиддю,</w:t>
      </w:r>
    </w:p>
    <w:p>
      <w:r>
        <w:br/>
        <w:t>виходила сива з тих академій.</w:t>
      </w:r>
    </w:p>
    <w:p>
      <w:r>
        <w:br/>
        <w:t>На довгих столах вимирала покотом</w:t>
      </w:r>
    </w:p>
    <w:p>
      <w:r>
        <w:br/>
        <w:t>від різних редакторських епідемій.</w:t>
      </w:r>
    </w:p>
    <w:p>
      <w:r>
        <w:br/>
        <w:t>А люди питають:</w:t>
      </w:r>
    </w:p>
    <w:p>
      <w:r>
        <w:br/>
        <w:t>— Де геніальні повісті?</w:t>
      </w:r>
    </w:p>
    <w:p>
      <w:r>
        <w:br/>
        <w:t>Де думка епохи, весела й печальна? —</w:t>
      </w:r>
    </w:p>
    <w:p>
      <w:r>
        <w:br/>
        <w:t>Поїхала у закритому поїзді.</w:t>
      </w:r>
    </w:p>
    <w:p>
      <w:r>
        <w:br/>
        <w:t>Похована на цвинтарі мовчання.</w:t>
      </w:r>
    </w:p>
    <w:p>
      <w:r>
        <w:br/>
        <w:t>Слухайте, ви, що ідеї розплямкали,</w:t>
      </w:r>
    </w:p>
    <w:p>
      <w:r>
        <w:br/>
        <w:t>чиїми руками ту стелю роблено,—</w:t>
      </w:r>
    </w:p>
    <w:p>
      <w:r>
        <w:br/>
        <w:t>воскресла думка, встає над уламками,</w:t>
      </w:r>
    </w:p>
    <w:p>
      <w:r>
        <w:br/>
        <w:t>живою водою правди покроплена!</w:t>
      </w:r>
    </w:p>
    <w:p>
      <w:r>
        <w:br/>
        <w:t>Золото мистецтва з переляком сплавити,</w:t>
      </w:r>
    </w:p>
    <w:p>
      <w:r>
        <w:br/>
        <w:t>добути з брехні — ненадійна алхімія.</w:t>
      </w:r>
    </w:p>
    <w:p>
      <w:r>
        <w:br/>
        <w:t>Єдина стеля мистецтва —</w:t>
      </w:r>
    </w:p>
    <w:p>
      <w:r>
        <w:br/>
        <w:t>правда.</w:t>
      </w:r>
    </w:p>
    <w:p>
      <w:r>
        <w:br/>
        <w:t>Піднімеш поезію — і не розіб'єш їй тім'я.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Вирлооке сонце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