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там є</w:t>
      </w:r>
    </w:p>
    <w:p>
      <w:r>
        <w:br/>
        <w:t xml:space="preserve"> Стояв я сам-один, немов на варті&lt;br /&gt;</w:t>
        <w:br/>
        <w:t>Забутий в?як у чужій землі,&lt;br /&gt;</w:t>
        <w:br/>
        <w:t>І України я шукав на карті,&lt;br /&gt;</w:t>
        <w:br/>
        <w:t>Шукав, шукав, та не було її.</w:t>
      </w:r>
    </w:p>
    <w:p>
      <w:r>
        <w:br/>
        <w:t>Розірвана граничними стовпами,&lt;br /&gt;</w:t>
        <w:br/>
        <w:t>Осяяна загравою пожеж&lt;br /&gt;</w:t>
        <w:br/>
        <w:t>І розпанахана ворожими мечами,&lt;br /&gt;</w:t>
        <w:br/>
        <w:t>Конала тихо серед власних меж.</w:t>
      </w:r>
    </w:p>
    <w:p>
      <w:r>
        <w:br/>
        <w:t>Кругом кістки, череп'я, попелище,&lt;br /&gt;</w:t>
        <w:br/>
        <w:t>Незвісного непройдений прост?р,&lt;br /&gt;</w:t>
        <w:br/>
        <w:t>А в тім просторі, чую — ближче й ближче&lt;br /&gt;</w:t>
        <w:br/>
        <w:t>Іде і вовком виє голод-звір.</w:t>
      </w:r>
    </w:p>
    <w:p>
      <w:r>
        <w:br/>
        <w:t>Ні, ні! Не встою довше я на варті,&lt;br /&gt;</w:t>
        <w:br/>
        <w:t>Закрию очі, кину кріс, піду...&lt;br /&gt;</w:t>
        <w:br/>
        <w:t>Я України не знайшов на карті,&lt;br /&gt;</w:t>
        <w:br/>
        <w:t>Може, в душі її я віднайду.</w:t>
      </w:r>
    </w:p>
    <w:p>
      <w:r>
        <w:br/>
        <w:t>Вона там є. Єдина, неподільна,&lt;br /&gt;</w:t>
        <w:br/>
        <w:t>Від Сяну срібнолентого по Дон,&lt;br /&gt;</w:t>
        <w:br/>
        <w:t>Така розкішна, чиста, ясна, вільна,&lt;br /&gt;</w:t>
        <w:br/>
        <w:t>Немов найкращий молодечий сон.</w:t>
      </w:r>
    </w:p>
    <w:p>
      <w:r>
        <w:br/>
        <w:t>Прийде момент, коли сей сон скінчиться&lt;br /&gt;</w:t>
        <w:br/>
        <w:t>І буде дійсність кращою від мрій,&lt;br /&gt;</w:t>
        <w:br/>
        <w:t>А поки що най цілий світ валиться,&lt;br /&gt;</w:t>
        <w:br/>
        <w:t>Хоч сам-один, ти вір і кріпко стій!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там 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