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Вона вже йде</w:t>
      </w:r>
    </w:p>
    <w:p>
      <w:r>
        <w:br/>
        <w:t xml:space="preserve"> &lt;p&gt;Під землею загуготіло, дім задрижав, шибки задзенькотіли.</w:t>
      </w:r>
    </w:p>
    <w:p>
      <w:r>
        <w:br/>
        <w:t>— О, вже! — радісно вигукнув Сакіо й вискочив на веранду.</w:t>
      </w:r>
    </w:p>
    <w:p>
      <w:r>
        <w:br/>
        <w:t>В садку, що був часткою змішаного лісу, пронизливо закричав фазан.</w:t>
      </w:r>
    </w:p>
    <w:p>
      <w:r>
        <w:br/>
        <w:t>То був перший цього літа досить великий вибух вулкана Асама.</w:t>
      </w:r>
    </w:p>
    <w:p>
      <w:r>
        <w:br/>
        <w:t>Видно було, як у клубах диму, що стовпом знявся з кратера, феєрверками бухає вогонь. Чи то блискавки? Чи розпечене каміння?</w:t>
      </w:r>
    </w:p>
    <w:p>
      <w:r>
        <w:br/>
        <w:t>Батько й мати Сакіо спостерігали виверження, спокійно сидячи в кріслах. З вікна тої кімнати добре було видно вулкан Асаму й не конче виходити на веранду.</w:t>
      </w:r>
    </w:p>
    <w:p>
      <w:r>
        <w:br/>
        <w:t>У Каруйдзаві навіть ціна на земельні ділянки залежала від одного: видно чи не видно Асаму. Вже стало звичаєм, що й орендарі вілл та відвідувачі спочатку, мов привітання, говорили, що видно Асаму.</w:t>
      </w:r>
    </w:p>
    <w:p>
      <w:r>
        <w:br/>
        <w:t>Ця віддавна славна гора не тільки окутувалася хмарами й туманом, а й разом з порами року та дня змінювала свій колір, хоч це був звичайний незгаслий вулкан, а сама гора зовсім лиса.</w:t>
      </w:r>
    </w:p>
    <w:p>
      <w:r>
        <w:br/>
        <w:t>Вілла Сакіо стояла на осонні пагорба до півдня, а що з заходу, звідти видно Асаму, також схил, то змішаний ліс було вирубано тільки там. Для затінку від західного сонця залишили один великий в'яз.</w:t>
      </w:r>
    </w:p>
    <w:p>
      <w:r>
        <w:br/>
        <w:t>В'яз стояв самотньо, ніщо не заступало його, віття, що росло вільно й розлого, тяглося на захід, трохи обвисло, й здавався він більший від самого дому. Дрібне листя тремтіло навіть від такого легкого повіву, якого не відчуває людина.</w:t>
      </w:r>
    </w:p>
    <w:p>
      <w:r>
        <w:br/>
        <w:t>У дитинстві Сакіо щоліта закохано милувався тим в'язом. Він називав його зеленою парасолею щастя. Пам'ятав, як колись давно мати сідала в плетене крісло під тим в'язом, брала на руки його, а він дивився на небо, що проглядало крізь листя.</w:t>
      </w:r>
    </w:p>
    <w:p>
      <w:r>
        <w:br/>
        <w:t>Ще змалку, коли Асама вивергалася, він завжди вискакував на веранду, й батько сміявся з нього. Він і сам не знав, чому так чинить.</w:t>
      </w:r>
    </w:p>
    <w:p>
      <w:r>
        <w:br/>
        <w:t>І веранда їхнього дому заходила з півдня на захід, щоб було видно Асаму.</w:t>
      </w:r>
    </w:p>
    <w:p>
      <w:r>
        <w:br/>
        <w:t>В'яз був трохи на південний захід, Асама — праворуч від нього, трохи на північний захід.</w:t>
      </w:r>
    </w:p>
    <w:p>
      <w:r>
        <w:br/>
        <w:t>Того разу, коли Сакіко вискочив на веранду, була місячна ніч.</w:t>
      </w:r>
    </w:p>
    <w:p>
      <w:r>
        <w:br/>
        <w:t>У спокійне небо, що в місячнім сяйві ясніло далеко, знялися клуби диму.</w:t>
      </w:r>
    </w:p>
    <w:p>
      <w:r>
        <w:br/>
        <w:t>Вони мовби злились у велетенську скелю. Мовби двигнули м'язами землі.</w:t>
      </w:r>
    </w:p>
    <w:p>
      <w:r>
        <w:br/>
        <w:t>Спочатку здавалося, що то не дим, а страшною силою спресоване якесь тверде тіло.</w:t>
      </w:r>
    </w:p>
    <w:p>
      <w:r>
        <w:br/>
        <w:t>Потім виверження, знявшись на висоту кількох тисяч сяку, заслонило небо й розсипало попіл на віддалі не одного рі. Здавалось, то постріл з гармати Землі, а в ньому вся її сила. Хтозна, чи є ще інша форма, в якій можна було б побачити таку велику потугу.</w:t>
      </w:r>
    </w:p>
    <w:p>
      <w:r>
        <w:br/>
        <w:t>Та й це не цунамі, що вдаряє об скелю, тут можна спокійно дивитися на такий згусток сили.</w:t>
      </w:r>
    </w:p>
    <w:p>
      <w:r>
        <w:br/>
        <w:t>Фотографи, коли чатують на виверження Асами, мовби змагаються в тому, щоб схопити мить вибуху. Сакіо також намагався не пропустити цього.</w:t>
      </w:r>
    </w:p>
    <w:p>
      <w:r>
        <w:br/>
        <w:t>Згодом дим перестав витягатися й розповзатись на всі боки, вибуху наче й не було. Напруга ослабла, все стало тепер не таке чарівне. Феєрверків-блискавок у клубах диму вже не було. Коли бачиш мить вибуху, то забуваєш про страх, груди переповнює почуття радости, а коли дим заслонить небо аж над головою, то відразу бере страх.</w:t>
      </w:r>
    </w:p>
    <w:p>
      <w:r>
        <w:br/>
        <w:t>Це так, мовби людина, зненацька відчувши силу Великої Природи, і сама набирає сили, а потім слабне.</w:t>
      </w:r>
    </w:p>
    <w:p>
      <w:r>
        <w:br/>
        <w:t>Цього разу Сакіо мав нагоду надзвичайно добре побачити виверження, бо вибіг відразу на підземний гуркіт.</w:t>
      </w:r>
    </w:p>
    <w:p>
      <w:r>
        <w:br/>
        <w:t>Місячне небо плоскогір'я підсилювало відчуття тягаря тих клубів диму, подібних до кам'яних брил.</w:t>
      </w:r>
    </w:p>
    <w:p>
      <w:r>
        <w:br/>
        <w:t>А що допіру звечоріло, то багато людей бачили це. Але його огорнула самота, здавалось, тільки він бачить це виверження. Мов у безлюдний світ пустелі, прийшов гнів духа Землі.</w:t>
      </w:r>
    </w:p>
    <w:p>
      <w:r>
        <w:br/>
        <w:t>Раптом усе затихло, як на мертвім полі.</w:t>
      </w:r>
    </w:p>
    <w:p>
      <w:r>
        <w:br/>
        <w:t>Сакіо обняв одною рукою круглий стояк веранди й німо дивився.</w:t>
      </w:r>
    </w:p>
    <w:p>
      <w:r>
        <w:br/>
        <w:t>Клуби диму корчилися, скручувались і потроху витягалися.</w:t>
      </w:r>
    </w:p>
    <w:p>
      <w:r>
        <w:br/>
        <w:t>Дим клубочивсь плавно, але йшов угору метрів двадцять на секунду. За хвилину вже був на висоті тисячі метрів.</w:t>
      </w:r>
    </w:p>
    <w:p>
      <w:r>
        <w:br/>
        <w:t>Вітру не було, й клуби диму знялися рівним стовпом, а голова розкрилась, як гриб чи парасоля.</w:t>
      </w:r>
    </w:p>
    <w:p>
      <w:r>
        <w:br/>
        <w:t>Потім дим розійшовся довкола.</w:t>
      </w:r>
    </w:p>
    <w:p>
      <w:r>
        <w:br/>
        <w:t>Заступив небо просто над Сакіо.</w:t>
      </w:r>
    </w:p>
    <w:p>
      <w:r>
        <w:br/>
        <w:t>Дим ішов із заходу, а місяць був напроти — на сході, і там, де стикалися клуби диму з місячним сяйвом, залишалося тьмяне світло, мов смуга туману.</w:t>
      </w:r>
    </w:p>
    <w:p>
      <w:r>
        <w:br/>
        <w:t>Сакіо відчув, що та хмара гострого світла, об яку розбивається товща диму, сіє страх.</w:t>
      </w:r>
    </w:p>
    <w:p>
      <w:r>
        <w:br/>
        <w:t>І в цю мить його плеча торкнулася рука Хіроко.</w:t>
      </w:r>
    </w:p>
    <w:p>
      <w:r>
        <w:br/>
        <w:t>Йому блиснула думка, чи запах тої жінки не є запахом виверження.</w:t>
      </w:r>
    </w:p>
    <w:p>
      <w:r>
        <w:br/>
        <w:t>Він так зачудовано спостерігав виверження, що серце його лишалось відкритим.</w:t>
      </w:r>
    </w:p>
    <w:p>
      <w:r>
        <w:br/>
        <w:t>Сакіо був під враженням, що запах її тіла вдихнув глибоко-глибоко у свої груди. Плече затремтіло.</w:t>
      </w:r>
    </w:p>
    <w:p>
      <w:r>
        <w:br/>
        <w:t>— Страшно, еге? — мовила Хіроко і прихилилась до нього.</w:t>
      </w:r>
    </w:p>
    <w:p>
      <w:r>
        <w:br/>
        <w:t>— Зовсім ні.</w:t>
      </w:r>
    </w:p>
    <w:p>
      <w:r>
        <w:br/>
        <w:t>Сакіо видалося, що його голос прозвучав пронизливо, і він похилив голову.</w:t>
      </w:r>
    </w:p>
    <w:p>
      <w:r>
        <w:br/>
        <w:t>В садку, десь поряд з криками фазана, ледь пробивалося місячне світло, а земля була темна.</w:t>
      </w:r>
    </w:p>
    <w:p>
      <w:r>
        <w:br/>
        <w:t>Він знову глянув угору.</w:t>
      </w:r>
    </w:p>
    <w:p>
      <w:r>
        <w:br/>
        <w:t>— Страшно, га? — знову прошепотіла Хіроко.</w:t>
      </w:r>
    </w:p>
    <w:p>
      <w:r>
        <w:br/>
        <w:t>Хмара чорного диму, як зловісна запона, заслонила місячне сяйво й потроху спадала вділ.</w:t>
      </w:r>
    </w:p>
    <w:p>
      <w:r>
        <w:br/>
        <w:t>— Зовсім ні, — непривітно озвався він.</w:t>
      </w:r>
    </w:p>
    <w:p>
      <w:r>
        <w:br/>
        <w:t>— Невже? Сакіо-сан, ви так любите дивитися на виверження?</w:t>
      </w:r>
    </w:p>
    <w:p>
      <w:r>
        <w:br/>
        <w:t>— Я не казав, що люблю.</w:t>
      </w:r>
    </w:p>
    <w:p>
      <w:r>
        <w:br/>
        <w:t>— Але навіть ваша мама щойно так сказала. А коли вискочили, вона засміялася, що ви дивна дитина.</w:t>
      </w:r>
    </w:p>
    <w:p>
      <w:r>
        <w:br/>
        <w:t>Хіроко говорила так, як у дитинстві, але голосом закоханої людини. Клуби диму полонили й її, а відчуття страху було більше, ніж вона сама відчула.</w:t>
      </w:r>
    </w:p>
    <w:p>
      <w:r>
        <w:br/>
        <w:t>Сакіо мовчав.</w:t>
      </w:r>
    </w:p>
    <w:p>
      <w:r>
        <w:br/>
        <w:t>Його серце полонила дівоча лагідність її голосу, та чомусь огорнув смуток, мабуть, від спогадів дитинства.</w:t>
      </w:r>
    </w:p>
    <w:p>
      <w:r>
        <w:br/>
        <w:t>Хіроко, поклавши пальці на його плече, мовби дала знак:</w:t>
      </w:r>
    </w:p>
    <w:p>
      <w:r>
        <w:br/>
        <w:t>— Ходім до хати?</w:t>
      </w:r>
    </w:p>
    <w:p>
      <w:r>
        <w:br/>
        <w:t>— Еге.</w:t>
      </w:r>
    </w:p>
    <w:p>
      <w:r>
        <w:br/>
        <w:t>Він стояв.</w:t>
      </w:r>
    </w:p>
    <w:p>
      <w:r>
        <w:br/>
        <w:t>— Доки будете так дивитися? Цікаво?</w:t>
      </w:r>
    </w:p>
    <w:p>
      <w:r>
        <w:br/>
        <w:t>Але й вона не йшла.</w:t>
      </w:r>
    </w:p>
    <w:p>
      <w:r>
        <w:br/>
        <w:t>— Сакіо-сан, ваша мама дуже недобра жінка, — Хіроко ледь усміхнулася. — Спочатку оглядала мене, а потім здивовано сказала, шо я добре засмагла. І додала, що якби була жива моя мама, то цього року казала б мені грати в теніс чи щось таке. Нащо було згадувати про мою маму? Тож я встала й прийшла сюди. Вона отямилася, що забагато наговорила, але... Негарно, що я встала й пішла. Мені ніяково, то ходімте разом до кімнати.</w:t>
      </w:r>
    </w:p>
    <w:p>
      <w:r>
        <w:br/>
        <w:t>— Коли померла твоя мама?</w:t>
      </w:r>
    </w:p>
    <w:p>
      <w:r>
        <w:br/>
        <w:t>— Мама? — Хіроко відповідала мовби пальцями на його плечі. — Коли я мала сім років. Того року, як я пішла до школи. Бо народилася в першій половині року.</w:t>
      </w:r>
    </w:p>
    <w:p>
      <w:r>
        <w:br/>
        <w:t>Він тілом відчув навіть м'якість її пальців. Здавалось, вони гарячі.</w:t>
      </w:r>
    </w:p>
    <w:p>
      <w:r>
        <w:br/>
        <w:t>Щоки запашіли від одчуття, що її пальці торкаються його ключиці, а він був тільки в сорочці поверх літньої білизни.</w:t>
      </w:r>
    </w:p>
    <w:p>
      <w:r>
        <w:br/>
        <w:t>— Невже те, що я їм сказала, було таке несподіване для батька й матері Сакіо-сана? — мовби міркувала вголос вона.</w:t>
      </w:r>
    </w:p>
    <w:p>
      <w:r>
        <w:br/>
        <w:t>Він не відповів. Не мав, що відповісти, а ні, то мусив побороти дитячий сором.</w:t>
      </w:r>
    </w:p>
    <w:p>
      <w:r>
        <w:br/>
        <w:t>— Вони, здається, дуже здивувалися. Чи я не прийшла, щоб сказати все?</w:t>
      </w:r>
    </w:p>
    <w:p>
      <w:r>
        <w:br/>
        <w:t>Сакіо далі мовчав. В ньому вже заворушилося невиразне обурення, але тут</w:t>
      </w:r>
    </w:p>
    <w:p>
      <w:r>
        <w:br/>
        <w:t>по бляшаному дахові заторохкотіло. Це нагадувало сильний град, але звук був дрібніший і глухіший.</w:t>
      </w:r>
    </w:p>
    <w:p>
      <w:r>
        <w:br/>
        <w:t>— Ой! — Вона перелякано обняла його за плечі. — Як моторошно!</w:t>
      </w:r>
    </w:p>
    <w:p>
      <w:r>
        <w:br/>
        <w:t>Удари дужчали. На дах падало каміння. Било й по листях дерев.</w:t>
      </w:r>
    </w:p>
    <w:p>
      <w:r>
        <w:br/>
        <w:t>— Стережіться, Сакіо-сан! — Вона хотіла відтягти його, але він не поступався.</w:t>
      </w:r>
    </w:p>
    <w:p>
      <w:r>
        <w:br/>
        <w:t>— Дарма, все гаразд. То тільки вулканічний пісок.</w:t>
      </w:r>
    </w:p>
    <w:p>
      <w:r>
        <w:br/>
        <w:t>— Пісок? То не пісок, а каміння.</w:t>
      </w:r>
    </w:p>
    <w:p>
      <w:r>
        <w:br/>
        <w:t>— Ні, то ще називається вулканічним піском. Менш як три міліметри — вулканічний пісок.</w:t>
      </w:r>
    </w:p>
    <w:p>
      <w:r>
        <w:br/>
        <w:t>— Ого! — вона була здивована.</w:t>
      </w:r>
    </w:p>
    <w:p>
      <w:r>
        <w:br/>
        <w:t>І дах і садок озивалися метушливим перестуком. Звук був нерівний, і від того ставало ще моторошніше.</w:t>
      </w:r>
    </w:p>
    <w:p>
      <w:r>
        <w:br/>
        <w:t>Хіроко заціпеніла.</w:t>
      </w:r>
    </w:p>
    <w:p>
      <w:r>
        <w:br/>
        <w:t>— Сакіо! Сакіо!.. — гукала мати.</w:t>
      </w:r>
    </w:p>
    <w:p>
      <w:r>
        <w:br/>
        <w:t>— Сакіо-сан! — трепетливо промовила Хіроко й поклала другу руку на його плече, мовби тягнучи назад: — Тут справді небезпечно.</w:t>
      </w:r>
    </w:p>
    <w:p>
      <w:r>
        <w:br/>
        <w:t>— Нічого, нічого, — він мало не силою вивернувся.</w:t>
      </w:r>
    </w:p>
    <w:p>
      <w:r>
        <w:br/>
        <w:t>— От біда! — Хіроко похитнулася. — Такий дивак.</w:t>
      </w:r>
    </w:p>
    <w:p>
      <w:r>
        <w:br/>
        <w:t>А потім звіддалік глянула йому у лице.</w:t>
      </w:r>
    </w:p>
    <w:p>
      <w:r>
        <w:br/>
        <w:t>— Ой, Сакіо-сан! Ви плачете? Чому?</w:t>
      </w:r>
    </w:p>
    <w:p>
      <w:r>
        <w:br/>
        <w:t>Сльози бігли з його очей.</w:t>
      </w:r>
    </w:p>
    <w:p>
      <w:r>
        <w:br/>
        <w:t>— Чому? Пробачте. Через мене?</w:t>
      </w:r>
    </w:p>
    <w:p>
      <w:r>
        <w:br/>
        <w:t>— Ні.</w:t>
      </w:r>
    </w:p>
    <w:p>
      <w:r>
        <w:br/>
        <w:t>— А що завдало жалю?</w:t>
      </w:r>
    </w:p>
    <w:p>
      <w:r>
        <w:br/>
        <w:t>— Я не маю жалю.</w:t>
      </w:r>
    </w:p>
    <w:p>
      <w:r>
        <w:br/>
        <w:t>— А чому?</w:t>
      </w:r>
    </w:p>
    <w:p>
      <w:r>
        <w:br/>
        <w:t>Сакіо й сам не знав. Він навіть не усвідомлював, що плаче.</w:t>
      </w:r>
    </w:p>
    <w:p>
      <w:r>
        <w:br/>
        <w:t>Може, коли почув, як падає на дах дрібне каміння, щось перевернулося в душі?</w:t>
      </w:r>
    </w:p>
    <w:p>
      <w:r>
        <w:br/>
        <w:t>Йому на очі найшли сльози тільки тому, то навіялося щось чисте й ніжне з дитинства, про що вона й гадки не мала.</w:t>
      </w:r>
    </w:p>
    <w:p>
      <w:r>
        <w:br/>
        <w:t>Втім, Сакіо подумав, що це від зарозумілості п'ятнадцяти-шістнадцятирічного юнака.</w:t>
      </w:r>
    </w:p>
    <w:p>
      <w:r>
        <w:br/>
        <w:t>Вона стояла, припавши до нього, а на душі було неспокійно.</w:t>
      </w:r>
    </w:p>
    <w:p>
      <w:r>
        <w:br/>
        <w:t>— Попіл падає, — мовив Сакіо.</w:t>
      </w:r>
    </w:p>
    <w:p>
      <w:r>
        <w:br/>
        <w:t>Тихим шерехом попіл падав на листя дерев.</w:t>
      </w:r>
    </w:p>
    <w:p>
      <w:r>
        <w:br/>
        <w:t>Дрібне каміння вже стукотіло де-не-де.</w:t>
      </w:r>
    </w:p>
    <w:p>
      <w:r>
        <w:br/>
        <w:t>— Так. Попіл падає. Скоро буде спокійно, — мовила вона.</w:t>
      </w:r>
    </w:p>
    <w:p>
      <w:r>
        <w:br/>
        <w:t>— Еге ж.</w:t>
      </w:r>
    </w:p>
    <w:p>
      <w:r>
        <w:br/>
        <w:t>— Сакіо-сан, ви вже також спокійні.</w:t>
      </w:r>
    </w:p>
    <w:p>
      <w:r>
        <w:br/>
        <w:t>Він на це нічого не відповів, тільки сказав:</w:t>
      </w:r>
    </w:p>
    <w:p>
      <w:r>
        <w:br/>
        <w:t>— Мабуть, далеко сягає той попелопад. — І глянув на небо.</w:t>
      </w:r>
    </w:p>
    <w:p>
      <w:r>
        <w:br/>
        <w:t>Місячна ніч, скаламучена, мов важкий сірий туман, тепер здавалася непривітною півтемрявою. Обоє насторожено слухали, як на садок сиплеться попіл.</w:t>
      </w:r>
    </w:p>
    <w:p>
      <w:r>
        <w:br/>
        <w:t>— Гарно шелестить? — тихо мовила вона, поглядаючи на нього. — Що ж, я йду. Ви не будете плакати?</w:t>
      </w:r>
    </w:p>
    <w:p>
      <w:r>
        <w:br/>
        <w:t>Він мовчав.</w:t>
      </w:r>
    </w:p>
    <w:p>
      <w:r>
        <w:br/>
        <w:t>Вона попрощалася з його батьками через вікно.</w:t>
      </w:r>
    </w:p>
    <w:p>
      <w:r>
        <w:br/>
        <w:t>Мати вийшла на веранду й радила перечекати, поки перестане падати попіл. Сакіо озвався:</w:t>
      </w:r>
    </w:p>
    <w:p>
      <w:r>
        <w:br/>
        <w:t>— Мамо, парасолю.</w:t>
      </w:r>
    </w:p>
    <w:p>
      <w:r>
        <w:br/>
        <w:t>— Ага, — мати покликала служницю й звеліла принести парасолю.</w:t>
      </w:r>
    </w:p>
    <w:p>
      <w:r>
        <w:br/>
        <w:t>— Мамо, ще одну.</w:t>
      </w:r>
    </w:p>
    <w:p>
      <w:r>
        <w:br/>
        <w:t>— Так, Сакіо!.</w:t>
      </w:r>
    </w:p>
    <w:p>
      <w:r>
        <w:br/>
        <w:t>— Ні, не треба. Все гаразд, тьотю, — мовила Хіроко, вийшла в садок і рушила дорогою вділ.</w:t>
      </w:r>
    </w:p>
    <w:p>
      <w:r>
        <w:br/>
        <w:t>Сакіо пішов навздогін.</w:t>
      </w:r>
    </w:p>
    <w:p>
      <w:r>
        <w:br/>
        <w:t>Вона, почувши його кроки, зачекала під великим горіхом.</w:t>
      </w:r>
    </w:p>
    <w:p>
      <w:r>
        <w:br/>
        <w:t>— Дякую, я до міста. — Хіроко тримала парасолю над Сакіо. — Знаєте, мені парасолі не треба.</w:t>
      </w:r>
    </w:p>
    <w:p>
      <w:r>
        <w:br/>
        <w:t>— Я понесу.</w:t>
      </w:r>
    </w:p>
    <w:p>
      <w:r>
        <w:br/>
        <w:t>— Не треба.</w:t>
      </w:r>
    </w:p>
    <w:p>
      <w:r>
        <w:br/>
        <w:t>— Понесу.</w:t>
      </w:r>
    </w:p>
    <w:p>
      <w:r>
        <w:br/>
        <w:t>— Так?</w:t>
      </w:r>
    </w:p>
    <w:p>
      <w:r>
        <w:br/>
        <w:t>Хіроко передала парасолю Сакіо.</w:t>
      </w:r>
    </w:p>
    <w:p>
      <w:r>
        <w:br/>
        <w:t>— Минулого літа, коли було велике виверження, я поставив цю парасолю в садку верхом до землі.</w:t>
      </w:r>
    </w:p>
    <w:p>
      <w:r>
        <w:br/>
        <w:t>— Набралося попелу?</w:t>
      </w:r>
    </w:p>
    <w:p>
      <w:r>
        <w:br/>
        <w:t>— Так. Третина відра.</w:t>
      </w:r>
    </w:p>
    <w:p>
      <w:r>
        <w:br/>
        <w:t>Вони ішли розмовляючи, й Хіроко знову легко обняла його за плечі.</w:t>
      </w:r>
    </w:p>
    <w:p>
      <w:r>
        <w:br/>
        <w:t>Під одною парасолею так іти було зручніше, але він замовк.</w:t>
      </w:r>
    </w:p>
    <w:p>
      <w:r>
        <w:br/>
        <w:t>Хіроко лагідно озвалася:</w:t>
      </w:r>
    </w:p>
    <w:p>
      <w:r>
        <w:br/>
        <w:t>— Що сталося? Знову жаль?</w:t>
      </w:r>
    </w:p>
    <w:p>
      <w:r>
        <w:br/>
        <w:t>Вони перейшли з лісової стежки кладкою й вибралися на широку дорогу. Падало тьмяне місячне світло.</w:t>
      </w:r>
    </w:p>
    <w:p>
      <w:r>
        <w:br/>
        <w:t>— Хіроко-сан, чому ви виходите заміж? — несподівано запитав він.</w:t>
      </w:r>
    </w:p>
    <w:p>
      <w:r>
        <w:br/>
        <w:t>Вона здригнулась, але ясно всміхнулася.</w:t>
      </w:r>
    </w:p>
    <w:p>
      <w:r>
        <w:br/>
        <w:t>— А що? Що дивного в тому, що я виходжу заміж?</w:t>
      </w:r>
    </w:p>
    <w:p>
      <w:r>
        <w:br/>
        <w:t>— Йти в дім людини, якої добре не знаєш, — випалив він і додав тремтливим голосом: — Хоча Хіроко-сан подобається багатьом... Я знаю.</w:t>
      </w:r>
    </w:p>
    <w:p>
      <w:r>
        <w:br/>
        <w:t>— Йти в дім людини, якої добре не знаєш, так? — наспівом повторила вона, як папуга. — Отаке скажете.</w:t>
      </w:r>
    </w:p>
    <w:p>
      <w:r>
        <w:br/>
        <w:t>— Для мене це якось дивно, — роздратовано сказав він і, знизавши плечима, скинув її руку.</w:t>
      </w:r>
    </w:p>
    <w:p>
      <w:r>
        <w:br/>
        <w:t>Він вважав за неввічливе, що дівчина, яка виходить заміж, так просто обіймає його за плечі.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Вона вже йде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